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Default="00AA3686" w:rsidP="004C0607">
      <w:pPr>
        <w:pStyle w:val="Heading1"/>
        <w:spacing w:before="0"/>
        <w:jc w:val="center"/>
      </w:pPr>
      <w:r>
        <w:t>PAGHAM PARISH COUNCIL</w:t>
      </w:r>
    </w:p>
    <w:p w14:paraId="6EEC7F90" w14:textId="7E7E42D2" w:rsidR="00CF48CB" w:rsidRDefault="00AA3686">
      <w:pPr>
        <w:jc w:val="center"/>
      </w:pPr>
      <w:r>
        <w:rPr>
          <w:i/>
          <w:sz w:val="20"/>
        </w:rPr>
        <w:t>Tel: 01243 266424  |  E-mail: clerk@paghamparishcouncil.gov.uk</w:t>
      </w:r>
      <w:r>
        <w:rPr>
          <w:i/>
          <w:sz w:val="20"/>
        </w:rPr>
        <w:br/>
      </w:r>
    </w:p>
    <w:p w14:paraId="01E6A490" w14:textId="77777777" w:rsidR="00CF48CB" w:rsidRDefault="00AA3686" w:rsidP="00166687">
      <w:pPr>
        <w:pStyle w:val="Heading2"/>
        <w:jc w:val="center"/>
      </w:pPr>
      <w:r>
        <w:t>Meeting Information</w:t>
      </w:r>
    </w:p>
    <w:p w14:paraId="0843D57F" w14:textId="34B6A484" w:rsidR="00CF48CB" w:rsidRDefault="00AA3686">
      <w:pPr>
        <w:pStyle w:val="ListBullet"/>
      </w:pPr>
      <w:r>
        <w:rPr>
          <w:b/>
        </w:rPr>
        <w:t xml:space="preserve">Date and Time: </w:t>
      </w:r>
      <w:r w:rsidR="00EF50CA">
        <w:rPr>
          <w:color w:val="EE0000"/>
        </w:rPr>
        <w:t>12</w:t>
      </w:r>
      <w:r w:rsidR="00EF50CA" w:rsidRPr="00EF50CA">
        <w:rPr>
          <w:color w:val="EE0000"/>
          <w:vertAlign w:val="superscript"/>
        </w:rPr>
        <w:t>th</w:t>
      </w:r>
      <w:r w:rsidR="00EF50CA">
        <w:rPr>
          <w:color w:val="EE0000"/>
        </w:rPr>
        <w:t xml:space="preserve"> May</w:t>
      </w:r>
      <w:r w:rsidRPr="00166687">
        <w:rPr>
          <w:color w:val="EE0000"/>
        </w:rPr>
        <w:t xml:space="preserve"> 2026</w:t>
      </w:r>
      <w:r>
        <w:t xml:space="preserve"> at 7.</w:t>
      </w:r>
      <w:r w:rsidR="00EF50CA">
        <w:t>4</w:t>
      </w:r>
      <w:r>
        <w:t>5pm</w:t>
      </w:r>
    </w:p>
    <w:p w14:paraId="2D6230EC" w14:textId="77777777" w:rsidR="00CF48CB" w:rsidRDefault="00AA3686">
      <w:pPr>
        <w:pStyle w:val="ListBullet"/>
      </w:pPr>
      <w:r>
        <w:rPr>
          <w:b/>
        </w:rPr>
        <w:t xml:space="preserve">Venue: </w:t>
      </w:r>
      <w:r>
        <w:t>The Small Hall, Pagham Village Hall, Pagham, PO21 4NJ</w:t>
      </w:r>
    </w:p>
    <w:p w14:paraId="2AFB98A8" w14:textId="77777777" w:rsidR="00CF48CB" w:rsidRDefault="00AA3686">
      <w:pPr>
        <w:pStyle w:val="ListBullet"/>
      </w:pPr>
      <w:r>
        <w:rPr>
          <w:b/>
        </w:rPr>
        <w:t xml:space="preserve">Councillors Summoned: </w:t>
      </w:r>
      <w:r>
        <w:t>Mr P Atkins, Mrs J Behr, Mr J Carr, Mr P Cooper, Mrs D Hall, Ms P Hilton, Mr M Howard, Mr D Huntley, Mr I Manion &amp; Mrs R Palmer</w:t>
      </w:r>
    </w:p>
    <w:p w14:paraId="5BCD681B" w14:textId="2CF3CE52" w:rsidR="004902BF" w:rsidRDefault="004902BF">
      <w:pPr>
        <w:pStyle w:val="ListBullet"/>
      </w:pPr>
      <w:r>
        <w:rPr>
          <w:b/>
        </w:rPr>
        <w:t>Notice Issued:</w:t>
      </w:r>
      <w:r>
        <w:t xml:space="preserve">  </w:t>
      </w:r>
      <w:r w:rsidR="00BC2D0E">
        <w:rPr>
          <w:color w:val="EE0000"/>
        </w:rPr>
        <w:t>6</w:t>
      </w:r>
      <w:r w:rsidR="00BC2D0E" w:rsidRPr="00BC2D0E">
        <w:rPr>
          <w:color w:val="EE0000"/>
          <w:vertAlign w:val="superscript"/>
        </w:rPr>
        <w:t>th</w:t>
      </w:r>
      <w:r w:rsidR="00BC2D0E">
        <w:rPr>
          <w:color w:val="EE0000"/>
        </w:rPr>
        <w:t xml:space="preserve"> May</w:t>
      </w:r>
      <w:r w:rsidRPr="00166687">
        <w:rPr>
          <w:color w:val="EE0000"/>
        </w:rPr>
        <w:t xml:space="preserve"> 2026</w:t>
      </w:r>
    </w:p>
    <w:p w14:paraId="031E3795" w14:textId="077AFD63" w:rsidR="004902BF" w:rsidRDefault="00AA3686" w:rsidP="000D2F3B">
      <w:pPr>
        <w:spacing w:before="160"/>
        <w:jc w:val="center"/>
      </w:pPr>
      <w:r>
        <w:t xml:space="preserve">Members are hereby summoned to attend </w:t>
      </w:r>
      <w:r w:rsidR="00833ACD">
        <w:t>the ANNUAL</w:t>
      </w:r>
      <w:r>
        <w:t xml:space="preserve"> MEETING of PAGHAM PARISH COUNCIL to transact the business detailed below.</w:t>
      </w:r>
    </w:p>
    <w:p w14:paraId="111C21D7" w14:textId="042E667B" w:rsidR="00CF48CB" w:rsidRDefault="00AA3686" w:rsidP="000D2F3B">
      <w:pPr>
        <w:spacing w:before="160"/>
        <w:jc w:val="center"/>
      </w:pPr>
      <w:r>
        <w:t>Members of the Public and Press are welcome and encouraged to attend.</w:t>
      </w:r>
    </w:p>
    <w:p w14:paraId="7F4AE4CB" w14:textId="611A5AC2" w:rsidR="00CF48CB" w:rsidRPr="00793304" w:rsidRDefault="00AA3686" w:rsidP="00166687">
      <w:pPr>
        <w:pStyle w:val="Heading1"/>
        <w:jc w:val="center"/>
        <w:rPr>
          <w:sz w:val="40"/>
          <w:szCs w:val="40"/>
        </w:rPr>
      </w:pPr>
      <w:r w:rsidRPr="00793304">
        <w:rPr>
          <w:sz w:val="40"/>
          <w:szCs w:val="40"/>
        </w:rPr>
        <w:t>Agenda</w:t>
      </w:r>
    </w:p>
    <w:p w14:paraId="77919A0B" w14:textId="77777777" w:rsidR="004C0607" w:rsidRDefault="004C0607" w:rsidP="004C0607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B02830">
        <w:rPr>
          <w:rFonts w:cs="Arial"/>
          <w:b/>
        </w:rPr>
        <w:t xml:space="preserve">To elect the Parish Council Chairman for </w:t>
      </w:r>
      <w:r>
        <w:rPr>
          <w:rFonts w:cs="Arial"/>
          <w:b/>
        </w:rPr>
        <w:t xml:space="preserve">the civic year </w:t>
      </w:r>
      <w:r w:rsidRPr="00B02830">
        <w:rPr>
          <w:rFonts w:cs="Arial"/>
          <w:b/>
        </w:rPr>
        <w:t>20</w:t>
      </w:r>
      <w:r>
        <w:rPr>
          <w:rFonts w:cs="Arial"/>
          <w:b/>
        </w:rPr>
        <w:t>26</w:t>
      </w:r>
      <w:r w:rsidRPr="00B02830">
        <w:rPr>
          <w:rFonts w:cs="Arial"/>
          <w:b/>
        </w:rPr>
        <w:t>/20</w:t>
      </w:r>
      <w:r>
        <w:rPr>
          <w:rFonts w:cs="Arial"/>
          <w:b/>
        </w:rPr>
        <w:t>27</w:t>
      </w:r>
      <w:r w:rsidRPr="00B02830">
        <w:rPr>
          <w:rFonts w:cs="Arial"/>
          <w:b/>
        </w:rPr>
        <w:t xml:space="preserve"> and to receive a Declaration of Acceptance of Office.</w:t>
      </w:r>
    </w:p>
    <w:p w14:paraId="0B9D91E2" w14:textId="77777777" w:rsidR="00793304" w:rsidRDefault="00793304" w:rsidP="007933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</w:rPr>
      </w:pPr>
    </w:p>
    <w:p w14:paraId="5E8AF6D4" w14:textId="71A6991F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7" w:lineRule="atLeast"/>
        <w:rPr>
          <w:rFonts w:cs="Arial"/>
          <w:color w:val="000000"/>
        </w:rPr>
      </w:pPr>
      <w:r w:rsidRPr="00793304">
        <w:rPr>
          <w:rFonts w:cs="Arial"/>
          <w:b/>
          <w:color w:val="000000"/>
        </w:rPr>
        <w:t>Apologies from Members</w:t>
      </w:r>
      <w:r w:rsidRPr="00793304">
        <w:rPr>
          <w:rFonts w:cs="Arial"/>
          <w:color w:val="000000"/>
        </w:rPr>
        <w:t>.</w:t>
      </w:r>
    </w:p>
    <w:p w14:paraId="142BFBE2" w14:textId="77777777" w:rsidR="004C0607" w:rsidRPr="00793304" w:rsidRDefault="004C0607" w:rsidP="00793304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766AD0E9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6500A8">
        <w:rPr>
          <w:rFonts w:cs="Arial"/>
          <w:b/>
        </w:rPr>
        <w:t>Declarations of Interest and Dispensation Requests</w:t>
      </w:r>
    </w:p>
    <w:p w14:paraId="7ADD633E" w14:textId="77777777" w:rsidR="004C0607" w:rsidRPr="00793304" w:rsidRDefault="004C0607" w:rsidP="00793304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15BEACB8" w14:textId="77777777" w:rsidR="00563952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To receive declarations of interest from councillors on items on the agenda</w:t>
      </w:r>
      <w:r w:rsidR="00563952">
        <w:rPr>
          <w:rFonts w:cs="Arial"/>
          <w:b/>
        </w:rPr>
        <w:t>.</w:t>
      </w:r>
    </w:p>
    <w:p w14:paraId="1A35313F" w14:textId="03635BA0" w:rsidR="004C0607" w:rsidRPr="00793304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 </w:t>
      </w:r>
    </w:p>
    <w:p w14:paraId="05AEEAC6" w14:textId="676E3F68" w:rsidR="004C0607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To receive written requests for dispensations for disclosable pecuniary interests (if any</w:t>
      </w:r>
      <w:r w:rsidR="00563952">
        <w:rPr>
          <w:rFonts w:cs="Arial"/>
          <w:b/>
        </w:rPr>
        <w:t>)</w:t>
      </w:r>
    </w:p>
    <w:p w14:paraId="4CD3B815" w14:textId="77777777" w:rsidR="00563952" w:rsidRPr="00793304" w:rsidRDefault="00563952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</w:p>
    <w:p w14:paraId="227159D7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To grant any requests for dispensation as appropriate</w:t>
      </w:r>
    </w:p>
    <w:p w14:paraId="71905183" w14:textId="77777777" w:rsidR="004C0607" w:rsidRPr="00793304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48940893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Public Session (this will be limited to 10 minutes)</w:t>
      </w:r>
    </w:p>
    <w:p w14:paraId="7219BE26" w14:textId="77777777" w:rsidR="004C0607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60A0B455" w14:textId="77777777" w:rsidR="004C0607" w:rsidRDefault="004C0607" w:rsidP="004C0607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34D35">
        <w:rPr>
          <w:rFonts w:cs="Arial"/>
          <w:b/>
        </w:rPr>
        <w:t xml:space="preserve">To elect the Vice Chairman for </w:t>
      </w:r>
      <w:r>
        <w:rPr>
          <w:rFonts w:cs="Arial"/>
          <w:b/>
        </w:rPr>
        <w:t xml:space="preserve">the civic year </w:t>
      </w:r>
      <w:r w:rsidRPr="00A34D35">
        <w:rPr>
          <w:rFonts w:cs="Arial"/>
          <w:b/>
        </w:rPr>
        <w:t>20</w:t>
      </w:r>
      <w:r>
        <w:rPr>
          <w:rFonts w:cs="Arial"/>
          <w:b/>
        </w:rPr>
        <w:t>26/27</w:t>
      </w:r>
      <w:r w:rsidRPr="00A34D35">
        <w:rPr>
          <w:rFonts w:cs="Arial"/>
          <w:b/>
        </w:rPr>
        <w:t>.</w:t>
      </w:r>
    </w:p>
    <w:p w14:paraId="10331CE3" w14:textId="77777777" w:rsidR="004C0607" w:rsidRPr="00A34D35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13E7FB8C" w14:textId="77777777" w:rsidR="004C0607" w:rsidRPr="00793304" w:rsidRDefault="004C0607" w:rsidP="004C0607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34D35">
        <w:rPr>
          <w:rFonts w:cs="Arial"/>
          <w:b/>
        </w:rPr>
        <w:t>To set up and appoint Members to Standing Committees</w:t>
      </w:r>
      <w:r w:rsidRPr="00793304">
        <w:rPr>
          <w:rFonts w:cs="Arial"/>
          <w:b/>
        </w:rPr>
        <w:t>:</w:t>
      </w:r>
    </w:p>
    <w:p w14:paraId="45A9DD7C" w14:textId="77777777" w:rsidR="004C0607" w:rsidRPr="00793304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20A2BDA8" w14:textId="77777777" w:rsidR="004C0607" w:rsidRPr="00633908" w:rsidRDefault="004C0607" w:rsidP="00633908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633908">
        <w:rPr>
          <w:rFonts w:cs="Arial"/>
          <w:bCs/>
        </w:rPr>
        <w:t>To readopt Terms of Reference for the following committees:</w:t>
      </w:r>
    </w:p>
    <w:p w14:paraId="1E52A72E" w14:textId="77777777" w:rsidR="004C0607" w:rsidRPr="00633908" w:rsidRDefault="004C0607" w:rsidP="00633908">
      <w:pPr>
        <w:widowControl w:val="0"/>
        <w:numPr>
          <w:ilvl w:val="2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633908">
        <w:rPr>
          <w:rFonts w:cs="Arial"/>
          <w:bCs/>
        </w:rPr>
        <w:t>Planning Committee</w:t>
      </w:r>
    </w:p>
    <w:p w14:paraId="63E45EAF" w14:textId="77777777" w:rsidR="004C0607" w:rsidRPr="00633908" w:rsidRDefault="004C0607" w:rsidP="00633908">
      <w:pPr>
        <w:widowControl w:val="0"/>
        <w:numPr>
          <w:ilvl w:val="2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633908">
        <w:rPr>
          <w:rFonts w:cs="Arial"/>
          <w:bCs/>
        </w:rPr>
        <w:t>Highways &amp; Amenities Committee</w:t>
      </w:r>
    </w:p>
    <w:p w14:paraId="4B114AA5" w14:textId="77777777" w:rsidR="004C0607" w:rsidRPr="00793304" w:rsidRDefault="004C0607" w:rsidP="00633908">
      <w:pPr>
        <w:widowControl w:val="0"/>
        <w:numPr>
          <w:ilvl w:val="2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633908">
        <w:rPr>
          <w:rFonts w:cs="Arial"/>
          <w:bCs/>
        </w:rPr>
        <w:t>Finance Committee</w:t>
      </w:r>
    </w:p>
    <w:p w14:paraId="71698B6F" w14:textId="77777777" w:rsidR="004C0607" w:rsidRPr="00793304" w:rsidRDefault="004C0607" w:rsidP="00563952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791705F3" w14:textId="77777777" w:rsidR="004C0607" w:rsidRPr="001A400D" w:rsidRDefault="004C0607" w:rsidP="00633908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1A400D">
        <w:rPr>
          <w:rFonts w:cs="Arial"/>
          <w:bCs/>
        </w:rPr>
        <w:t>Planning Committee - with delegated authority to make observations/recommendations to the LPA</w:t>
      </w:r>
    </w:p>
    <w:p w14:paraId="1E42330E" w14:textId="37BBAC0E" w:rsidR="004C0607" w:rsidRPr="001A400D" w:rsidRDefault="004C0607" w:rsidP="001A400D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1A400D">
        <w:rPr>
          <w:rFonts w:cs="Arial"/>
          <w:bCs/>
        </w:rPr>
        <w:t>Highways &amp; Amenities Committee - with delegated authority to authorise payments and     emergency repairs.</w:t>
      </w:r>
    </w:p>
    <w:p w14:paraId="6CAD5A61" w14:textId="77777777" w:rsidR="004C0607" w:rsidRPr="001A400D" w:rsidRDefault="004C0607" w:rsidP="001A400D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1A400D">
        <w:rPr>
          <w:rFonts w:cs="Arial"/>
          <w:bCs/>
        </w:rPr>
        <w:lastRenderedPageBreak/>
        <w:t>Finance Committee - with delegated authority to authorise payments.</w:t>
      </w:r>
    </w:p>
    <w:p w14:paraId="51713838" w14:textId="77777777" w:rsidR="004C0607" w:rsidRPr="00793304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7F869548" w14:textId="77777777" w:rsidR="004C0607" w:rsidRDefault="004C0607" w:rsidP="004C0607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 </w:t>
      </w:r>
      <w:r w:rsidRPr="00A34D35">
        <w:rPr>
          <w:rFonts w:cs="Arial"/>
          <w:b/>
        </w:rPr>
        <w:t>To appoint Representatives on Outside Bodies.</w:t>
      </w:r>
    </w:p>
    <w:p w14:paraId="6919DC4C" w14:textId="77777777" w:rsidR="004C0607" w:rsidRPr="008942DA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2025343E" w14:textId="77777777" w:rsidR="004C0607" w:rsidRDefault="004C0607" w:rsidP="004C0607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3753A2">
        <w:rPr>
          <w:rFonts w:cs="Arial"/>
          <w:b/>
        </w:rPr>
        <w:t xml:space="preserve"> To appoint or confirm an Internal Auditor for the 20</w:t>
      </w:r>
      <w:r>
        <w:rPr>
          <w:rFonts w:cs="Arial"/>
          <w:b/>
        </w:rPr>
        <w:t>26</w:t>
      </w:r>
      <w:r w:rsidRPr="003753A2">
        <w:rPr>
          <w:rFonts w:cs="Arial"/>
          <w:b/>
        </w:rPr>
        <w:t>/20</w:t>
      </w:r>
      <w:r>
        <w:rPr>
          <w:rFonts w:cs="Arial"/>
          <w:b/>
        </w:rPr>
        <w:t>27</w:t>
      </w:r>
      <w:r w:rsidRPr="003753A2">
        <w:rPr>
          <w:rFonts w:cs="Arial"/>
          <w:b/>
        </w:rPr>
        <w:t xml:space="preserve"> Council Year</w:t>
      </w:r>
    </w:p>
    <w:p w14:paraId="4E51DFD3" w14:textId="77777777" w:rsidR="004C0607" w:rsidRPr="008942DA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6048F6C" w14:textId="48E0CE4D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 </w:t>
      </w:r>
      <w:r w:rsidR="001A400D">
        <w:rPr>
          <w:rFonts w:cs="Arial"/>
          <w:b/>
        </w:rPr>
        <w:t>T</w:t>
      </w:r>
      <w:r w:rsidRPr="00793304">
        <w:rPr>
          <w:rFonts w:cs="Arial"/>
          <w:b/>
        </w:rPr>
        <w:t>o receive and approve the minutes of the Council meetings held 24th March 2026. (previously issued)</w:t>
      </w:r>
    </w:p>
    <w:p w14:paraId="67FF000B" w14:textId="77777777" w:rsidR="004C0607" w:rsidRPr="00793304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CB18FB8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Matters arising from the previous Minutes (this is for information sharing purposes only)</w:t>
      </w:r>
    </w:p>
    <w:p w14:paraId="02E36B00" w14:textId="77777777" w:rsidR="004C0607" w:rsidRDefault="004C0607" w:rsidP="001A400D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698C9AB7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F3180">
        <w:rPr>
          <w:rFonts w:cs="Arial"/>
          <w:b/>
        </w:rPr>
        <w:t>Receive Reports:</w:t>
      </w:r>
      <w:r w:rsidRPr="00793304">
        <w:rPr>
          <w:rFonts w:cs="Arial"/>
          <w:b/>
        </w:rPr>
        <w:t xml:space="preserve"> </w:t>
      </w:r>
    </w:p>
    <w:p w14:paraId="521855C5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Chairman’s Report</w:t>
      </w:r>
    </w:p>
    <w:p w14:paraId="0A9F37A4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Clerk’s Report – update on new website.</w:t>
      </w:r>
    </w:p>
    <w:p w14:paraId="19265696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District Council Report</w:t>
      </w:r>
    </w:p>
    <w:p w14:paraId="6ED48152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County Council Report</w:t>
      </w:r>
    </w:p>
    <w:p w14:paraId="697215E8" w14:textId="77777777" w:rsidR="004C0607" w:rsidRPr="00CA0A20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CA0A20">
        <w:rPr>
          <w:rFonts w:cs="Arial"/>
          <w:bCs/>
        </w:rPr>
        <w:t>Representatives for Outside Bodies</w:t>
      </w:r>
    </w:p>
    <w:p w14:paraId="58BF4D81" w14:textId="77777777" w:rsidR="004C0607" w:rsidRPr="00793304" w:rsidRDefault="004C0607" w:rsidP="00CA0A20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3E0D411A" w14:textId="77777777" w:rsidR="004C0607" w:rsidRPr="00BF2EC2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Flooding &amp; Coastal Erosion  – Consider any matters arising </w:t>
      </w:r>
    </w:p>
    <w:p w14:paraId="1D876A39" w14:textId="77777777" w:rsidR="004C0607" w:rsidRPr="00BF2EC2" w:rsidRDefault="004C0607" w:rsidP="00CA0A20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6F02D622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AF3180">
        <w:rPr>
          <w:rFonts w:cs="Arial"/>
          <w:b/>
        </w:rPr>
        <w:t>Committee Minutes &amp; reports</w:t>
      </w:r>
      <w:r w:rsidRPr="00793304">
        <w:rPr>
          <w:rFonts w:cs="Arial"/>
          <w:b/>
        </w:rPr>
        <w:t xml:space="preserve"> – to note the meeting notes/minutes &amp; consider any recommendations:</w:t>
      </w:r>
    </w:p>
    <w:p w14:paraId="5ADDD6DA" w14:textId="77777777" w:rsidR="004C0607" w:rsidRPr="00793304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Planning Committee meetings held on 24th March 2026 &amp; 14th April 2026 &amp; 28th April 2026</w:t>
      </w:r>
    </w:p>
    <w:p w14:paraId="0B8856D2" w14:textId="77777777" w:rsidR="004C0607" w:rsidRPr="00793304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Highways &amp; Amenities meeting – no meetings since the last Full Council meeting.</w:t>
      </w:r>
    </w:p>
    <w:p w14:paraId="08775FCE" w14:textId="77777777" w:rsidR="004C0607" w:rsidRPr="00793304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Finance Committee meeting held on 28th April 2026 (recommendations considered at Agenda item 14)</w:t>
      </w:r>
    </w:p>
    <w:p w14:paraId="66A30713" w14:textId="77777777" w:rsidR="004C0607" w:rsidRPr="00793304" w:rsidRDefault="004C0607" w:rsidP="00CA0A20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1753484F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>Finance</w:t>
      </w:r>
    </w:p>
    <w:p w14:paraId="7109C175" w14:textId="77777777" w:rsidR="004C0607" w:rsidRPr="00EE3479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ind w:left="1418" w:hanging="1058"/>
        <w:rPr>
          <w:rFonts w:cs="Arial"/>
          <w:bCs/>
        </w:rPr>
      </w:pPr>
      <w:r w:rsidRPr="00EE3479">
        <w:rPr>
          <w:rFonts w:cs="Arial"/>
          <w:bCs/>
        </w:rPr>
        <w:t>Receive accounts for the period ending 31st March 2026 &amp; 30th April 2026 (previously issued)</w:t>
      </w:r>
    </w:p>
    <w:p w14:paraId="1E4F9FA4" w14:textId="77777777" w:rsidR="004C0607" w:rsidRPr="00EE3479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>Orders for payment for authorisation (previously received)</w:t>
      </w:r>
    </w:p>
    <w:p w14:paraId="6FAC0D0C" w14:textId="77777777" w:rsidR="004C0607" w:rsidRPr="00EE3479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>Internal Audit Report &amp; Clerk’s comments</w:t>
      </w:r>
    </w:p>
    <w:p w14:paraId="367D8796" w14:textId="77777777" w:rsidR="004C0607" w:rsidRPr="00EE3479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>Approval of Accounts for 2025/26</w:t>
      </w:r>
    </w:p>
    <w:p w14:paraId="08C753A5" w14:textId="77777777" w:rsidR="004C0607" w:rsidRPr="00EE3479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ind w:left="1418" w:hanging="1058"/>
        <w:rPr>
          <w:rFonts w:cs="Arial"/>
          <w:bCs/>
        </w:rPr>
      </w:pPr>
      <w:r w:rsidRPr="00EE3479">
        <w:rPr>
          <w:rFonts w:cs="Arial"/>
          <w:bCs/>
        </w:rPr>
        <w:t xml:space="preserve">Annual Governance &amp; Accountability Return – to consider the return for 2025/26 (previously issued) </w:t>
      </w:r>
    </w:p>
    <w:p w14:paraId="61E0A5B9" w14:textId="77777777" w:rsidR="004C0607" w:rsidRPr="00EE3479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 xml:space="preserve">Consideration of Annual Governance Statements </w:t>
      </w:r>
    </w:p>
    <w:p w14:paraId="0242A0AC" w14:textId="77777777" w:rsidR="004C0607" w:rsidRPr="00793304" w:rsidRDefault="004C0607" w:rsidP="00CA0A20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EE3479">
        <w:rPr>
          <w:rFonts w:cs="Arial"/>
          <w:bCs/>
        </w:rPr>
        <w:t>Consideration of Accounting Statements</w:t>
      </w:r>
    </w:p>
    <w:p w14:paraId="511AA0A1" w14:textId="77777777" w:rsidR="004C0607" w:rsidRPr="00793304" w:rsidRDefault="004C0607" w:rsidP="00EE3479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05911889" w14:textId="77777777" w:rsidR="004C0607" w:rsidRPr="00793304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/>
        </w:rPr>
      </w:pPr>
      <w:r w:rsidRPr="00793304">
        <w:rPr>
          <w:rFonts w:cs="Arial"/>
          <w:b/>
        </w:rPr>
        <w:t xml:space="preserve">  Governance</w:t>
      </w:r>
    </w:p>
    <w:p w14:paraId="2A66F44C" w14:textId="77777777" w:rsidR="004C0607" w:rsidRPr="00EE3479" w:rsidRDefault="004C0607" w:rsidP="00EE347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ind w:left="1418" w:hanging="1058"/>
        <w:rPr>
          <w:rFonts w:cs="Arial"/>
          <w:bCs/>
        </w:rPr>
      </w:pPr>
      <w:r w:rsidRPr="00EE3479">
        <w:rPr>
          <w:rFonts w:cs="Arial"/>
          <w:bCs/>
        </w:rPr>
        <w:t xml:space="preserve">Financial Regulations – to readopt the Council’s Financial Regulations dated 12 March 2020 </w:t>
      </w:r>
    </w:p>
    <w:p w14:paraId="4AB6C7BF" w14:textId="77777777" w:rsidR="004C0607" w:rsidRPr="00EE3479" w:rsidRDefault="004C0607" w:rsidP="00EE347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ind w:left="1418" w:hanging="1058"/>
        <w:rPr>
          <w:rFonts w:cs="Arial"/>
          <w:bCs/>
        </w:rPr>
      </w:pPr>
      <w:r w:rsidRPr="00EE3479">
        <w:rPr>
          <w:rFonts w:cs="Arial"/>
          <w:bCs/>
        </w:rPr>
        <w:t xml:space="preserve">Standing Orders – to readopt the Model Standing Orders 2018 (England) Version 2 (April 2022) </w:t>
      </w:r>
    </w:p>
    <w:p w14:paraId="6119D6CE" w14:textId="77777777" w:rsidR="004C0607" w:rsidRPr="00EE3479" w:rsidRDefault="004C0607" w:rsidP="00EE347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 xml:space="preserve">Model Code of Conduct dated 5th May 2021 – to readopt </w:t>
      </w:r>
    </w:p>
    <w:p w14:paraId="375296AC" w14:textId="77777777" w:rsidR="004C0607" w:rsidRPr="00EE3479" w:rsidRDefault="004C0607" w:rsidP="00EE347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 xml:space="preserve">IT Policy- to amend the policy to include reference to a review of frequency of </w:t>
      </w:r>
      <w:r w:rsidRPr="00EE3479">
        <w:rPr>
          <w:rFonts w:cs="Arial"/>
          <w:bCs/>
        </w:rPr>
        <w:lastRenderedPageBreak/>
        <w:t>GDPR training for Councillors and to readopt.</w:t>
      </w:r>
    </w:p>
    <w:p w14:paraId="766B054B" w14:textId="77777777" w:rsidR="004C0607" w:rsidRPr="00EE3479" w:rsidRDefault="004C0607" w:rsidP="00EE3479">
      <w:pPr>
        <w:widowControl w:val="0"/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rFonts w:cs="Arial"/>
          <w:bCs/>
        </w:rPr>
      </w:pPr>
      <w:r w:rsidRPr="00EE3479">
        <w:rPr>
          <w:rFonts w:cs="Arial"/>
          <w:bCs/>
        </w:rPr>
        <w:t>To remind Councillors to review Register of Interests.</w:t>
      </w:r>
    </w:p>
    <w:p w14:paraId="02B71306" w14:textId="77777777" w:rsidR="004C0607" w:rsidRPr="00793304" w:rsidRDefault="004C0607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</w:p>
    <w:p w14:paraId="20394DF5" w14:textId="77777777" w:rsidR="00F90408" w:rsidRPr="00F90408" w:rsidRDefault="004C0607" w:rsidP="00793304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80" w:lineRule="atLeast"/>
        <w:rPr>
          <w:bCs/>
          <w:lang w:val="en-GB"/>
        </w:rPr>
      </w:pPr>
      <w:r w:rsidRPr="00AF3180">
        <w:rPr>
          <w:rFonts w:cs="Arial"/>
          <w:b/>
        </w:rPr>
        <w:t>To note the date of the next meeting</w:t>
      </w:r>
      <w:r w:rsidRPr="00793304">
        <w:rPr>
          <w:rFonts w:cs="Arial"/>
          <w:b/>
        </w:rPr>
        <w:tab/>
      </w:r>
    </w:p>
    <w:p w14:paraId="77111DAA" w14:textId="77777777" w:rsidR="00F90408" w:rsidRDefault="004C0607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/>
        </w:rPr>
      </w:pP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  <w:r w:rsidRPr="00F90408">
        <w:rPr>
          <w:rFonts w:cs="Arial"/>
          <w:b/>
        </w:rPr>
        <w:tab/>
      </w:r>
    </w:p>
    <w:p w14:paraId="40A17100" w14:textId="77777777" w:rsidR="00733705" w:rsidRDefault="00733705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Cs/>
        </w:rPr>
      </w:pPr>
    </w:p>
    <w:p w14:paraId="132BAF94" w14:textId="77777777" w:rsidR="00733705" w:rsidRDefault="00733705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rFonts w:cs="Arial"/>
          <w:bCs/>
        </w:rPr>
      </w:pPr>
    </w:p>
    <w:p w14:paraId="7DF48E42" w14:textId="0C78D90E" w:rsidR="004902BF" w:rsidRPr="00F90408" w:rsidRDefault="004902BF" w:rsidP="00F90408">
      <w:pPr>
        <w:widowControl w:val="0"/>
        <w:overflowPunct w:val="0"/>
        <w:autoSpaceDE w:val="0"/>
        <w:autoSpaceDN w:val="0"/>
        <w:adjustRightInd w:val="0"/>
        <w:spacing w:after="0" w:line="280" w:lineRule="atLeast"/>
        <w:ind w:left="360"/>
        <w:rPr>
          <w:bCs/>
          <w:lang w:val="en-GB"/>
        </w:rPr>
      </w:pPr>
      <w:r w:rsidRPr="00F90408">
        <w:rPr>
          <w:rFonts w:cs="Arial"/>
          <w:bCs/>
        </w:rPr>
        <w:t xml:space="preserve">Signed: </w:t>
      </w:r>
      <w:r w:rsidRPr="00733705">
        <w:rPr>
          <w:rFonts w:ascii="Baguet Script" w:hAnsi="Baguet Script" w:cs="Arial"/>
          <w:bCs/>
          <w:sz w:val="32"/>
          <w:szCs w:val="32"/>
        </w:rPr>
        <w:t>Nicola Swann</w:t>
      </w:r>
      <w:r w:rsidRPr="00733705">
        <w:rPr>
          <w:rFonts w:cs="Arial"/>
          <w:bCs/>
          <w:sz w:val="32"/>
          <w:szCs w:val="32"/>
        </w:rPr>
        <w:t xml:space="preserve"> </w:t>
      </w:r>
      <w:r w:rsidRPr="00F90408">
        <w:rPr>
          <w:rFonts w:cs="Arial"/>
          <w:bCs/>
        </w:rPr>
        <w:t>– Clerk to the Council</w:t>
      </w:r>
    </w:p>
    <w:sectPr w:rsidR="004902BF" w:rsidRPr="00F90408" w:rsidSect="000D2F3B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FC258F"/>
    <w:multiLevelType w:val="multilevel"/>
    <w:tmpl w:val="73DC619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C415A7F"/>
    <w:multiLevelType w:val="multilevel"/>
    <w:tmpl w:val="3F6ED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10"/>
  </w:num>
  <w:num w:numId="11" w16cid:durableId="1119101958">
    <w:abstractNumId w:val="11"/>
  </w:num>
  <w:num w:numId="12" w16cid:durableId="1454517469">
    <w:abstractNumId w:val="12"/>
  </w:num>
  <w:num w:numId="13" w16cid:durableId="161169094">
    <w:abstractNumId w:val="9"/>
  </w:num>
  <w:num w:numId="14" w16cid:durableId="1859541255">
    <w:abstractNumId w:val="13"/>
  </w:num>
  <w:num w:numId="15" w16cid:durableId="7426770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F3B"/>
    <w:rsid w:val="001349D1"/>
    <w:rsid w:val="0015074B"/>
    <w:rsid w:val="00166687"/>
    <w:rsid w:val="001A400D"/>
    <w:rsid w:val="002159C2"/>
    <w:rsid w:val="0029639D"/>
    <w:rsid w:val="00326F90"/>
    <w:rsid w:val="004902BF"/>
    <w:rsid w:val="004C0607"/>
    <w:rsid w:val="00563952"/>
    <w:rsid w:val="00633908"/>
    <w:rsid w:val="00733705"/>
    <w:rsid w:val="00793304"/>
    <w:rsid w:val="00833ACD"/>
    <w:rsid w:val="00AA1D8D"/>
    <w:rsid w:val="00AA3686"/>
    <w:rsid w:val="00B47730"/>
    <w:rsid w:val="00BC2D0E"/>
    <w:rsid w:val="00CA0A20"/>
    <w:rsid w:val="00CB0664"/>
    <w:rsid w:val="00CF48CB"/>
    <w:rsid w:val="00EE3479"/>
    <w:rsid w:val="00EF50CA"/>
    <w:rsid w:val="00F44DE7"/>
    <w:rsid w:val="00F904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0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3</cp:revision>
  <dcterms:created xsi:type="dcterms:W3CDTF">2026-10-07T10:46:00Z</dcterms:created>
  <dcterms:modified xsi:type="dcterms:W3CDTF">2026-10-07T10:47:00Z</dcterms:modified>
  <cp:category/>
</cp:coreProperties>
</file>