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5A661C" w:rsidRDefault="00AA3686" w:rsidP="005E6812">
      <w:pPr>
        <w:pStyle w:val="Heading1"/>
        <w:spacing w:before="0" w:line="240" w:lineRule="auto"/>
        <w:jc w:val="center"/>
        <w:rPr>
          <w:sz w:val="32"/>
          <w:szCs w:val="32"/>
        </w:rPr>
      </w:pPr>
      <w:r w:rsidRPr="005A661C">
        <w:rPr>
          <w:sz w:val="32"/>
          <w:szCs w:val="32"/>
        </w:rPr>
        <w:t>PAGHAM PARISH COUNCIL</w:t>
      </w:r>
    </w:p>
    <w:p w14:paraId="6EEC7F90" w14:textId="7E7E42D2" w:rsidR="00CF48CB" w:rsidRPr="00124D0E" w:rsidRDefault="00AA3686" w:rsidP="005E6812">
      <w:pPr>
        <w:spacing w:before="240" w:after="0" w:line="240" w:lineRule="auto"/>
        <w:jc w:val="center"/>
        <w:rPr>
          <w:sz w:val="19"/>
          <w:szCs w:val="19"/>
        </w:rPr>
      </w:pPr>
      <w:r w:rsidRPr="00124D0E">
        <w:rPr>
          <w:i/>
          <w:sz w:val="17"/>
          <w:szCs w:val="17"/>
        </w:rPr>
        <w:t xml:space="preserve">Tel: 01243 </w:t>
      </w:r>
      <w:proofErr w:type="gramStart"/>
      <w:r w:rsidRPr="00124D0E">
        <w:rPr>
          <w:i/>
          <w:sz w:val="17"/>
          <w:szCs w:val="17"/>
        </w:rPr>
        <w:t>266424  |</w:t>
      </w:r>
      <w:proofErr w:type="gramEnd"/>
      <w:r w:rsidRPr="00124D0E">
        <w:rPr>
          <w:i/>
          <w:sz w:val="17"/>
          <w:szCs w:val="17"/>
        </w:rPr>
        <w:t xml:space="preserve">  E-mail: clerk@paghamparishcouncil.gov.uk</w:t>
      </w:r>
      <w:r w:rsidRPr="00124D0E">
        <w:rPr>
          <w:i/>
          <w:sz w:val="17"/>
          <w:szCs w:val="17"/>
        </w:rPr>
        <w:br/>
      </w:r>
    </w:p>
    <w:p w14:paraId="01E6A490" w14:textId="77777777" w:rsidR="00CF48CB" w:rsidRPr="00124D0E" w:rsidRDefault="00AA3686" w:rsidP="005E6812">
      <w:pPr>
        <w:pStyle w:val="Heading2"/>
        <w:spacing w:line="240" w:lineRule="auto"/>
        <w:jc w:val="center"/>
        <w:rPr>
          <w:sz w:val="23"/>
          <w:szCs w:val="23"/>
        </w:rPr>
      </w:pPr>
      <w:r w:rsidRPr="00124D0E">
        <w:rPr>
          <w:sz w:val="23"/>
          <w:szCs w:val="23"/>
        </w:rPr>
        <w:t>Meeting Information</w:t>
      </w:r>
    </w:p>
    <w:p w14:paraId="0843D57F" w14:textId="64FD9B2D" w:rsidR="00CF48CB" w:rsidRPr="005A661C" w:rsidRDefault="00AA3686" w:rsidP="005E6812">
      <w:pPr>
        <w:pStyle w:val="ListBullet"/>
        <w:spacing w:line="240" w:lineRule="auto"/>
        <w:rPr>
          <w:sz w:val="20"/>
          <w:szCs w:val="20"/>
        </w:rPr>
      </w:pPr>
      <w:r w:rsidRPr="005A661C">
        <w:rPr>
          <w:b/>
          <w:sz w:val="20"/>
          <w:szCs w:val="20"/>
        </w:rPr>
        <w:t xml:space="preserve">Date and Time: </w:t>
      </w:r>
      <w:r w:rsidR="005B6FEE">
        <w:rPr>
          <w:color w:val="EE0000"/>
          <w:sz w:val="20"/>
          <w:szCs w:val="20"/>
        </w:rPr>
        <w:t>Tuesday 26</w:t>
      </w:r>
      <w:r w:rsidR="005B6FEE" w:rsidRPr="005B6FEE">
        <w:rPr>
          <w:color w:val="EE0000"/>
          <w:sz w:val="20"/>
          <w:szCs w:val="20"/>
          <w:vertAlign w:val="superscript"/>
        </w:rPr>
        <w:t>th</w:t>
      </w:r>
      <w:r w:rsidR="005B6FEE">
        <w:rPr>
          <w:color w:val="EE0000"/>
          <w:sz w:val="20"/>
          <w:szCs w:val="20"/>
        </w:rPr>
        <w:t xml:space="preserve"> May</w:t>
      </w:r>
      <w:r w:rsidRPr="005A661C">
        <w:rPr>
          <w:color w:val="EE0000"/>
          <w:sz w:val="20"/>
          <w:szCs w:val="20"/>
        </w:rPr>
        <w:t xml:space="preserve"> 2026</w:t>
      </w:r>
      <w:r w:rsidRPr="005A661C">
        <w:rPr>
          <w:sz w:val="20"/>
          <w:szCs w:val="20"/>
        </w:rPr>
        <w:t xml:space="preserve"> at 7.45pm</w:t>
      </w:r>
    </w:p>
    <w:p w14:paraId="2D6230EC" w14:textId="77777777" w:rsidR="00CF48CB" w:rsidRPr="005A661C" w:rsidRDefault="00AA3686" w:rsidP="005E6812">
      <w:pPr>
        <w:pStyle w:val="ListBullet"/>
        <w:spacing w:line="240" w:lineRule="auto"/>
        <w:rPr>
          <w:sz w:val="20"/>
          <w:szCs w:val="20"/>
        </w:rPr>
      </w:pPr>
      <w:r w:rsidRPr="005A661C">
        <w:rPr>
          <w:b/>
          <w:sz w:val="20"/>
          <w:szCs w:val="20"/>
        </w:rPr>
        <w:t xml:space="preserve">Venue: </w:t>
      </w:r>
      <w:r w:rsidRPr="005A661C">
        <w:rPr>
          <w:sz w:val="20"/>
          <w:szCs w:val="20"/>
        </w:rPr>
        <w:t>The Small Hall, Pagham Village Hall, Pagham, PO21 4NJ</w:t>
      </w:r>
    </w:p>
    <w:p w14:paraId="2AFB98A8" w14:textId="6356ABDD" w:rsidR="00CF48CB" w:rsidRPr="005A661C" w:rsidRDefault="00AA3686" w:rsidP="005E6812">
      <w:pPr>
        <w:pStyle w:val="ListBullet"/>
        <w:spacing w:line="240" w:lineRule="auto"/>
        <w:rPr>
          <w:sz w:val="20"/>
          <w:szCs w:val="20"/>
        </w:rPr>
      </w:pPr>
      <w:r w:rsidRPr="005A661C">
        <w:rPr>
          <w:b/>
          <w:sz w:val="20"/>
          <w:szCs w:val="20"/>
        </w:rPr>
        <w:t xml:space="preserve">Councillors Summoned: </w:t>
      </w:r>
      <w:r w:rsidRPr="005A661C">
        <w:rPr>
          <w:sz w:val="20"/>
          <w:szCs w:val="20"/>
        </w:rPr>
        <w:t xml:space="preserve">Mr P Atkins, Mrs J Behr, Mr P Cooper, </w:t>
      </w:r>
      <w:proofErr w:type="spellStart"/>
      <w:r w:rsidRPr="005A661C">
        <w:rPr>
          <w:sz w:val="20"/>
          <w:szCs w:val="20"/>
        </w:rPr>
        <w:t>Ms</w:t>
      </w:r>
      <w:proofErr w:type="spellEnd"/>
      <w:r w:rsidRPr="005A661C">
        <w:rPr>
          <w:sz w:val="20"/>
          <w:szCs w:val="20"/>
        </w:rPr>
        <w:t xml:space="preserve"> P Hilton, Mr M Howard, Mr D Huntley, Mr I Manion &amp; Mrs R Palmer</w:t>
      </w:r>
    </w:p>
    <w:p w14:paraId="5BCD681B" w14:textId="0B23E4D7" w:rsidR="004902BF" w:rsidRPr="005A661C" w:rsidRDefault="004902BF" w:rsidP="005E6812">
      <w:pPr>
        <w:pStyle w:val="ListBullet"/>
        <w:spacing w:line="240" w:lineRule="auto"/>
        <w:rPr>
          <w:sz w:val="20"/>
          <w:szCs w:val="20"/>
        </w:rPr>
      </w:pPr>
      <w:r w:rsidRPr="005A661C">
        <w:rPr>
          <w:b/>
          <w:sz w:val="20"/>
          <w:szCs w:val="20"/>
        </w:rPr>
        <w:t>Notice Issued</w:t>
      </w:r>
      <w:proofErr w:type="gramStart"/>
      <w:r w:rsidRPr="005A661C">
        <w:rPr>
          <w:b/>
          <w:sz w:val="20"/>
          <w:szCs w:val="20"/>
        </w:rPr>
        <w:t>:</w:t>
      </w:r>
      <w:r w:rsidRPr="005A661C">
        <w:rPr>
          <w:sz w:val="20"/>
          <w:szCs w:val="20"/>
        </w:rPr>
        <w:t xml:space="preserve">  </w:t>
      </w:r>
      <w:r w:rsidR="005B6FEE">
        <w:rPr>
          <w:color w:val="EE0000"/>
          <w:sz w:val="20"/>
          <w:szCs w:val="20"/>
        </w:rPr>
        <w:t>22</w:t>
      </w:r>
      <w:r w:rsidR="005B6FEE" w:rsidRPr="005B6FEE">
        <w:rPr>
          <w:color w:val="EE0000"/>
          <w:sz w:val="20"/>
          <w:szCs w:val="20"/>
          <w:vertAlign w:val="superscript"/>
        </w:rPr>
        <w:t>nd</w:t>
      </w:r>
      <w:proofErr w:type="gramEnd"/>
      <w:r w:rsidR="005B6FEE">
        <w:rPr>
          <w:color w:val="EE0000"/>
          <w:sz w:val="20"/>
          <w:szCs w:val="20"/>
        </w:rPr>
        <w:t xml:space="preserve"> May</w:t>
      </w:r>
      <w:r w:rsidRPr="005A661C">
        <w:rPr>
          <w:color w:val="EE0000"/>
          <w:sz w:val="20"/>
          <w:szCs w:val="20"/>
        </w:rPr>
        <w:t xml:space="preserve"> 2026</w:t>
      </w:r>
    </w:p>
    <w:p w14:paraId="031E3795" w14:textId="7F6450BC" w:rsidR="004902BF" w:rsidRPr="005A661C" w:rsidRDefault="00AA3686" w:rsidP="005E6812">
      <w:pPr>
        <w:spacing w:before="160" w:line="240" w:lineRule="auto"/>
        <w:jc w:val="center"/>
        <w:rPr>
          <w:sz w:val="20"/>
          <w:szCs w:val="20"/>
        </w:rPr>
      </w:pPr>
      <w:r w:rsidRPr="005A661C">
        <w:rPr>
          <w:sz w:val="20"/>
          <w:szCs w:val="20"/>
        </w:rPr>
        <w:t xml:space="preserve">Members are hereby summoned to attend a MEETING of </w:t>
      </w:r>
      <w:r w:rsidR="000C1711" w:rsidRPr="005A661C">
        <w:rPr>
          <w:sz w:val="20"/>
          <w:szCs w:val="20"/>
        </w:rPr>
        <w:t xml:space="preserve">the HIGHWAYS &amp; AMENITIES COMMITTEE of </w:t>
      </w:r>
      <w:r w:rsidRPr="005A661C">
        <w:rPr>
          <w:sz w:val="20"/>
          <w:szCs w:val="20"/>
        </w:rPr>
        <w:t>PAGHAM PARISH COUNCIL to transact the business detailed below.</w:t>
      </w:r>
    </w:p>
    <w:p w14:paraId="111C21D7" w14:textId="042E667B" w:rsidR="00CF48CB" w:rsidRPr="005A661C" w:rsidRDefault="00AA3686" w:rsidP="0029420C">
      <w:pPr>
        <w:spacing w:line="240" w:lineRule="auto"/>
        <w:jc w:val="center"/>
        <w:rPr>
          <w:sz w:val="20"/>
          <w:szCs w:val="20"/>
        </w:rPr>
      </w:pPr>
      <w:r w:rsidRPr="005A661C">
        <w:rPr>
          <w:sz w:val="20"/>
          <w:szCs w:val="20"/>
        </w:rPr>
        <w:t>Members of the Public and Press are welcome and encouraged to attend.</w:t>
      </w:r>
    </w:p>
    <w:p w14:paraId="7F4AE4CB" w14:textId="599BF3D3" w:rsidR="00CF48CB" w:rsidRPr="005A661C" w:rsidRDefault="00AA3686" w:rsidP="0029420C">
      <w:pPr>
        <w:pStyle w:val="Heading1"/>
        <w:spacing w:before="0" w:line="240" w:lineRule="auto"/>
        <w:jc w:val="center"/>
        <w:rPr>
          <w:sz w:val="48"/>
          <w:szCs w:val="48"/>
        </w:rPr>
      </w:pPr>
      <w:r w:rsidRPr="005A661C">
        <w:rPr>
          <w:sz w:val="48"/>
          <w:szCs w:val="48"/>
        </w:rPr>
        <w:t>Agenda</w:t>
      </w:r>
    </w:p>
    <w:p w14:paraId="5A0A4DC6" w14:textId="77777777" w:rsidR="00166687" w:rsidRPr="00124D0E" w:rsidRDefault="00166687" w:rsidP="0029420C">
      <w:pPr>
        <w:spacing w:line="240" w:lineRule="auto"/>
        <w:rPr>
          <w:sz w:val="19"/>
          <w:szCs w:val="19"/>
        </w:rPr>
      </w:pPr>
    </w:p>
    <w:p w14:paraId="6E394894" w14:textId="77777777" w:rsidR="007A41CF" w:rsidRPr="007A41CF" w:rsidRDefault="007A41CF" w:rsidP="007A41CF">
      <w:pPr>
        <w:numPr>
          <w:ilvl w:val="0"/>
          <w:numId w:val="10"/>
        </w:numPr>
        <w:spacing w:after="0" w:line="240" w:lineRule="auto"/>
        <w:rPr>
          <w:b/>
          <w:sz w:val="20"/>
          <w:szCs w:val="20"/>
          <w:lang w:val="en-GB"/>
        </w:rPr>
      </w:pPr>
      <w:r w:rsidRPr="007A41CF">
        <w:rPr>
          <w:rFonts w:cs="Arial"/>
          <w:b/>
          <w:color w:val="000000"/>
          <w:sz w:val="20"/>
          <w:szCs w:val="20"/>
        </w:rPr>
        <w:t xml:space="preserve">To appoint a </w:t>
      </w:r>
      <w:proofErr w:type="gramStart"/>
      <w:r w:rsidRPr="007A41CF">
        <w:rPr>
          <w:rFonts w:cs="Arial"/>
          <w:b/>
          <w:color w:val="000000"/>
          <w:sz w:val="20"/>
          <w:szCs w:val="20"/>
        </w:rPr>
        <w:t>Chairman</w:t>
      </w:r>
      <w:proofErr w:type="gramEnd"/>
      <w:r w:rsidRPr="007A41CF">
        <w:rPr>
          <w:rFonts w:cs="Arial"/>
          <w:b/>
          <w:color w:val="000000"/>
          <w:sz w:val="20"/>
          <w:szCs w:val="20"/>
        </w:rPr>
        <w:t xml:space="preserve"> for the civic year 2026/27</w:t>
      </w:r>
    </w:p>
    <w:p w14:paraId="34A99E02" w14:textId="77777777" w:rsidR="007A41CF" w:rsidRPr="007A41CF" w:rsidRDefault="007A41CF" w:rsidP="007A41CF">
      <w:pPr>
        <w:spacing w:after="0" w:line="240" w:lineRule="auto"/>
        <w:rPr>
          <w:b/>
          <w:sz w:val="20"/>
          <w:szCs w:val="20"/>
          <w:lang w:val="en-GB"/>
        </w:rPr>
      </w:pPr>
    </w:p>
    <w:p w14:paraId="26396F55" w14:textId="58B9E2A9" w:rsidR="004902BF" w:rsidRPr="007A41C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Apologies: To receive apologies from Members.</w:t>
      </w:r>
    </w:p>
    <w:p w14:paraId="58075D7A" w14:textId="77777777" w:rsidR="004902BF" w:rsidRPr="007A41CF" w:rsidRDefault="004902BF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432DD54" w14:textId="2A3D85EF" w:rsidR="004902BF" w:rsidRPr="007A41C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Declarations of Interest and Dispensation Requests:</w:t>
      </w:r>
      <w:r w:rsidRPr="007A41CF">
        <w:rPr>
          <w:rFonts w:cs="Arial"/>
          <w:b/>
          <w:color w:val="000000"/>
          <w:sz w:val="20"/>
          <w:szCs w:val="20"/>
        </w:rPr>
        <w:br/>
      </w:r>
      <w:r w:rsidRPr="00180E28">
        <w:rPr>
          <w:rFonts w:cs="Arial"/>
          <w:bCs/>
          <w:color w:val="000000"/>
          <w:sz w:val="20"/>
          <w:szCs w:val="20"/>
        </w:rPr>
        <w:t>2.1</w:t>
      </w:r>
      <w:r w:rsidRPr="007A41CF">
        <w:rPr>
          <w:rFonts w:cs="Arial"/>
          <w:b/>
          <w:color w:val="000000"/>
          <w:sz w:val="20"/>
          <w:szCs w:val="20"/>
        </w:rPr>
        <w:t xml:space="preserve">. </w:t>
      </w:r>
      <w:r w:rsidRPr="00180E28">
        <w:rPr>
          <w:rFonts w:cs="Arial"/>
          <w:bCs/>
          <w:color w:val="000000"/>
          <w:sz w:val="20"/>
          <w:szCs w:val="20"/>
        </w:rPr>
        <w:t>To receive declarations of interest from councillors on items on the agenda.</w:t>
      </w:r>
      <w:r w:rsidRPr="007A41CF">
        <w:rPr>
          <w:rFonts w:cs="Arial"/>
          <w:b/>
          <w:color w:val="000000"/>
          <w:sz w:val="20"/>
          <w:szCs w:val="20"/>
        </w:rPr>
        <w:br/>
      </w:r>
    </w:p>
    <w:p w14:paraId="79759884" w14:textId="66A02198" w:rsidR="004902B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Public Session: limited to 10 minutes.</w:t>
      </w:r>
    </w:p>
    <w:p w14:paraId="4D3021EC" w14:textId="4A922F7A" w:rsidR="001F2FCE" w:rsidRPr="000B08AF" w:rsidRDefault="001F2FCE" w:rsidP="00180E28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Cs/>
          <w:i/>
          <w:iCs/>
          <w:color w:val="000000"/>
          <w:sz w:val="20"/>
          <w:szCs w:val="20"/>
        </w:rPr>
      </w:pPr>
      <w:r w:rsidRPr="00180E28">
        <w:rPr>
          <w:rFonts w:cs="Arial"/>
          <w:bCs/>
          <w:color w:val="000000"/>
          <w:sz w:val="20"/>
          <w:szCs w:val="20"/>
        </w:rPr>
        <w:t xml:space="preserve">Request for a road safety review for Lower Bognor Road (B2166) Lagness </w:t>
      </w:r>
      <w:r w:rsidRPr="000B08AF">
        <w:rPr>
          <w:rFonts w:cs="Arial"/>
          <w:bCs/>
          <w:i/>
          <w:iCs/>
          <w:color w:val="000000"/>
          <w:sz w:val="20"/>
          <w:szCs w:val="20"/>
        </w:rPr>
        <w:t>(email circulated)</w:t>
      </w:r>
    </w:p>
    <w:p w14:paraId="0C885009" w14:textId="77777777" w:rsidR="004902BF" w:rsidRPr="007A41CF" w:rsidRDefault="004902BF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F68EB07" w14:textId="329AF748" w:rsidR="004902BF" w:rsidRPr="007A41C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 xml:space="preserve">Minutes: To receive and approve the minutes of the Council meetings held </w:t>
      </w:r>
      <w:r w:rsidR="002A4168">
        <w:rPr>
          <w:rFonts w:cs="Arial"/>
          <w:b/>
          <w:color w:val="000000"/>
          <w:sz w:val="20"/>
          <w:szCs w:val="20"/>
        </w:rPr>
        <w:t>24</w:t>
      </w:r>
      <w:r w:rsidR="002A4168" w:rsidRPr="002A4168">
        <w:rPr>
          <w:rFonts w:cs="Arial"/>
          <w:b/>
          <w:color w:val="000000"/>
          <w:sz w:val="20"/>
          <w:szCs w:val="20"/>
          <w:vertAlign w:val="superscript"/>
        </w:rPr>
        <w:t>th</w:t>
      </w:r>
      <w:r w:rsidR="002A4168">
        <w:rPr>
          <w:rFonts w:cs="Arial"/>
          <w:b/>
          <w:color w:val="000000"/>
          <w:sz w:val="20"/>
          <w:szCs w:val="20"/>
        </w:rPr>
        <w:t xml:space="preserve"> February</w:t>
      </w:r>
      <w:r w:rsidRPr="007A41CF">
        <w:rPr>
          <w:rFonts w:cs="Arial"/>
          <w:b/>
          <w:color w:val="000000"/>
          <w:sz w:val="20"/>
          <w:szCs w:val="20"/>
        </w:rPr>
        <w:t xml:space="preserve"> 2026 (previously issued).</w:t>
      </w:r>
    </w:p>
    <w:p w14:paraId="133C0147" w14:textId="77777777" w:rsidR="004902BF" w:rsidRPr="007A41CF" w:rsidRDefault="004902BF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670D34BF" w14:textId="77777777" w:rsidR="004902BF" w:rsidRPr="000B08A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i/>
          <w:iCs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 xml:space="preserve">Matters Arising: To discuss matters arising from the previous Minutes </w:t>
      </w:r>
      <w:r w:rsidRPr="000B08AF">
        <w:rPr>
          <w:rFonts w:cs="Arial"/>
          <w:b/>
          <w:i/>
          <w:iCs/>
          <w:color w:val="000000"/>
          <w:sz w:val="20"/>
          <w:szCs w:val="20"/>
        </w:rPr>
        <w:t>(for information sharing purposes only).</w:t>
      </w:r>
    </w:p>
    <w:p w14:paraId="1D93DD39" w14:textId="77777777" w:rsidR="004902BF" w:rsidRPr="007A41CF" w:rsidRDefault="004902BF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0AD6EFD" w14:textId="44EC987C" w:rsidR="004902BF" w:rsidRPr="007A41CF" w:rsidRDefault="00EC3BCD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Schedule of Works</w:t>
      </w:r>
      <w:r w:rsidR="00741F99" w:rsidRPr="007A41CF">
        <w:rPr>
          <w:rFonts w:cs="Arial"/>
          <w:b/>
          <w:color w:val="000000"/>
          <w:sz w:val="20"/>
          <w:szCs w:val="20"/>
        </w:rPr>
        <w:t xml:space="preserve"> </w:t>
      </w:r>
      <w:r w:rsidR="00741F99" w:rsidRPr="000B08AF">
        <w:rPr>
          <w:rFonts w:cs="Arial"/>
          <w:b/>
          <w:i/>
          <w:iCs/>
          <w:color w:val="000000"/>
          <w:sz w:val="20"/>
          <w:szCs w:val="20"/>
        </w:rPr>
        <w:t>(a review of tasks completed since the last meeting)</w:t>
      </w:r>
    </w:p>
    <w:p w14:paraId="02270710" w14:textId="77777777" w:rsidR="00260F9D" w:rsidRPr="007A41CF" w:rsidRDefault="00260F9D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2B63AD1" w14:textId="68ABEA73" w:rsidR="004902BF" w:rsidRPr="007A41CF" w:rsidRDefault="00EC3BCD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Clerk’s Report</w:t>
      </w:r>
    </w:p>
    <w:p w14:paraId="201495BB" w14:textId="77777777" w:rsidR="00260F9D" w:rsidRPr="007A41CF" w:rsidRDefault="00260F9D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A10FE8" w14:textId="7E31976E" w:rsidR="004902BF" w:rsidRPr="007A41CF" w:rsidRDefault="00C15CC4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Play Areas</w:t>
      </w:r>
      <w:r w:rsidR="004902BF" w:rsidRPr="007A41CF">
        <w:rPr>
          <w:rFonts w:cs="Arial"/>
          <w:b/>
          <w:color w:val="000000"/>
          <w:sz w:val="20"/>
          <w:szCs w:val="20"/>
        </w:rPr>
        <w:t>:</w:t>
      </w:r>
    </w:p>
    <w:p w14:paraId="5A6D27BE" w14:textId="77777777" w:rsidR="000B08AF" w:rsidRDefault="00180E28" w:rsidP="000B08AF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Cs/>
          <w:color w:val="000000"/>
          <w:sz w:val="20"/>
          <w:szCs w:val="20"/>
        </w:rPr>
      </w:pPr>
      <w:r w:rsidRPr="00180E28">
        <w:rPr>
          <w:rFonts w:cs="Arial"/>
          <w:bCs/>
          <w:color w:val="000000"/>
          <w:sz w:val="20"/>
          <w:szCs w:val="20"/>
        </w:rPr>
        <w:t xml:space="preserve">To receive the annual RoSPA reports and to discuss any work required as a result.  </w:t>
      </w:r>
      <w:r w:rsidRPr="000B08AF">
        <w:rPr>
          <w:rFonts w:cs="Arial"/>
          <w:bCs/>
          <w:i/>
          <w:iCs/>
          <w:color w:val="000000"/>
          <w:sz w:val="20"/>
          <w:szCs w:val="20"/>
        </w:rPr>
        <w:t>(circulated)</w:t>
      </w:r>
    </w:p>
    <w:p w14:paraId="492EE0B7" w14:textId="77777777" w:rsidR="000B08AF" w:rsidRDefault="000B08AF" w:rsidP="000B08AF">
      <w:pPr>
        <w:widowControl w:val="0"/>
        <w:overflowPunct w:val="0"/>
        <w:autoSpaceDE w:val="0"/>
        <w:autoSpaceDN w:val="0"/>
        <w:adjustRightInd w:val="0"/>
        <w:spacing w:after="0" w:line="287" w:lineRule="atLeast"/>
        <w:ind w:left="792"/>
        <w:rPr>
          <w:rFonts w:cs="Arial"/>
          <w:bCs/>
          <w:color w:val="000000"/>
          <w:sz w:val="20"/>
          <w:szCs w:val="20"/>
        </w:rPr>
      </w:pPr>
    </w:p>
    <w:p w14:paraId="66F36B7D" w14:textId="627916D0" w:rsidR="000B08AF" w:rsidRPr="000B08AF" w:rsidRDefault="00C15CC4" w:rsidP="000B08AF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bCs/>
          <w:color w:val="000000"/>
          <w:sz w:val="20"/>
          <w:szCs w:val="20"/>
        </w:rPr>
      </w:pPr>
      <w:r w:rsidRPr="000B08AF">
        <w:rPr>
          <w:rFonts w:cs="Arial"/>
          <w:b/>
          <w:color w:val="000000"/>
          <w:sz w:val="20"/>
          <w:szCs w:val="20"/>
        </w:rPr>
        <w:t>Highways/Footpaths/Car Parks/Street Lighting</w:t>
      </w:r>
    </w:p>
    <w:p w14:paraId="79B0433D" w14:textId="77777777" w:rsidR="000B08AF" w:rsidRDefault="003D3706" w:rsidP="000B08AF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87" w:lineRule="atLeast"/>
        <w:ind w:left="851" w:hanging="491"/>
        <w:rPr>
          <w:rFonts w:cs="Arial"/>
          <w:bCs/>
          <w:color w:val="000000"/>
          <w:sz w:val="20"/>
          <w:szCs w:val="20"/>
        </w:rPr>
      </w:pPr>
      <w:r w:rsidRPr="000B08AF">
        <w:rPr>
          <w:rFonts w:cs="Arial"/>
          <w:bCs/>
          <w:color w:val="000000"/>
          <w:sz w:val="20"/>
          <w:szCs w:val="20"/>
        </w:rPr>
        <w:t>Bus Shelters/Benches/Noticeboards/Bins</w:t>
      </w:r>
      <w:r w:rsidR="00E64195" w:rsidRPr="000B08AF">
        <w:rPr>
          <w:rFonts w:cs="Arial"/>
          <w:bCs/>
          <w:color w:val="000000"/>
          <w:sz w:val="20"/>
          <w:szCs w:val="20"/>
        </w:rPr>
        <w:t xml:space="preserve"> Route 600 Bus Stop Working Group report – to receive a verbal response from Mrs Behr</w:t>
      </w:r>
    </w:p>
    <w:p w14:paraId="3FFEB659" w14:textId="47AAACB4" w:rsidR="00E64195" w:rsidRPr="000B08AF" w:rsidRDefault="00E64195" w:rsidP="000B08AF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87" w:lineRule="atLeast"/>
        <w:ind w:left="851" w:hanging="491"/>
        <w:rPr>
          <w:rFonts w:cs="Arial"/>
          <w:bCs/>
          <w:color w:val="000000"/>
          <w:sz w:val="20"/>
          <w:szCs w:val="20"/>
        </w:rPr>
      </w:pPr>
      <w:r w:rsidRPr="000B08AF">
        <w:rPr>
          <w:rFonts w:cs="Arial"/>
          <w:bCs/>
          <w:color w:val="000000"/>
          <w:sz w:val="20"/>
          <w:szCs w:val="20"/>
        </w:rPr>
        <w:t>Planters at Mill Farm Estate – to receive a verbal response from Mrs Behr</w:t>
      </w:r>
    </w:p>
    <w:p w14:paraId="6061E646" w14:textId="77777777" w:rsidR="007A41CF" w:rsidRPr="007A41CF" w:rsidRDefault="007A41CF" w:rsidP="007A41C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03863E2" w14:textId="583EA1CB" w:rsidR="004902BF" w:rsidRPr="007A41CF" w:rsidRDefault="00561E56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Ditches &amp; Drains</w:t>
      </w:r>
    </w:p>
    <w:p w14:paraId="520DB70D" w14:textId="77777777" w:rsidR="007A41CF" w:rsidRPr="007A41CF" w:rsidRDefault="007A41CF" w:rsidP="007A41CF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4540226F" w14:textId="378FD620" w:rsidR="004902BF" w:rsidRPr="007A41CF" w:rsidRDefault="00561E56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Ord</w:t>
      </w:r>
      <w:r w:rsidR="00260F9D" w:rsidRPr="007A41CF">
        <w:rPr>
          <w:rFonts w:cs="Arial"/>
          <w:b/>
          <w:color w:val="000000"/>
          <w:sz w:val="20"/>
          <w:szCs w:val="20"/>
        </w:rPr>
        <w:t>e</w:t>
      </w:r>
      <w:r w:rsidRPr="007A41CF">
        <w:rPr>
          <w:rFonts w:cs="Arial"/>
          <w:b/>
          <w:color w:val="000000"/>
          <w:sz w:val="20"/>
          <w:szCs w:val="20"/>
        </w:rPr>
        <w:t>rs for Payment for authorisation (previously received)</w:t>
      </w:r>
    </w:p>
    <w:p w14:paraId="191E5847" w14:textId="77777777" w:rsidR="000D2F3B" w:rsidRPr="007A41CF" w:rsidRDefault="000D2F3B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4875DE1B" w14:textId="5D71AA2D" w:rsidR="004902BF" w:rsidRPr="007A41CF" w:rsidRDefault="00260F9D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Risk Assessment</w:t>
      </w:r>
    </w:p>
    <w:p w14:paraId="7498AFA9" w14:textId="77777777" w:rsidR="000D2F3B" w:rsidRPr="007A41CF" w:rsidRDefault="000D2F3B" w:rsidP="007A41CF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63E6D794" w14:textId="0A7FBA7A" w:rsidR="000D2F3B" w:rsidRPr="007A41CF" w:rsidRDefault="004902BF" w:rsidP="007A41CF">
      <w:pPr>
        <w:numPr>
          <w:ilvl w:val="0"/>
          <w:numId w:val="10"/>
        </w:num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>Next Meeting: To note the date of the next scheduled meeting.</w:t>
      </w:r>
    </w:p>
    <w:p w14:paraId="18100075" w14:textId="77777777" w:rsidR="007A41CF" w:rsidRPr="007A41CF" w:rsidRDefault="007A41CF" w:rsidP="007A41C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2754944A" w14:textId="77777777" w:rsidR="007A41CF" w:rsidRPr="007A41CF" w:rsidRDefault="007A41CF" w:rsidP="007A41C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39A0AE82" w14:textId="77777777" w:rsidR="007A41CF" w:rsidRPr="007A41CF" w:rsidRDefault="007A41CF" w:rsidP="007A41C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7DF48E42" w14:textId="72C98FDB" w:rsidR="004902BF" w:rsidRPr="007A41CF" w:rsidRDefault="004902BF" w:rsidP="007A41C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7A41CF">
        <w:rPr>
          <w:rFonts w:cs="Arial"/>
          <w:b/>
          <w:color w:val="000000"/>
          <w:sz w:val="20"/>
          <w:szCs w:val="20"/>
        </w:rPr>
        <w:t xml:space="preserve">Signed: </w:t>
      </w:r>
      <w:r w:rsidRPr="007A41CF">
        <w:rPr>
          <w:rFonts w:ascii="Baguet Script" w:hAnsi="Baguet Script" w:cs="Arial"/>
          <w:b/>
          <w:color w:val="000000"/>
          <w:sz w:val="20"/>
          <w:szCs w:val="20"/>
        </w:rPr>
        <w:t>Nicola Swann</w:t>
      </w:r>
      <w:r w:rsidRPr="007A41CF">
        <w:rPr>
          <w:rFonts w:cs="Arial"/>
          <w:b/>
          <w:color w:val="000000"/>
          <w:sz w:val="20"/>
          <w:szCs w:val="20"/>
        </w:rPr>
        <w:t xml:space="preserve"> – Clerk to the Council</w:t>
      </w:r>
    </w:p>
    <w:sectPr w:rsidR="004902BF" w:rsidRPr="007A41CF" w:rsidSect="00275428">
      <w:pgSz w:w="12240" w:h="15840"/>
      <w:pgMar w:top="851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FC258F"/>
    <w:multiLevelType w:val="multilevel"/>
    <w:tmpl w:val="41F816F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514496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8AF"/>
    <w:rsid w:val="000C1711"/>
    <w:rsid w:val="000D2F3B"/>
    <w:rsid w:val="00124D0E"/>
    <w:rsid w:val="001349D1"/>
    <w:rsid w:val="0015074B"/>
    <w:rsid w:val="00166687"/>
    <w:rsid w:val="00180E28"/>
    <w:rsid w:val="001F2FCE"/>
    <w:rsid w:val="002159C2"/>
    <w:rsid w:val="00260F9D"/>
    <w:rsid w:val="00275428"/>
    <w:rsid w:val="0029420C"/>
    <w:rsid w:val="0029639D"/>
    <w:rsid w:val="002A4168"/>
    <w:rsid w:val="00326F90"/>
    <w:rsid w:val="003D3706"/>
    <w:rsid w:val="004902BF"/>
    <w:rsid w:val="00561E56"/>
    <w:rsid w:val="005A661C"/>
    <w:rsid w:val="005B6FEE"/>
    <w:rsid w:val="005E6812"/>
    <w:rsid w:val="006B7D46"/>
    <w:rsid w:val="00741F99"/>
    <w:rsid w:val="007A41CF"/>
    <w:rsid w:val="008A7A23"/>
    <w:rsid w:val="00A30409"/>
    <w:rsid w:val="00AA1D8D"/>
    <w:rsid w:val="00AA3686"/>
    <w:rsid w:val="00B47730"/>
    <w:rsid w:val="00C15CC4"/>
    <w:rsid w:val="00C51CB2"/>
    <w:rsid w:val="00CB0664"/>
    <w:rsid w:val="00CF48CB"/>
    <w:rsid w:val="00E64195"/>
    <w:rsid w:val="00EC3B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2</cp:revision>
  <dcterms:created xsi:type="dcterms:W3CDTF">2026-10-07T11:58:00Z</dcterms:created>
  <dcterms:modified xsi:type="dcterms:W3CDTF">2026-10-07T11:58:00Z</dcterms:modified>
  <cp:category/>
</cp:coreProperties>
</file>