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B61CF" w14:textId="77777777" w:rsidR="00270F4F" w:rsidRDefault="00C04199">
      <w:pPr>
        <w:pStyle w:val="Heading1"/>
        <w:jc w:val="center"/>
      </w:pPr>
      <w:r>
        <w:t>PAGHAM PARISH COUNCIL</w:t>
      </w:r>
    </w:p>
    <w:p w14:paraId="4EB3FA3F" w14:textId="72F76B48" w:rsidR="00270F4F" w:rsidRDefault="00C04199">
      <w:pPr>
        <w:jc w:val="center"/>
      </w:pPr>
      <w:r>
        <w:rPr>
          <w:b/>
        </w:rPr>
        <w:t>Tel: 01243-266424 | E-mail: clerk@paghamparishcouncil.gov.uk</w:t>
      </w:r>
      <w:r>
        <w:rPr>
          <w:b/>
        </w:rPr>
        <w:br/>
      </w:r>
    </w:p>
    <w:p w14:paraId="699417A1" w14:textId="77777777" w:rsidR="00270F4F" w:rsidRDefault="00C04199">
      <w:pPr>
        <w:pStyle w:val="Heading2"/>
      </w:pPr>
      <w:r>
        <w:t>Meeting Details</w:t>
      </w:r>
    </w:p>
    <w:p w14:paraId="715B6609" w14:textId="1E2A16A6" w:rsidR="00270F4F" w:rsidRPr="008B6D00" w:rsidRDefault="00C04199">
      <w:pPr>
        <w:rPr>
          <w:sz w:val="20"/>
          <w:szCs w:val="20"/>
        </w:rPr>
      </w:pPr>
      <w:r>
        <w:rPr>
          <w:b/>
        </w:rPr>
        <w:t xml:space="preserve">• </w:t>
      </w:r>
      <w:r w:rsidRPr="008B6D00">
        <w:rPr>
          <w:b/>
          <w:sz w:val="20"/>
          <w:szCs w:val="20"/>
        </w:rPr>
        <w:t xml:space="preserve">Date and Time: </w:t>
      </w:r>
      <w:r w:rsidRPr="008B6D00">
        <w:rPr>
          <w:sz w:val="20"/>
          <w:szCs w:val="20"/>
        </w:rPr>
        <w:t>Tuesday 2</w:t>
      </w:r>
      <w:r w:rsidR="009A6C2F" w:rsidRPr="008B6D00">
        <w:rPr>
          <w:sz w:val="20"/>
          <w:szCs w:val="20"/>
        </w:rPr>
        <w:t>6</w:t>
      </w:r>
      <w:r w:rsidRPr="008B6D00">
        <w:rPr>
          <w:sz w:val="20"/>
          <w:szCs w:val="20"/>
        </w:rPr>
        <w:t xml:space="preserve">th </w:t>
      </w:r>
      <w:r w:rsidR="00897E12" w:rsidRPr="008B6D00">
        <w:rPr>
          <w:sz w:val="20"/>
          <w:szCs w:val="20"/>
        </w:rPr>
        <w:t>May</w:t>
      </w:r>
      <w:r w:rsidRPr="008B6D00">
        <w:rPr>
          <w:sz w:val="20"/>
          <w:szCs w:val="20"/>
        </w:rPr>
        <w:t xml:space="preserve"> 2026 at 7.</w:t>
      </w:r>
      <w:r w:rsidR="00897E12" w:rsidRPr="008B6D00">
        <w:rPr>
          <w:sz w:val="20"/>
          <w:szCs w:val="20"/>
        </w:rPr>
        <w:t>1</w:t>
      </w:r>
      <w:r w:rsidRPr="008B6D00">
        <w:rPr>
          <w:sz w:val="20"/>
          <w:szCs w:val="20"/>
        </w:rPr>
        <w:t>5pm</w:t>
      </w:r>
      <w:r w:rsidRPr="008B6D00">
        <w:rPr>
          <w:sz w:val="20"/>
          <w:szCs w:val="20"/>
        </w:rPr>
        <w:br/>
      </w:r>
      <w:r w:rsidRPr="008B6D00">
        <w:rPr>
          <w:b/>
          <w:sz w:val="20"/>
          <w:szCs w:val="20"/>
        </w:rPr>
        <w:t xml:space="preserve">• Venue: </w:t>
      </w:r>
      <w:r w:rsidRPr="008B6D00">
        <w:rPr>
          <w:sz w:val="20"/>
          <w:szCs w:val="20"/>
        </w:rPr>
        <w:t>The Small Hall, Pagham Village Hall, Pagham Road, Pagham, PO21 4NJ</w:t>
      </w:r>
      <w:r w:rsidRPr="008B6D00">
        <w:rPr>
          <w:sz w:val="20"/>
          <w:szCs w:val="20"/>
        </w:rPr>
        <w:br/>
      </w:r>
      <w:r w:rsidRPr="008B6D00">
        <w:rPr>
          <w:b/>
          <w:sz w:val="20"/>
          <w:szCs w:val="20"/>
        </w:rPr>
        <w:t xml:space="preserve">• Present: </w:t>
      </w:r>
      <w:r w:rsidRPr="008B6D00">
        <w:rPr>
          <w:sz w:val="20"/>
          <w:szCs w:val="20"/>
        </w:rPr>
        <w:t xml:space="preserve">Councillors Mr P Atkins, Mrs J Behr, Mr J Carr, Mr P Cooper, Mrs D Hall, </w:t>
      </w:r>
      <w:r w:rsidR="00897E12" w:rsidRPr="008B6D00">
        <w:rPr>
          <w:sz w:val="20"/>
          <w:szCs w:val="20"/>
        </w:rPr>
        <w:t xml:space="preserve">Mrs P Hilton, </w:t>
      </w:r>
      <w:r w:rsidRPr="008B6D00">
        <w:rPr>
          <w:sz w:val="20"/>
          <w:szCs w:val="20"/>
        </w:rPr>
        <w:t>Mr M Howard, Mr D Huntley, Mr I Manion &amp; Ms R Palmer</w:t>
      </w:r>
      <w:r w:rsidRPr="008B6D00">
        <w:rPr>
          <w:sz w:val="20"/>
          <w:szCs w:val="20"/>
        </w:rPr>
        <w:br/>
      </w:r>
      <w:r w:rsidRPr="008B6D00">
        <w:rPr>
          <w:b/>
          <w:sz w:val="20"/>
          <w:szCs w:val="20"/>
        </w:rPr>
        <w:t xml:space="preserve">• In Attendance: </w:t>
      </w:r>
      <w:r w:rsidRPr="008B6D00">
        <w:rPr>
          <w:sz w:val="20"/>
          <w:szCs w:val="20"/>
        </w:rPr>
        <w:t>Mrs Nicola Swann (Clerk &amp; RFO)</w:t>
      </w:r>
    </w:p>
    <w:p w14:paraId="5A664C59" w14:textId="18DBAB62" w:rsidR="00270F4F" w:rsidRPr="008B6D00" w:rsidRDefault="00701CD6">
      <w:pPr>
        <w:pStyle w:val="Heading2"/>
        <w:rPr>
          <w:sz w:val="20"/>
          <w:szCs w:val="20"/>
        </w:rPr>
      </w:pPr>
      <w:r w:rsidRPr="008B6D00">
        <w:rPr>
          <w:sz w:val="20"/>
          <w:szCs w:val="20"/>
        </w:rPr>
        <w:t>Minutes of the Planning Meeting</w:t>
      </w:r>
    </w:p>
    <w:p w14:paraId="687F7AAD" w14:textId="77777777" w:rsidR="003D35FE" w:rsidRPr="008B6D00" w:rsidRDefault="00B70FFC" w:rsidP="003D35FE">
      <w:pPr>
        <w:pStyle w:val="ListParagraph"/>
        <w:numPr>
          <w:ilvl w:val="0"/>
          <w:numId w:val="14"/>
        </w:numPr>
        <w:rPr>
          <w:b/>
          <w:bCs/>
          <w:sz w:val="20"/>
          <w:szCs w:val="20"/>
        </w:rPr>
      </w:pPr>
      <w:r w:rsidRPr="008B6D00">
        <w:rPr>
          <w:b/>
          <w:bCs/>
          <w:sz w:val="20"/>
          <w:szCs w:val="20"/>
        </w:rPr>
        <w:t>Election of a Chairman of the Planning Committee for 2026/27</w:t>
      </w:r>
    </w:p>
    <w:p w14:paraId="76DBF378" w14:textId="29C43DB1" w:rsidR="00B70FFC" w:rsidRPr="008B6D00" w:rsidRDefault="00B70FFC" w:rsidP="003D35FE">
      <w:pPr>
        <w:pStyle w:val="ListParagraph"/>
        <w:numPr>
          <w:ilvl w:val="1"/>
          <w:numId w:val="14"/>
        </w:numPr>
        <w:rPr>
          <w:b/>
          <w:bCs/>
          <w:sz w:val="20"/>
          <w:szCs w:val="20"/>
        </w:rPr>
      </w:pPr>
      <w:r w:rsidRPr="008B6D00">
        <w:rPr>
          <w:sz w:val="20"/>
          <w:szCs w:val="20"/>
        </w:rPr>
        <w:t>It was RESOLVED to appoint Cllr Mrs Dawn Hall as Chairman of the Committee for the civic year 2026/27</w:t>
      </w:r>
    </w:p>
    <w:p w14:paraId="10BEBE2C" w14:textId="77777777" w:rsidR="00B70FFC" w:rsidRPr="008B6D00" w:rsidRDefault="00B70FFC" w:rsidP="003D35FE">
      <w:pPr>
        <w:pStyle w:val="ListParagraph"/>
        <w:rPr>
          <w:sz w:val="20"/>
          <w:szCs w:val="20"/>
        </w:rPr>
      </w:pPr>
    </w:p>
    <w:p w14:paraId="335C9FF3" w14:textId="431424FE" w:rsidR="00B70FFC" w:rsidRPr="008B6D00" w:rsidRDefault="00B70FFC" w:rsidP="00B70FFC">
      <w:pPr>
        <w:pStyle w:val="ListParagraph"/>
        <w:numPr>
          <w:ilvl w:val="0"/>
          <w:numId w:val="14"/>
        </w:numPr>
        <w:rPr>
          <w:b/>
          <w:bCs/>
          <w:sz w:val="20"/>
          <w:szCs w:val="20"/>
        </w:rPr>
      </w:pPr>
      <w:r w:rsidRPr="008B6D00">
        <w:rPr>
          <w:b/>
          <w:bCs/>
          <w:sz w:val="20"/>
          <w:szCs w:val="20"/>
        </w:rPr>
        <w:t>Apologies from Members</w:t>
      </w:r>
    </w:p>
    <w:p w14:paraId="0370F42A" w14:textId="77777777" w:rsidR="00B70FFC" w:rsidRPr="008B6D00" w:rsidRDefault="00B70FFC" w:rsidP="003D35FE">
      <w:pPr>
        <w:pStyle w:val="ListParagraph"/>
        <w:numPr>
          <w:ilvl w:val="1"/>
          <w:numId w:val="14"/>
        </w:numPr>
        <w:rPr>
          <w:sz w:val="20"/>
          <w:szCs w:val="20"/>
        </w:rPr>
      </w:pPr>
      <w:r w:rsidRPr="008B6D00">
        <w:rPr>
          <w:sz w:val="20"/>
          <w:szCs w:val="20"/>
        </w:rPr>
        <w:t>None</w:t>
      </w:r>
    </w:p>
    <w:p w14:paraId="1F539C4B" w14:textId="77777777" w:rsidR="00B70FFC" w:rsidRPr="008B6D00" w:rsidRDefault="00B70FFC" w:rsidP="003D35FE">
      <w:pPr>
        <w:pStyle w:val="ListParagraph"/>
        <w:ind w:left="360"/>
        <w:rPr>
          <w:b/>
          <w:bCs/>
          <w:sz w:val="20"/>
          <w:szCs w:val="20"/>
        </w:rPr>
      </w:pPr>
    </w:p>
    <w:p w14:paraId="659FA317" w14:textId="77777777" w:rsidR="00B70FFC" w:rsidRPr="008B6D00" w:rsidRDefault="00B70FFC" w:rsidP="00B70FFC">
      <w:pPr>
        <w:pStyle w:val="ListParagraph"/>
        <w:numPr>
          <w:ilvl w:val="0"/>
          <w:numId w:val="14"/>
        </w:numPr>
        <w:rPr>
          <w:b/>
          <w:bCs/>
          <w:sz w:val="20"/>
          <w:szCs w:val="20"/>
        </w:rPr>
      </w:pPr>
      <w:r w:rsidRPr="008B6D00">
        <w:rPr>
          <w:b/>
          <w:bCs/>
          <w:sz w:val="20"/>
          <w:szCs w:val="20"/>
        </w:rPr>
        <w:t xml:space="preserve">To receive declarations of interest by Councillors on any of the agenda items below. </w:t>
      </w:r>
    </w:p>
    <w:p w14:paraId="38408BE3" w14:textId="77777777" w:rsidR="00B70FFC" w:rsidRPr="008B6D00" w:rsidRDefault="00B70FFC" w:rsidP="00CE3FE7">
      <w:pPr>
        <w:pStyle w:val="ListParagraph"/>
        <w:numPr>
          <w:ilvl w:val="1"/>
          <w:numId w:val="14"/>
        </w:numPr>
        <w:rPr>
          <w:sz w:val="20"/>
          <w:szCs w:val="20"/>
        </w:rPr>
      </w:pPr>
      <w:r w:rsidRPr="008B6D00">
        <w:rPr>
          <w:sz w:val="20"/>
          <w:szCs w:val="20"/>
        </w:rPr>
        <w:t xml:space="preserve">Cllr Mr Huntley, in his capacity as Arun District Councillor, gave the following declaration “I will be considering the matter before me, having regard only to such information as placed before the Parish Council. If I come to consider the matter again at the District Council further information will be available and I will consider all the information available at that </w:t>
      </w:r>
      <w:proofErr w:type="gramStart"/>
      <w:r w:rsidRPr="008B6D00">
        <w:rPr>
          <w:sz w:val="20"/>
          <w:szCs w:val="20"/>
        </w:rPr>
        <w:t>time</w:t>
      </w:r>
      <w:proofErr w:type="gramEnd"/>
      <w:r w:rsidRPr="008B6D00">
        <w:rPr>
          <w:sz w:val="20"/>
          <w:szCs w:val="20"/>
        </w:rPr>
        <w:t xml:space="preserve"> and I may come to a different decision”.</w:t>
      </w:r>
    </w:p>
    <w:p w14:paraId="268B3D90" w14:textId="77777777" w:rsidR="003F4B62" w:rsidRPr="008B6D00" w:rsidRDefault="003F4B62" w:rsidP="0078021F">
      <w:pPr>
        <w:pStyle w:val="ListParagraph"/>
        <w:ind w:left="360"/>
        <w:rPr>
          <w:b/>
          <w:bCs/>
          <w:sz w:val="20"/>
          <w:szCs w:val="20"/>
        </w:rPr>
      </w:pPr>
    </w:p>
    <w:p w14:paraId="6FEE307F" w14:textId="4EBF579D" w:rsidR="0078021F" w:rsidRPr="008B6D00" w:rsidRDefault="00B70FFC" w:rsidP="0078021F">
      <w:pPr>
        <w:pStyle w:val="ListParagraph"/>
        <w:numPr>
          <w:ilvl w:val="0"/>
          <w:numId w:val="14"/>
        </w:numPr>
        <w:rPr>
          <w:i/>
          <w:iCs/>
          <w:sz w:val="20"/>
          <w:szCs w:val="20"/>
        </w:rPr>
      </w:pPr>
      <w:r w:rsidRPr="008B6D00">
        <w:rPr>
          <w:b/>
          <w:bCs/>
          <w:sz w:val="20"/>
          <w:szCs w:val="20"/>
        </w:rPr>
        <w:t xml:space="preserve">Public Session </w:t>
      </w:r>
      <w:r w:rsidRPr="008B6D00">
        <w:rPr>
          <w:i/>
          <w:iCs/>
          <w:sz w:val="20"/>
          <w:szCs w:val="20"/>
        </w:rPr>
        <w:t>Questions and comments from Members of the Public Present</w:t>
      </w:r>
    </w:p>
    <w:p w14:paraId="31EA1F53" w14:textId="4D51FDE3" w:rsidR="00B70FFC" w:rsidRPr="008B6D00" w:rsidRDefault="00B70FFC" w:rsidP="0078021F">
      <w:pPr>
        <w:pStyle w:val="ListParagraph"/>
        <w:numPr>
          <w:ilvl w:val="1"/>
          <w:numId w:val="14"/>
        </w:numPr>
        <w:rPr>
          <w:b/>
          <w:bCs/>
          <w:sz w:val="20"/>
          <w:szCs w:val="20"/>
        </w:rPr>
      </w:pPr>
      <w:r w:rsidRPr="008B6D00">
        <w:rPr>
          <w:sz w:val="20"/>
          <w:szCs w:val="20"/>
        </w:rPr>
        <w:t>No members of the public were present.</w:t>
      </w:r>
    </w:p>
    <w:p w14:paraId="7DC07370" w14:textId="77777777" w:rsidR="00B70FFC" w:rsidRPr="008B6D00" w:rsidRDefault="00B70FFC" w:rsidP="0078021F">
      <w:pPr>
        <w:pStyle w:val="ListParagraph"/>
        <w:ind w:left="1080"/>
        <w:rPr>
          <w:sz w:val="20"/>
          <w:szCs w:val="20"/>
        </w:rPr>
      </w:pPr>
    </w:p>
    <w:p w14:paraId="5B198A0B" w14:textId="77777777" w:rsidR="00B70FFC" w:rsidRPr="008B6D00" w:rsidRDefault="00B70FFC" w:rsidP="00B70FFC">
      <w:pPr>
        <w:pStyle w:val="ListParagraph"/>
        <w:numPr>
          <w:ilvl w:val="0"/>
          <w:numId w:val="14"/>
        </w:numPr>
        <w:rPr>
          <w:b/>
          <w:bCs/>
          <w:sz w:val="20"/>
          <w:szCs w:val="20"/>
        </w:rPr>
      </w:pPr>
      <w:r w:rsidRPr="008B6D00">
        <w:rPr>
          <w:b/>
          <w:bCs/>
          <w:sz w:val="20"/>
          <w:szCs w:val="20"/>
        </w:rPr>
        <w:t>To receive and approve the minutes of the Planning Committee meeting held on 12th May 2026 (previously issued)</w:t>
      </w:r>
    </w:p>
    <w:p w14:paraId="7DD1B9A9" w14:textId="77777777" w:rsidR="00B70FFC" w:rsidRPr="008B6D00" w:rsidRDefault="00B70FFC" w:rsidP="00CE3FE7">
      <w:pPr>
        <w:pStyle w:val="ListParagraph"/>
        <w:numPr>
          <w:ilvl w:val="1"/>
          <w:numId w:val="14"/>
        </w:numPr>
        <w:rPr>
          <w:sz w:val="20"/>
          <w:szCs w:val="20"/>
        </w:rPr>
      </w:pPr>
      <w:r w:rsidRPr="008B6D00">
        <w:rPr>
          <w:sz w:val="20"/>
          <w:szCs w:val="20"/>
        </w:rPr>
        <w:t xml:space="preserve">It was RESOLVED to APPROVE the Minutes, and the Chairman was </w:t>
      </w:r>
      <w:proofErr w:type="spellStart"/>
      <w:r w:rsidRPr="008B6D00">
        <w:rPr>
          <w:sz w:val="20"/>
          <w:szCs w:val="20"/>
        </w:rPr>
        <w:t>authorised</w:t>
      </w:r>
      <w:proofErr w:type="spellEnd"/>
      <w:r w:rsidRPr="008B6D00">
        <w:rPr>
          <w:sz w:val="20"/>
          <w:szCs w:val="20"/>
        </w:rPr>
        <w:t xml:space="preserve"> to sign them as an accurate record of that meeting.  </w:t>
      </w:r>
    </w:p>
    <w:p w14:paraId="71CC7749" w14:textId="77777777" w:rsidR="00B70FFC" w:rsidRPr="008B6D00" w:rsidRDefault="00B70FFC" w:rsidP="00CE3FE7">
      <w:pPr>
        <w:pStyle w:val="ListParagraph"/>
        <w:ind w:left="360"/>
        <w:rPr>
          <w:b/>
          <w:bCs/>
          <w:sz w:val="20"/>
          <w:szCs w:val="20"/>
        </w:rPr>
      </w:pPr>
    </w:p>
    <w:p w14:paraId="4C092521" w14:textId="77777777" w:rsidR="00B70FFC" w:rsidRPr="008B6D00" w:rsidRDefault="00B70FFC" w:rsidP="00B70FFC">
      <w:pPr>
        <w:pStyle w:val="ListParagraph"/>
        <w:numPr>
          <w:ilvl w:val="0"/>
          <w:numId w:val="14"/>
        </w:numPr>
        <w:rPr>
          <w:b/>
          <w:bCs/>
          <w:sz w:val="20"/>
          <w:szCs w:val="20"/>
        </w:rPr>
      </w:pPr>
      <w:r w:rsidRPr="008B6D00">
        <w:rPr>
          <w:b/>
          <w:bCs/>
          <w:sz w:val="20"/>
          <w:szCs w:val="20"/>
        </w:rPr>
        <w:t>Matters arising from the Minutes</w:t>
      </w:r>
    </w:p>
    <w:p w14:paraId="15E23556" w14:textId="77777777" w:rsidR="00B70FFC" w:rsidRPr="008B6D00" w:rsidRDefault="00B70FFC" w:rsidP="00CE3FE7">
      <w:pPr>
        <w:pStyle w:val="ListParagraph"/>
        <w:numPr>
          <w:ilvl w:val="1"/>
          <w:numId w:val="14"/>
        </w:numPr>
        <w:rPr>
          <w:sz w:val="20"/>
          <w:szCs w:val="20"/>
        </w:rPr>
      </w:pPr>
      <w:r w:rsidRPr="008B6D00">
        <w:rPr>
          <w:sz w:val="20"/>
          <w:szCs w:val="20"/>
        </w:rPr>
        <w:t>None</w:t>
      </w:r>
    </w:p>
    <w:p w14:paraId="2224EF9F" w14:textId="77777777" w:rsidR="00B70FFC" w:rsidRPr="008B6D00" w:rsidRDefault="00B70FFC" w:rsidP="00CE3FE7">
      <w:pPr>
        <w:pStyle w:val="ListParagraph"/>
        <w:ind w:left="360"/>
        <w:rPr>
          <w:b/>
          <w:bCs/>
          <w:sz w:val="20"/>
          <w:szCs w:val="20"/>
        </w:rPr>
      </w:pPr>
    </w:p>
    <w:p w14:paraId="7E097642" w14:textId="77777777" w:rsidR="00B70FFC" w:rsidRPr="008B6D00" w:rsidRDefault="00B70FFC" w:rsidP="00B70FFC">
      <w:pPr>
        <w:pStyle w:val="ListParagraph"/>
        <w:numPr>
          <w:ilvl w:val="0"/>
          <w:numId w:val="14"/>
        </w:numPr>
        <w:rPr>
          <w:b/>
          <w:bCs/>
          <w:sz w:val="20"/>
          <w:szCs w:val="20"/>
        </w:rPr>
      </w:pPr>
      <w:r w:rsidRPr="008B6D00">
        <w:rPr>
          <w:b/>
          <w:bCs/>
          <w:sz w:val="20"/>
          <w:szCs w:val="20"/>
        </w:rPr>
        <w:t>Planning Applications</w:t>
      </w:r>
    </w:p>
    <w:p w14:paraId="4C0AB777" w14:textId="77777777" w:rsidR="00B70FFC" w:rsidRPr="008B6D00" w:rsidRDefault="00B70FFC" w:rsidP="00F7259D">
      <w:pPr>
        <w:pStyle w:val="ListParagraph"/>
        <w:ind w:left="360"/>
        <w:rPr>
          <w:sz w:val="20"/>
          <w:szCs w:val="20"/>
        </w:rPr>
      </w:pPr>
      <w:r w:rsidRPr="008B6D00">
        <w:rPr>
          <w:sz w:val="20"/>
          <w:szCs w:val="20"/>
        </w:rPr>
        <w:t>To consider responses to Planning Applications which have been submitted to Arun District Council and to delegate to the Parish Clerk to respond to each application in accordance with the Parish Council’s resolution</w:t>
      </w:r>
    </w:p>
    <w:p w14:paraId="522D22E0" w14:textId="77777777" w:rsidR="00B70FFC" w:rsidRPr="008B6D00" w:rsidRDefault="00B70FFC" w:rsidP="00F7259D">
      <w:pPr>
        <w:pStyle w:val="ListParagraph"/>
        <w:numPr>
          <w:ilvl w:val="1"/>
          <w:numId w:val="14"/>
        </w:numPr>
        <w:rPr>
          <w:b/>
          <w:bCs/>
          <w:sz w:val="20"/>
          <w:szCs w:val="20"/>
        </w:rPr>
      </w:pPr>
      <w:proofErr w:type="gramStart"/>
      <w:r w:rsidRPr="008B6D00">
        <w:rPr>
          <w:b/>
          <w:bCs/>
          <w:sz w:val="20"/>
          <w:szCs w:val="20"/>
        </w:rPr>
        <w:t>6.1  P</w:t>
      </w:r>
      <w:proofErr w:type="gramEnd"/>
      <w:r w:rsidRPr="008B6D00">
        <w:rPr>
          <w:b/>
          <w:bCs/>
          <w:sz w:val="20"/>
          <w:szCs w:val="20"/>
        </w:rPr>
        <w:t xml:space="preserve">/11/26/PL – Pagham Beach Amusements, 1 Beach Road and 129 East Front Road Pagham PO21 4SL.  </w:t>
      </w:r>
      <w:proofErr w:type="gramStart"/>
      <w:r w:rsidRPr="008B6D00">
        <w:rPr>
          <w:b/>
          <w:bCs/>
          <w:sz w:val="20"/>
          <w:szCs w:val="20"/>
        </w:rPr>
        <w:t>Part</w:t>
      </w:r>
      <w:proofErr w:type="gramEnd"/>
      <w:r w:rsidRPr="008B6D00">
        <w:rPr>
          <w:b/>
          <w:bCs/>
          <w:sz w:val="20"/>
          <w:szCs w:val="20"/>
        </w:rPr>
        <w:t xml:space="preserve"> change of use of existing amusement arcade to manager accommodation.  RESOLVED: NO OBJECTION</w:t>
      </w:r>
    </w:p>
    <w:p w14:paraId="289FD2A1" w14:textId="77777777" w:rsidR="00B70FFC" w:rsidRPr="008B6D00" w:rsidRDefault="00B70FFC" w:rsidP="00F7259D">
      <w:pPr>
        <w:pStyle w:val="ListParagraph"/>
        <w:ind w:left="792"/>
        <w:rPr>
          <w:b/>
          <w:bCs/>
          <w:sz w:val="20"/>
          <w:szCs w:val="20"/>
        </w:rPr>
      </w:pPr>
    </w:p>
    <w:p w14:paraId="769EDFAF" w14:textId="13BC4836" w:rsidR="00F7259D" w:rsidRPr="008B6D00" w:rsidRDefault="00B70FFC" w:rsidP="00F7259D">
      <w:pPr>
        <w:pStyle w:val="ListParagraph"/>
        <w:numPr>
          <w:ilvl w:val="1"/>
          <w:numId w:val="14"/>
        </w:numPr>
        <w:rPr>
          <w:b/>
          <w:bCs/>
          <w:sz w:val="20"/>
          <w:szCs w:val="20"/>
        </w:rPr>
      </w:pPr>
      <w:proofErr w:type="gramStart"/>
      <w:r w:rsidRPr="008B6D00">
        <w:rPr>
          <w:b/>
          <w:bCs/>
          <w:sz w:val="20"/>
          <w:szCs w:val="20"/>
        </w:rPr>
        <w:t>6.2  P</w:t>
      </w:r>
      <w:proofErr w:type="gramEnd"/>
      <w:r w:rsidRPr="008B6D00">
        <w:rPr>
          <w:b/>
          <w:bCs/>
          <w:sz w:val="20"/>
          <w:szCs w:val="20"/>
        </w:rPr>
        <w:t xml:space="preserve">/51/26/HH – 50 East Front Road Pagham PO21 4ST.  Erection of a single </w:t>
      </w:r>
      <w:proofErr w:type="spellStart"/>
      <w:r w:rsidRPr="008B6D00">
        <w:rPr>
          <w:b/>
          <w:bCs/>
          <w:sz w:val="20"/>
          <w:szCs w:val="20"/>
        </w:rPr>
        <w:t>storey</w:t>
      </w:r>
      <w:proofErr w:type="spellEnd"/>
      <w:r w:rsidRPr="008B6D00">
        <w:rPr>
          <w:b/>
          <w:bCs/>
          <w:sz w:val="20"/>
          <w:szCs w:val="20"/>
        </w:rPr>
        <w:t xml:space="preserve"> rear extension, replacement of the existing roof resulting in an increase in ridge height and erection of a new timber frame structure around the existing railway carriage. Additional chimney flume and exterior cladding.  RESOLVED</w:t>
      </w:r>
      <w:proofErr w:type="gramStart"/>
      <w:r w:rsidRPr="008B6D00">
        <w:rPr>
          <w:b/>
          <w:bCs/>
          <w:sz w:val="20"/>
          <w:szCs w:val="20"/>
        </w:rPr>
        <w:t>:  NO</w:t>
      </w:r>
      <w:proofErr w:type="gramEnd"/>
      <w:r w:rsidRPr="008B6D00">
        <w:rPr>
          <w:b/>
          <w:bCs/>
          <w:sz w:val="20"/>
          <w:szCs w:val="20"/>
        </w:rPr>
        <w:t xml:space="preserve"> OBJECTIO</w:t>
      </w:r>
      <w:r w:rsidR="00F7259D" w:rsidRPr="008B6D00">
        <w:rPr>
          <w:b/>
          <w:bCs/>
          <w:sz w:val="20"/>
          <w:szCs w:val="20"/>
        </w:rPr>
        <w:t>N</w:t>
      </w:r>
    </w:p>
    <w:p w14:paraId="3E2763A0" w14:textId="77777777" w:rsidR="00F7259D" w:rsidRPr="008B6D00" w:rsidRDefault="00F7259D" w:rsidP="00F7259D">
      <w:pPr>
        <w:rPr>
          <w:b/>
          <w:bCs/>
          <w:sz w:val="20"/>
          <w:szCs w:val="20"/>
        </w:rPr>
      </w:pPr>
    </w:p>
    <w:p w14:paraId="02250A7D" w14:textId="77777777" w:rsidR="00B70FFC" w:rsidRPr="008B6D00" w:rsidRDefault="00B70FFC" w:rsidP="00F7259D">
      <w:pPr>
        <w:pStyle w:val="ListParagraph"/>
        <w:numPr>
          <w:ilvl w:val="1"/>
          <w:numId w:val="14"/>
        </w:numPr>
        <w:rPr>
          <w:b/>
          <w:bCs/>
          <w:sz w:val="20"/>
          <w:szCs w:val="20"/>
        </w:rPr>
      </w:pPr>
      <w:proofErr w:type="gramStart"/>
      <w:r w:rsidRPr="008B6D00">
        <w:rPr>
          <w:b/>
          <w:bCs/>
          <w:sz w:val="20"/>
          <w:szCs w:val="20"/>
        </w:rPr>
        <w:t>6.3  P</w:t>
      </w:r>
      <w:proofErr w:type="gramEnd"/>
      <w:r w:rsidRPr="008B6D00">
        <w:rPr>
          <w:b/>
          <w:bCs/>
          <w:sz w:val="20"/>
          <w:szCs w:val="20"/>
        </w:rPr>
        <w:t>/57/26/PL- St Ninians United Reform Church Pagham Road Pagham PO214NJ.  Change of use from a place of worship (Use Class F1) to a funeral director (Use class E).  This application is in CIL Zone 4 (Zero Rated) as other development.  RESOLVED: NO OBJECTIONS</w:t>
      </w:r>
    </w:p>
    <w:p w14:paraId="621021F8" w14:textId="77777777" w:rsidR="00B70FFC" w:rsidRPr="008B6D00" w:rsidRDefault="00B70FFC" w:rsidP="00F7259D">
      <w:pPr>
        <w:pStyle w:val="ListParagraph"/>
        <w:ind w:left="792"/>
        <w:rPr>
          <w:b/>
          <w:bCs/>
          <w:sz w:val="20"/>
          <w:szCs w:val="20"/>
        </w:rPr>
      </w:pPr>
    </w:p>
    <w:p w14:paraId="6FFCCC2D" w14:textId="3B31BBCA" w:rsidR="00B70FFC" w:rsidRPr="008B6D00" w:rsidRDefault="00B70FFC" w:rsidP="00F7259D">
      <w:pPr>
        <w:pStyle w:val="ListParagraph"/>
        <w:numPr>
          <w:ilvl w:val="1"/>
          <w:numId w:val="14"/>
        </w:numPr>
        <w:rPr>
          <w:b/>
          <w:bCs/>
          <w:sz w:val="20"/>
          <w:szCs w:val="20"/>
        </w:rPr>
      </w:pPr>
      <w:proofErr w:type="gramStart"/>
      <w:r w:rsidRPr="008B6D00">
        <w:rPr>
          <w:b/>
          <w:bCs/>
          <w:sz w:val="20"/>
          <w:szCs w:val="20"/>
        </w:rPr>
        <w:t>6.4  P</w:t>
      </w:r>
      <w:proofErr w:type="gramEnd"/>
      <w:r w:rsidRPr="008B6D00">
        <w:rPr>
          <w:b/>
          <w:bCs/>
          <w:sz w:val="20"/>
          <w:szCs w:val="20"/>
        </w:rPr>
        <w:t xml:space="preserve">/60/26/PIP - Land at corner of Hook Lane and Pagham Road Pagham PO21 3PB.  Application for planning in principle for the erection of a minimum net gain of 1 No dwelling and a maximum net gain of 6 No </w:t>
      </w:r>
      <w:proofErr w:type="gramStart"/>
      <w:r w:rsidRPr="008B6D00">
        <w:rPr>
          <w:b/>
          <w:bCs/>
          <w:sz w:val="20"/>
          <w:szCs w:val="20"/>
        </w:rPr>
        <w:t>dwelling</w:t>
      </w:r>
      <w:r w:rsidR="00F7259D" w:rsidRPr="008B6D00">
        <w:rPr>
          <w:b/>
          <w:bCs/>
          <w:sz w:val="20"/>
          <w:szCs w:val="20"/>
        </w:rPr>
        <w:t xml:space="preserve">s  </w:t>
      </w:r>
      <w:r w:rsidRPr="008B6D00">
        <w:rPr>
          <w:b/>
          <w:bCs/>
          <w:sz w:val="20"/>
          <w:szCs w:val="20"/>
        </w:rPr>
        <w:t>RESOLVED</w:t>
      </w:r>
      <w:proofErr w:type="gramEnd"/>
      <w:r w:rsidRPr="008B6D00">
        <w:rPr>
          <w:b/>
          <w:bCs/>
          <w:sz w:val="20"/>
          <w:szCs w:val="20"/>
        </w:rPr>
        <w:t>: OBJECT</w:t>
      </w:r>
    </w:p>
    <w:p w14:paraId="5031CE90" w14:textId="39D158DD" w:rsidR="00B70FFC" w:rsidRPr="008B6D00" w:rsidRDefault="00B70FFC" w:rsidP="00554601">
      <w:pPr>
        <w:pStyle w:val="ListParagraph"/>
        <w:numPr>
          <w:ilvl w:val="0"/>
          <w:numId w:val="17"/>
        </w:numPr>
        <w:rPr>
          <w:b/>
          <w:bCs/>
          <w:sz w:val="20"/>
          <w:szCs w:val="20"/>
        </w:rPr>
      </w:pPr>
      <w:r w:rsidRPr="008B6D00">
        <w:rPr>
          <w:b/>
          <w:bCs/>
          <w:sz w:val="20"/>
          <w:szCs w:val="20"/>
        </w:rPr>
        <w:t>This would represent overdevelopment of this site.  6 homes in this location would be at a greater density than the rest of the site.</w:t>
      </w:r>
    </w:p>
    <w:p w14:paraId="21CE39AA" w14:textId="0007D53B" w:rsidR="00B70FFC" w:rsidRPr="008B6D00" w:rsidRDefault="00B70FFC" w:rsidP="00554601">
      <w:pPr>
        <w:pStyle w:val="ListParagraph"/>
        <w:numPr>
          <w:ilvl w:val="0"/>
          <w:numId w:val="17"/>
        </w:numPr>
        <w:rPr>
          <w:b/>
          <w:bCs/>
          <w:sz w:val="20"/>
          <w:szCs w:val="20"/>
        </w:rPr>
      </w:pPr>
      <w:r w:rsidRPr="008B6D00">
        <w:rPr>
          <w:b/>
          <w:bCs/>
          <w:sz w:val="20"/>
          <w:szCs w:val="20"/>
        </w:rPr>
        <w:t>Impact on street scene – Council were concerned by the plans to locate the care home at the entrance to our village as it would be overbearing.  The home was situated back from the road with landscaping to soften the impact.  Placing any properties in this space would negatively impact the street scene.</w:t>
      </w:r>
    </w:p>
    <w:p w14:paraId="7F86EFF1" w14:textId="34A45FAB" w:rsidR="00B70FFC" w:rsidRPr="008B6D00" w:rsidRDefault="00B70FFC" w:rsidP="00554601">
      <w:pPr>
        <w:pStyle w:val="ListParagraph"/>
        <w:numPr>
          <w:ilvl w:val="0"/>
          <w:numId w:val="17"/>
        </w:numPr>
        <w:rPr>
          <w:b/>
          <w:bCs/>
          <w:sz w:val="20"/>
          <w:szCs w:val="20"/>
        </w:rPr>
      </w:pPr>
      <w:r w:rsidRPr="008B6D00">
        <w:rPr>
          <w:b/>
          <w:bCs/>
          <w:sz w:val="20"/>
          <w:szCs w:val="20"/>
        </w:rPr>
        <w:t xml:space="preserve">This removes residential amenity space for the residents of the care home.  Whilst on site amenity space is provided within the care home setting, this area also represents green space which should be enjoyed by the residents of the home and the surrounding estate.  </w:t>
      </w:r>
    </w:p>
    <w:p w14:paraId="76AFF1CD" w14:textId="2859222F" w:rsidR="00B70FFC" w:rsidRPr="008B6D00" w:rsidRDefault="00B70FFC" w:rsidP="00554601">
      <w:pPr>
        <w:pStyle w:val="ListParagraph"/>
        <w:numPr>
          <w:ilvl w:val="0"/>
          <w:numId w:val="17"/>
        </w:numPr>
        <w:rPr>
          <w:b/>
          <w:bCs/>
          <w:sz w:val="20"/>
          <w:szCs w:val="20"/>
        </w:rPr>
      </w:pPr>
      <w:r w:rsidRPr="008B6D00">
        <w:rPr>
          <w:b/>
          <w:bCs/>
          <w:sz w:val="20"/>
          <w:szCs w:val="20"/>
        </w:rPr>
        <w:t xml:space="preserve">The access into the area is very narrow and would only accommodate a </w:t>
      </w:r>
      <w:proofErr w:type="gramStart"/>
      <w:r w:rsidRPr="008B6D00">
        <w:rPr>
          <w:b/>
          <w:bCs/>
          <w:sz w:val="20"/>
          <w:szCs w:val="20"/>
        </w:rPr>
        <w:t>single track</w:t>
      </w:r>
      <w:proofErr w:type="gramEnd"/>
      <w:r w:rsidRPr="008B6D00">
        <w:rPr>
          <w:b/>
          <w:bCs/>
          <w:sz w:val="20"/>
          <w:szCs w:val="20"/>
        </w:rPr>
        <w:t xml:space="preserve"> road.  This would not be suitable for 6 properties.  There are concerns over emergency service access.</w:t>
      </w:r>
    </w:p>
    <w:p w14:paraId="56DC2C0C" w14:textId="77777777" w:rsidR="00B70FFC" w:rsidRPr="008B6D00" w:rsidRDefault="00B70FFC" w:rsidP="00554601">
      <w:pPr>
        <w:pStyle w:val="ListParagraph"/>
        <w:ind w:left="360"/>
        <w:rPr>
          <w:b/>
          <w:bCs/>
          <w:sz w:val="20"/>
          <w:szCs w:val="20"/>
        </w:rPr>
      </w:pPr>
    </w:p>
    <w:p w14:paraId="5792BBD3" w14:textId="77777777" w:rsidR="00B70FFC" w:rsidRPr="008B6D00" w:rsidRDefault="00B70FFC" w:rsidP="00B70FFC">
      <w:pPr>
        <w:pStyle w:val="ListParagraph"/>
        <w:numPr>
          <w:ilvl w:val="0"/>
          <w:numId w:val="14"/>
        </w:numPr>
        <w:rPr>
          <w:b/>
          <w:bCs/>
          <w:sz w:val="20"/>
          <w:szCs w:val="20"/>
        </w:rPr>
      </w:pPr>
      <w:r w:rsidRPr="008B6D00">
        <w:rPr>
          <w:b/>
          <w:bCs/>
          <w:sz w:val="20"/>
          <w:szCs w:val="20"/>
        </w:rPr>
        <w:t>To note any decisions confirmed by Arun DC</w:t>
      </w:r>
    </w:p>
    <w:p w14:paraId="333C63F9" w14:textId="77777777" w:rsidR="00B70FFC" w:rsidRPr="008B6D00" w:rsidRDefault="00B70FFC" w:rsidP="00554601">
      <w:pPr>
        <w:pStyle w:val="ListParagraph"/>
        <w:numPr>
          <w:ilvl w:val="1"/>
          <w:numId w:val="14"/>
        </w:numPr>
        <w:rPr>
          <w:sz w:val="20"/>
          <w:szCs w:val="20"/>
        </w:rPr>
      </w:pPr>
      <w:r w:rsidRPr="008B6D00">
        <w:rPr>
          <w:sz w:val="20"/>
          <w:szCs w:val="20"/>
        </w:rPr>
        <w:t>P/44/26/HH – 1 Webb Close Pagham PO21 4XB.  Pitch roof extension to form new bedroom at 2nd floor.  WITHDRAWN</w:t>
      </w:r>
    </w:p>
    <w:p w14:paraId="2ED40486" w14:textId="77777777" w:rsidR="00B70FFC" w:rsidRPr="008B6D00" w:rsidRDefault="00B70FFC" w:rsidP="00554601">
      <w:pPr>
        <w:pStyle w:val="ListParagraph"/>
        <w:ind w:left="360"/>
        <w:rPr>
          <w:b/>
          <w:bCs/>
          <w:sz w:val="20"/>
          <w:szCs w:val="20"/>
        </w:rPr>
      </w:pPr>
    </w:p>
    <w:p w14:paraId="16BE63F2" w14:textId="77777777" w:rsidR="00B70FFC" w:rsidRPr="008B6D00" w:rsidRDefault="00B70FFC" w:rsidP="00554601">
      <w:pPr>
        <w:pStyle w:val="ListParagraph"/>
        <w:numPr>
          <w:ilvl w:val="1"/>
          <w:numId w:val="14"/>
        </w:numPr>
        <w:rPr>
          <w:sz w:val="20"/>
          <w:szCs w:val="20"/>
        </w:rPr>
      </w:pPr>
      <w:r w:rsidRPr="008B6D00">
        <w:rPr>
          <w:sz w:val="20"/>
          <w:szCs w:val="20"/>
        </w:rPr>
        <w:t>P/39/26/PL – The Royal Oak Inn Pagham Road Pagham PO201LN.  Change of use of the ground floor only from former public house (sui generis) to kitchen and bathroom showroom (use class E) with internal alterations and replacement of existing above ground signage on existing fixings only.  This application is in CIL Zone 5 (zero rated) as other development.  PERMIT</w:t>
      </w:r>
    </w:p>
    <w:p w14:paraId="210CF789" w14:textId="77777777" w:rsidR="00B70FFC" w:rsidRPr="008B6D00" w:rsidRDefault="00B70FFC" w:rsidP="00554601">
      <w:pPr>
        <w:pStyle w:val="ListParagraph"/>
        <w:ind w:left="360"/>
        <w:rPr>
          <w:b/>
          <w:bCs/>
          <w:sz w:val="20"/>
          <w:szCs w:val="20"/>
        </w:rPr>
      </w:pPr>
    </w:p>
    <w:p w14:paraId="0980F43A" w14:textId="77777777" w:rsidR="00B70FFC" w:rsidRPr="008B6D00" w:rsidRDefault="00B70FFC" w:rsidP="00554601">
      <w:pPr>
        <w:pStyle w:val="ListParagraph"/>
        <w:numPr>
          <w:ilvl w:val="1"/>
          <w:numId w:val="14"/>
        </w:numPr>
        <w:rPr>
          <w:sz w:val="20"/>
          <w:szCs w:val="20"/>
        </w:rPr>
      </w:pPr>
      <w:r w:rsidRPr="008B6D00">
        <w:rPr>
          <w:sz w:val="20"/>
          <w:szCs w:val="20"/>
        </w:rPr>
        <w:t xml:space="preserve">P/45/26/NMA – Land South of Summer Lane and West of Pagham Road Pagham.  </w:t>
      </w:r>
      <w:proofErr w:type="gramStart"/>
      <w:r w:rsidRPr="008B6D00">
        <w:rPr>
          <w:sz w:val="20"/>
          <w:szCs w:val="20"/>
        </w:rPr>
        <w:t>Non material</w:t>
      </w:r>
      <w:proofErr w:type="gramEnd"/>
      <w:r w:rsidRPr="008B6D00">
        <w:rPr>
          <w:sz w:val="20"/>
          <w:szCs w:val="20"/>
        </w:rPr>
        <w:t xml:space="preserve"> amendment following the grant of P/153/21/RES relating to the realignment of part of the road in the northern parcel to facilitate access to the consented site beyond.  REFUSED</w:t>
      </w:r>
    </w:p>
    <w:p w14:paraId="3326040D" w14:textId="77777777" w:rsidR="00B70FFC" w:rsidRPr="008B6D00" w:rsidRDefault="00B70FFC" w:rsidP="00554601">
      <w:pPr>
        <w:pStyle w:val="ListParagraph"/>
        <w:ind w:left="792"/>
        <w:rPr>
          <w:sz w:val="20"/>
          <w:szCs w:val="20"/>
        </w:rPr>
      </w:pPr>
    </w:p>
    <w:p w14:paraId="54763C4A" w14:textId="77777777" w:rsidR="00B70FFC" w:rsidRPr="008B6D00" w:rsidRDefault="00B70FFC" w:rsidP="00B70FFC">
      <w:pPr>
        <w:pStyle w:val="ListParagraph"/>
        <w:numPr>
          <w:ilvl w:val="0"/>
          <w:numId w:val="14"/>
        </w:numPr>
        <w:rPr>
          <w:b/>
          <w:bCs/>
          <w:sz w:val="20"/>
          <w:szCs w:val="20"/>
        </w:rPr>
      </w:pPr>
      <w:r w:rsidRPr="008B6D00">
        <w:rPr>
          <w:b/>
          <w:bCs/>
          <w:sz w:val="20"/>
          <w:szCs w:val="20"/>
        </w:rPr>
        <w:t>Enforcement &amp; ADC Planning Committee</w:t>
      </w:r>
    </w:p>
    <w:p w14:paraId="56F3CD5B" w14:textId="77777777" w:rsidR="00B70FFC" w:rsidRPr="008B6D00" w:rsidRDefault="00B70FFC" w:rsidP="00554601">
      <w:pPr>
        <w:pStyle w:val="ListParagraph"/>
        <w:numPr>
          <w:ilvl w:val="1"/>
          <w:numId w:val="14"/>
        </w:numPr>
        <w:rPr>
          <w:sz w:val="20"/>
          <w:szCs w:val="20"/>
        </w:rPr>
      </w:pPr>
      <w:r w:rsidRPr="008B6D00">
        <w:rPr>
          <w:sz w:val="20"/>
          <w:szCs w:val="20"/>
        </w:rPr>
        <w:t>Nothing to report</w:t>
      </w:r>
    </w:p>
    <w:p w14:paraId="6219FA2B" w14:textId="77777777" w:rsidR="00B70FFC" w:rsidRPr="008B6D00" w:rsidRDefault="00B70FFC" w:rsidP="00554601">
      <w:pPr>
        <w:pStyle w:val="ListParagraph"/>
        <w:ind w:left="360"/>
        <w:rPr>
          <w:b/>
          <w:bCs/>
          <w:sz w:val="20"/>
          <w:szCs w:val="20"/>
        </w:rPr>
      </w:pPr>
    </w:p>
    <w:p w14:paraId="199F22DC" w14:textId="77777777" w:rsidR="00B70FFC" w:rsidRPr="008B6D00" w:rsidRDefault="00B70FFC" w:rsidP="00B70FFC">
      <w:pPr>
        <w:pStyle w:val="ListParagraph"/>
        <w:numPr>
          <w:ilvl w:val="0"/>
          <w:numId w:val="14"/>
        </w:numPr>
        <w:rPr>
          <w:i/>
          <w:iCs/>
          <w:sz w:val="20"/>
          <w:szCs w:val="20"/>
        </w:rPr>
      </w:pPr>
      <w:r w:rsidRPr="008B6D00">
        <w:rPr>
          <w:b/>
          <w:bCs/>
          <w:sz w:val="20"/>
          <w:szCs w:val="20"/>
        </w:rPr>
        <w:t xml:space="preserve">Discharge of conditions applications </w:t>
      </w:r>
      <w:r w:rsidRPr="008B6D00">
        <w:rPr>
          <w:i/>
          <w:iCs/>
          <w:sz w:val="20"/>
          <w:szCs w:val="20"/>
        </w:rPr>
        <w:t>to receive details of discharge of conditions applications under consideration for strategic or larger sites which may be of interest to the Committee</w:t>
      </w:r>
    </w:p>
    <w:p w14:paraId="0909003B" w14:textId="77777777" w:rsidR="00B70FFC" w:rsidRPr="008B6D00" w:rsidRDefault="00B70FFC" w:rsidP="00183796">
      <w:pPr>
        <w:pStyle w:val="ListParagraph"/>
        <w:numPr>
          <w:ilvl w:val="1"/>
          <w:numId w:val="14"/>
        </w:numPr>
        <w:rPr>
          <w:sz w:val="20"/>
          <w:szCs w:val="20"/>
        </w:rPr>
      </w:pPr>
      <w:r w:rsidRPr="008B6D00">
        <w:rPr>
          <w:sz w:val="20"/>
          <w:szCs w:val="20"/>
        </w:rPr>
        <w:t>None.</w:t>
      </w:r>
    </w:p>
    <w:p w14:paraId="395A94A7" w14:textId="77777777" w:rsidR="00B70FFC" w:rsidRPr="008B6D00" w:rsidRDefault="00B70FFC" w:rsidP="00183796">
      <w:pPr>
        <w:pStyle w:val="ListParagraph"/>
        <w:ind w:left="360"/>
        <w:rPr>
          <w:b/>
          <w:bCs/>
          <w:sz w:val="20"/>
          <w:szCs w:val="20"/>
        </w:rPr>
      </w:pPr>
    </w:p>
    <w:p w14:paraId="63058D81" w14:textId="77777777" w:rsidR="00B70FFC" w:rsidRPr="008B6D00" w:rsidRDefault="00B70FFC" w:rsidP="00B70FFC">
      <w:pPr>
        <w:pStyle w:val="ListParagraph"/>
        <w:numPr>
          <w:ilvl w:val="0"/>
          <w:numId w:val="14"/>
        </w:numPr>
        <w:rPr>
          <w:b/>
          <w:bCs/>
          <w:sz w:val="20"/>
          <w:szCs w:val="20"/>
        </w:rPr>
      </w:pPr>
      <w:r w:rsidRPr="008B6D00">
        <w:rPr>
          <w:b/>
          <w:bCs/>
          <w:sz w:val="20"/>
          <w:szCs w:val="20"/>
        </w:rPr>
        <w:t>Date of next meeting</w:t>
      </w:r>
    </w:p>
    <w:p w14:paraId="43D5E0B0" w14:textId="77777777" w:rsidR="006113E8" w:rsidRDefault="00B70FFC" w:rsidP="00183796">
      <w:pPr>
        <w:pStyle w:val="ListParagraph"/>
        <w:numPr>
          <w:ilvl w:val="1"/>
          <w:numId w:val="14"/>
        </w:numPr>
        <w:rPr>
          <w:b/>
          <w:bCs/>
          <w:sz w:val="20"/>
          <w:szCs w:val="20"/>
        </w:rPr>
      </w:pPr>
      <w:r w:rsidRPr="008B6D00">
        <w:rPr>
          <w:sz w:val="20"/>
          <w:szCs w:val="20"/>
        </w:rPr>
        <w:t>9th June 2026</w:t>
      </w:r>
      <w:r w:rsidR="00C04199" w:rsidRPr="008B6D00">
        <w:rPr>
          <w:sz w:val="20"/>
          <w:szCs w:val="20"/>
        </w:rPr>
        <w:br/>
      </w:r>
      <w:r w:rsidR="00C04199" w:rsidRPr="008B6D00">
        <w:rPr>
          <w:b/>
          <w:bCs/>
          <w:sz w:val="20"/>
          <w:szCs w:val="20"/>
        </w:rPr>
        <w:t xml:space="preserve">Signed </w:t>
      </w:r>
      <w:r w:rsidR="00C04199" w:rsidRPr="008B6D00">
        <w:rPr>
          <w:b/>
          <w:bCs/>
          <w:sz w:val="20"/>
          <w:szCs w:val="20"/>
        </w:rPr>
        <w:br/>
      </w:r>
    </w:p>
    <w:p w14:paraId="79922EAE" w14:textId="77777777" w:rsidR="006113E8" w:rsidRDefault="006113E8" w:rsidP="006113E8">
      <w:pPr>
        <w:rPr>
          <w:b/>
          <w:bCs/>
          <w:sz w:val="20"/>
          <w:szCs w:val="20"/>
        </w:rPr>
      </w:pPr>
    </w:p>
    <w:p w14:paraId="6A6BE2A8" w14:textId="7728F6D5" w:rsidR="00270F4F" w:rsidRPr="006113E8" w:rsidRDefault="00C04199" w:rsidP="006113E8">
      <w:pPr>
        <w:rPr>
          <w:b/>
          <w:bCs/>
          <w:sz w:val="20"/>
          <w:szCs w:val="20"/>
        </w:rPr>
      </w:pPr>
      <w:r w:rsidRPr="006113E8">
        <w:rPr>
          <w:b/>
          <w:bCs/>
          <w:sz w:val="20"/>
          <w:szCs w:val="20"/>
        </w:rPr>
        <w:t>Chairman: ____________________       Date: ____________________</w:t>
      </w:r>
      <w:r w:rsidRPr="006113E8">
        <w:rPr>
          <w:b/>
          <w:bCs/>
          <w:sz w:val="20"/>
          <w:szCs w:val="20"/>
        </w:rPr>
        <w:br/>
      </w:r>
    </w:p>
    <w:sectPr w:rsidR="00270F4F" w:rsidRPr="006113E8" w:rsidSect="006113E8">
      <w:pgSz w:w="12240" w:h="15840"/>
      <w:pgMar w:top="993"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BB1D2E"/>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 w15:restartNumberingAfterBreak="0">
    <w:nsid w:val="13781517"/>
    <w:multiLevelType w:val="multilevel"/>
    <w:tmpl w:val="FF0E527E"/>
    <w:lvl w:ilvl="0">
      <w:start w:val="6"/>
      <w:numFmt w:val="bullet"/>
      <w:lvlText w:val="-"/>
      <w:lvlJc w:val="left"/>
      <w:pPr>
        <w:ind w:left="360" w:hanging="360"/>
      </w:pPr>
      <w:rPr>
        <w:rFonts w:ascii="Arial" w:eastAsiaTheme="minorEastAsia" w:hAnsi="Arial" w:cs="Aria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6C5A7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7E57DE6"/>
    <w:multiLevelType w:val="multilevel"/>
    <w:tmpl w:val="A09293BC"/>
    <w:lvl w:ilvl="0">
      <w:start w:val="1"/>
      <w:numFmt w:val="decimal"/>
      <w:lvlText w:val="%1."/>
      <w:lvlJc w:val="left"/>
      <w:pPr>
        <w:ind w:left="360" w:hanging="360"/>
      </w:pPr>
      <w:rPr>
        <w:b/>
        <w:bCs/>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EB37654"/>
    <w:multiLevelType w:val="hybridMultilevel"/>
    <w:tmpl w:val="2C4A8010"/>
    <w:lvl w:ilvl="0" w:tplc="EFD09434">
      <w:start w:val="6"/>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3A7F25"/>
    <w:multiLevelType w:val="hybridMultilevel"/>
    <w:tmpl w:val="B66E23CE"/>
    <w:lvl w:ilvl="0" w:tplc="07B4F528">
      <w:start w:val="6"/>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5" w15:restartNumberingAfterBreak="0">
    <w:nsid w:val="6957722F"/>
    <w:multiLevelType w:val="multilevel"/>
    <w:tmpl w:val="4D4A68A6"/>
    <w:lvl w:ilvl="0">
      <w:start w:val="2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EE0F43"/>
    <w:multiLevelType w:val="multilevel"/>
    <w:tmpl w:val="FD60CDF0"/>
    <w:lvl w:ilvl="0">
      <w:start w:val="29"/>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50708173">
    <w:abstractNumId w:val="8"/>
  </w:num>
  <w:num w:numId="2" w16cid:durableId="1312716161">
    <w:abstractNumId w:val="6"/>
  </w:num>
  <w:num w:numId="3" w16cid:durableId="320502540">
    <w:abstractNumId w:val="5"/>
  </w:num>
  <w:num w:numId="4" w16cid:durableId="433743926">
    <w:abstractNumId w:val="4"/>
  </w:num>
  <w:num w:numId="5" w16cid:durableId="1677226138">
    <w:abstractNumId w:val="7"/>
  </w:num>
  <w:num w:numId="6" w16cid:durableId="804734827">
    <w:abstractNumId w:val="3"/>
  </w:num>
  <w:num w:numId="7" w16cid:durableId="39130478">
    <w:abstractNumId w:val="2"/>
  </w:num>
  <w:num w:numId="8" w16cid:durableId="1309162408">
    <w:abstractNumId w:val="1"/>
  </w:num>
  <w:num w:numId="9" w16cid:durableId="1020859948">
    <w:abstractNumId w:val="0"/>
  </w:num>
  <w:num w:numId="10" w16cid:durableId="1441758602">
    <w:abstractNumId w:val="15"/>
  </w:num>
  <w:num w:numId="11" w16cid:durableId="772480451">
    <w:abstractNumId w:val="16"/>
  </w:num>
  <w:num w:numId="12" w16cid:durableId="428743944">
    <w:abstractNumId w:val="14"/>
  </w:num>
  <w:num w:numId="13" w16cid:durableId="1385326859">
    <w:abstractNumId w:val="11"/>
  </w:num>
  <w:num w:numId="14" w16cid:durableId="1674143465">
    <w:abstractNumId w:val="12"/>
  </w:num>
  <w:num w:numId="15" w16cid:durableId="1946687201">
    <w:abstractNumId w:val="13"/>
  </w:num>
  <w:num w:numId="16" w16cid:durableId="1184394266">
    <w:abstractNumId w:val="10"/>
  </w:num>
  <w:num w:numId="17" w16cid:durableId="6010343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2FC1"/>
    <w:rsid w:val="0015074B"/>
    <w:rsid w:val="00183796"/>
    <w:rsid w:val="001E7403"/>
    <w:rsid w:val="002159C2"/>
    <w:rsid w:val="00270F4F"/>
    <w:rsid w:val="0029639D"/>
    <w:rsid w:val="00326F90"/>
    <w:rsid w:val="003C798D"/>
    <w:rsid w:val="003D35FE"/>
    <w:rsid w:val="003F4B62"/>
    <w:rsid w:val="00472921"/>
    <w:rsid w:val="00554601"/>
    <w:rsid w:val="006113E8"/>
    <w:rsid w:val="00701CD6"/>
    <w:rsid w:val="0078021F"/>
    <w:rsid w:val="00897E12"/>
    <w:rsid w:val="008B6D00"/>
    <w:rsid w:val="009A6C2F"/>
    <w:rsid w:val="00AA1D8D"/>
    <w:rsid w:val="00AD0495"/>
    <w:rsid w:val="00B47730"/>
    <w:rsid w:val="00B70FFC"/>
    <w:rsid w:val="00BC088E"/>
    <w:rsid w:val="00BF3CC1"/>
    <w:rsid w:val="00C04199"/>
    <w:rsid w:val="00CB0664"/>
    <w:rsid w:val="00CE3FE7"/>
    <w:rsid w:val="00D605AD"/>
    <w:rsid w:val="00D942A3"/>
    <w:rsid w:val="00F62CAE"/>
    <w:rsid w:val="00F62D4D"/>
    <w:rsid w:val="00F7259D"/>
    <w:rsid w:val="00FB02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B9A733"/>
  <w14:defaultImageDpi w14:val="300"/>
  <w15:docId w15:val="{EEC59C40-9D98-4222-83EF-D98941B8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color w:val="222222"/>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00669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rsid w:val="00D942A3"/>
    <w:pPr>
      <w:spacing w:after="0" w:line="240" w:lineRule="auto"/>
    </w:pPr>
    <w:rPr>
      <w:rFonts w:ascii="Comic Sans MS" w:eastAsia="Times New Roman" w:hAnsi="Comic Sans MS" w:cs="Times New Roman"/>
      <w:color w:val="auto"/>
      <w:sz w:val="20"/>
      <w:szCs w:val="20"/>
      <w:lang w:val="en-GB" w:eastAsia="en-GB"/>
    </w:rPr>
  </w:style>
  <w:style w:type="character" w:customStyle="1" w:styleId="CommentTextChar">
    <w:name w:val="Comment Text Char"/>
    <w:basedOn w:val="DefaultParagraphFont"/>
    <w:link w:val="CommentText"/>
    <w:uiPriority w:val="99"/>
    <w:rsid w:val="00D942A3"/>
    <w:rPr>
      <w:rFonts w:ascii="Comic Sans MS" w:eastAsia="Times New Roman" w:hAnsi="Comic Sans MS"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 Swann</cp:lastModifiedBy>
  <cp:revision>23</cp:revision>
  <dcterms:created xsi:type="dcterms:W3CDTF">2026-09-21T12:11:00Z</dcterms:created>
  <dcterms:modified xsi:type="dcterms:W3CDTF">2026-09-21T12:29:00Z</dcterms:modified>
  <cp:category/>
</cp:coreProperties>
</file>