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A696" w14:textId="77777777" w:rsidR="00CF48CB" w:rsidRDefault="00000000" w:rsidP="00B821AB">
      <w:pPr>
        <w:pStyle w:val="Heading1"/>
        <w:jc w:val="center"/>
      </w:pPr>
      <w:r>
        <w:t>PAGHAM PARISH COUNCIL</w:t>
      </w:r>
    </w:p>
    <w:p w14:paraId="6EEC7F90" w14:textId="7E7E42D2" w:rsidR="00CF48CB" w:rsidRDefault="00000000">
      <w:pPr>
        <w:jc w:val="center"/>
      </w:pPr>
      <w:r>
        <w:rPr>
          <w:i/>
          <w:sz w:val="20"/>
        </w:rPr>
        <w:t xml:space="preserve">Tel: 01243 </w:t>
      </w:r>
      <w:proofErr w:type="gramStart"/>
      <w:r>
        <w:rPr>
          <w:i/>
          <w:sz w:val="20"/>
        </w:rPr>
        <w:t>266424  |</w:t>
      </w:r>
      <w:proofErr w:type="gramEnd"/>
      <w:r>
        <w:rPr>
          <w:i/>
          <w:sz w:val="20"/>
        </w:rPr>
        <w:t xml:space="preserve">  E-mail: clerk@paghamparishcouncil.gov.uk</w:t>
      </w:r>
      <w:r>
        <w:rPr>
          <w:i/>
          <w:sz w:val="20"/>
        </w:rPr>
        <w:br/>
      </w:r>
    </w:p>
    <w:p w14:paraId="01E6A490" w14:textId="77777777" w:rsidR="00CF48CB" w:rsidRDefault="00000000" w:rsidP="009B246D">
      <w:pPr>
        <w:pStyle w:val="Heading2"/>
        <w:jc w:val="center"/>
      </w:pPr>
      <w:r>
        <w:t>Meeting Information</w:t>
      </w:r>
    </w:p>
    <w:p w14:paraId="0843D57F" w14:textId="5EC3837B" w:rsidR="00CF48CB" w:rsidRPr="00226435" w:rsidRDefault="00000000">
      <w:pPr>
        <w:pStyle w:val="ListBullet"/>
        <w:rPr>
          <w:color w:val="EE0000"/>
        </w:rPr>
      </w:pPr>
      <w:r>
        <w:rPr>
          <w:b/>
        </w:rPr>
        <w:t xml:space="preserve">Date and Time: </w:t>
      </w:r>
      <w:r w:rsidRPr="00226435">
        <w:rPr>
          <w:color w:val="EE0000"/>
        </w:rPr>
        <w:t xml:space="preserve">Tuesday </w:t>
      </w:r>
      <w:r w:rsidR="007D3468">
        <w:rPr>
          <w:color w:val="EE0000"/>
        </w:rPr>
        <w:t>23</w:t>
      </w:r>
      <w:r w:rsidR="007D3468" w:rsidRPr="007D3468">
        <w:rPr>
          <w:color w:val="EE0000"/>
          <w:vertAlign w:val="superscript"/>
        </w:rPr>
        <w:t>rd</w:t>
      </w:r>
      <w:r w:rsidR="007D3468">
        <w:rPr>
          <w:color w:val="EE0000"/>
        </w:rPr>
        <w:t xml:space="preserve"> June</w:t>
      </w:r>
      <w:r w:rsidRPr="00226435">
        <w:rPr>
          <w:color w:val="EE0000"/>
        </w:rPr>
        <w:t xml:space="preserve"> 2026 at 7.45pm</w:t>
      </w:r>
    </w:p>
    <w:p w14:paraId="2D6230EC" w14:textId="77777777" w:rsidR="00CF48CB" w:rsidRDefault="00000000">
      <w:pPr>
        <w:pStyle w:val="ListBullet"/>
      </w:pPr>
      <w:r>
        <w:rPr>
          <w:b/>
        </w:rPr>
        <w:t xml:space="preserve">Venue: </w:t>
      </w:r>
      <w:r>
        <w:t>The Small Hall, Pagham Village Hall, Pagham, PO21 4NJ</w:t>
      </w:r>
    </w:p>
    <w:p w14:paraId="2AFB98A8" w14:textId="1E2AA606" w:rsidR="00CF48CB" w:rsidRDefault="00000000">
      <w:pPr>
        <w:pStyle w:val="ListBullet"/>
      </w:pPr>
      <w:r>
        <w:rPr>
          <w:b/>
        </w:rPr>
        <w:t xml:space="preserve">Councillors Summoned: </w:t>
      </w:r>
      <w:r>
        <w:t xml:space="preserve">Mr P Atkins, Mrs J Behr, Mr P Cooper, Mrs D Hall, </w:t>
      </w:r>
      <w:proofErr w:type="spellStart"/>
      <w:r>
        <w:t>Ms</w:t>
      </w:r>
      <w:proofErr w:type="spellEnd"/>
      <w:r>
        <w:t xml:space="preserve"> P Hilton, Mr M Howard, Mr D Huntley, Mr I Manion &amp; Mrs R Palmer</w:t>
      </w:r>
    </w:p>
    <w:p w14:paraId="5BCD681B" w14:textId="5CCC0145" w:rsidR="004902BF" w:rsidRPr="00226435" w:rsidRDefault="004902BF">
      <w:pPr>
        <w:pStyle w:val="ListBullet"/>
        <w:rPr>
          <w:color w:val="EE0000"/>
        </w:rPr>
      </w:pPr>
      <w:r>
        <w:rPr>
          <w:b/>
        </w:rPr>
        <w:t>Notice Issued</w:t>
      </w:r>
      <w:proofErr w:type="gramStart"/>
      <w:r>
        <w:rPr>
          <w:b/>
        </w:rPr>
        <w:t>:</w:t>
      </w:r>
      <w:r>
        <w:t xml:space="preserve">  </w:t>
      </w:r>
      <w:r w:rsidR="00E23574">
        <w:rPr>
          <w:color w:val="EE0000"/>
        </w:rPr>
        <w:t>17</w:t>
      </w:r>
      <w:r w:rsidR="00E23574" w:rsidRPr="00E23574">
        <w:rPr>
          <w:color w:val="EE0000"/>
          <w:vertAlign w:val="superscript"/>
        </w:rPr>
        <w:t>th</w:t>
      </w:r>
      <w:proofErr w:type="gramEnd"/>
      <w:r w:rsidR="00E23574">
        <w:rPr>
          <w:color w:val="EE0000"/>
        </w:rPr>
        <w:t xml:space="preserve"> June</w:t>
      </w:r>
      <w:r w:rsidRPr="00226435">
        <w:rPr>
          <w:color w:val="EE0000"/>
        </w:rPr>
        <w:t xml:space="preserve"> 2026</w:t>
      </w:r>
    </w:p>
    <w:p w14:paraId="031E3795" w14:textId="6009F61F" w:rsidR="004902BF" w:rsidRDefault="00000000" w:rsidP="000D2F3B">
      <w:pPr>
        <w:spacing w:before="160"/>
        <w:jc w:val="center"/>
      </w:pPr>
      <w:r>
        <w:t xml:space="preserve">Members are hereby summoned to attend a MEETING </w:t>
      </w:r>
      <w:r w:rsidR="00B821AB">
        <w:t xml:space="preserve">of the FINANCE COMMITTEE </w:t>
      </w:r>
      <w:r>
        <w:t>of PAGHAM PARISH COUNCIL to transact the business detailed below.</w:t>
      </w:r>
    </w:p>
    <w:p w14:paraId="111C21D7" w14:textId="042E667B" w:rsidR="00CF48CB" w:rsidRDefault="00000000" w:rsidP="000D2F3B">
      <w:pPr>
        <w:spacing w:before="160"/>
        <w:jc w:val="center"/>
      </w:pPr>
      <w:r>
        <w:t>Members of the Public and Press are welcome and encouraged to attend.</w:t>
      </w:r>
    </w:p>
    <w:p w14:paraId="7F4AE4CB" w14:textId="77777777" w:rsidR="00CF48CB" w:rsidRDefault="00000000" w:rsidP="00884A86">
      <w:pPr>
        <w:pStyle w:val="Heading1"/>
        <w:jc w:val="center"/>
      </w:pPr>
      <w:r>
        <w:t>Council Agenda</w:t>
      </w:r>
    </w:p>
    <w:p w14:paraId="65AF3AFC" w14:textId="77777777" w:rsidR="009B246D" w:rsidRPr="009B246D" w:rsidRDefault="009B246D" w:rsidP="009B246D"/>
    <w:p w14:paraId="2149D514" w14:textId="77777777" w:rsidR="00691013" w:rsidRDefault="00691013" w:rsidP="0069101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87" w:lineRule="atLeast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Appointment of Chairman for civic year 2026/27</w:t>
      </w:r>
    </w:p>
    <w:p w14:paraId="288027E6" w14:textId="77777777" w:rsidR="00691013" w:rsidRDefault="00691013" w:rsidP="00691013">
      <w:pPr>
        <w:spacing w:line="287" w:lineRule="atLeast"/>
        <w:ind w:left="360"/>
        <w:rPr>
          <w:rFonts w:cs="Arial"/>
          <w:b/>
          <w:color w:val="000000"/>
        </w:rPr>
      </w:pPr>
    </w:p>
    <w:p w14:paraId="57876EE8" w14:textId="77777777" w:rsidR="00691013" w:rsidRPr="002C2620" w:rsidRDefault="00691013" w:rsidP="0069101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87" w:lineRule="atLeast"/>
        <w:rPr>
          <w:rFonts w:cs="Arial"/>
          <w:b/>
          <w:color w:val="000000"/>
        </w:rPr>
      </w:pPr>
      <w:r w:rsidRPr="002C2620">
        <w:rPr>
          <w:rFonts w:cs="Arial"/>
          <w:b/>
          <w:color w:val="000000"/>
        </w:rPr>
        <w:t>Apologies from Members.</w:t>
      </w:r>
    </w:p>
    <w:p w14:paraId="01B697A5" w14:textId="77777777" w:rsidR="00691013" w:rsidRPr="002C2620" w:rsidRDefault="00691013" w:rsidP="00691013">
      <w:pPr>
        <w:spacing w:line="287" w:lineRule="atLeast"/>
        <w:ind w:left="360"/>
        <w:rPr>
          <w:rFonts w:cs="Arial"/>
          <w:color w:val="000000"/>
        </w:rPr>
      </w:pPr>
    </w:p>
    <w:p w14:paraId="54E454DB" w14:textId="77777777" w:rsidR="00691013" w:rsidRPr="002C2620" w:rsidRDefault="00691013" w:rsidP="0069101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87" w:lineRule="atLeast"/>
        <w:rPr>
          <w:rFonts w:cs="Arial"/>
          <w:b/>
          <w:color w:val="000000"/>
        </w:rPr>
      </w:pPr>
      <w:r w:rsidRPr="002C2620">
        <w:rPr>
          <w:rFonts w:cs="Arial"/>
          <w:b/>
        </w:rPr>
        <w:t>To receive declarations of interest by Councillors on any of the agenda items below.</w:t>
      </w:r>
      <w:r w:rsidRPr="002C2620">
        <w:rPr>
          <w:b/>
          <w:bCs/>
          <w:color w:val="000000"/>
        </w:rPr>
        <w:t xml:space="preserve"> </w:t>
      </w:r>
    </w:p>
    <w:p w14:paraId="56982D13" w14:textId="77777777" w:rsidR="00691013" w:rsidRPr="002C2620" w:rsidRDefault="00691013" w:rsidP="00691013">
      <w:pPr>
        <w:spacing w:line="287" w:lineRule="atLeast"/>
        <w:rPr>
          <w:rFonts w:cs="Arial"/>
          <w:b/>
          <w:color w:val="000000"/>
        </w:rPr>
      </w:pPr>
    </w:p>
    <w:p w14:paraId="270628BE" w14:textId="77777777" w:rsidR="00691013" w:rsidRPr="002C2620" w:rsidRDefault="00691013" w:rsidP="0069101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87" w:lineRule="atLeast"/>
        <w:rPr>
          <w:rFonts w:cs="Arial"/>
          <w:b/>
          <w:color w:val="000000"/>
        </w:rPr>
      </w:pPr>
      <w:r w:rsidRPr="002C2620">
        <w:rPr>
          <w:rFonts w:cs="Arial"/>
          <w:b/>
          <w:color w:val="000000"/>
        </w:rPr>
        <w:t xml:space="preserve">Public Session </w:t>
      </w:r>
      <w:r w:rsidRPr="002C2620">
        <w:rPr>
          <w:rFonts w:cs="Arial"/>
          <w:i/>
          <w:color w:val="000000"/>
        </w:rPr>
        <w:t>(this will be limited to 10 minutes)</w:t>
      </w:r>
    </w:p>
    <w:p w14:paraId="3255B7A6" w14:textId="77777777" w:rsidR="00691013" w:rsidRPr="002C2620" w:rsidRDefault="00691013" w:rsidP="00691013">
      <w:pPr>
        <w:pStyle w:val="ListParagraph"/>
        <w:rPr>
          <w:rFonts w:cs="Arial"/>
          <w:color w:val="000000"/>
        </w:rPr>
      </w:pPr>
    </w:p>
    <w:p w14:paraId="1D731EBE" w14:textId="77777777" w:rsidR="00691013" w:rsidRPr="002C2620" w:rsidRDefault="00691013" w:rsidP="0069101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87" w:lineRule="atLeast"/>
        <w:rPr>
          <w:rFonts w:cs="Arial"/>
          <w:b/>
          <w:color w:val="000000"/>
        </w:rPr>
      </w:pPr>
      <w:r w:rsidRPr="002C2620">
        <w:rPr>
          <w:rFonts w:cs="Arial"/>
          <w:b/>
          <w:color w:val="000000"/>
        </w:rPr>
        <w:t xml:space="preserve">To receive and approve the </w:t>
      </w:r>
      <w:r>
        <w:rPr>
          <w:rFonts w:cs="Arial"/>
          <w:b/>
          <w:color w:val="000000"/>
        </w:rPr>
        <w:t>minutes from</w:t>
      </w:r>
      <w:r w:rsidRPr="002C2620">
        <w:rPr>
          <w:rFonts w:cs="Arial"/>
          <w:b/>
          <w:color w:val="000000"/>
        </w:rPr>
        <w:t xml:space="preserve"> the Finance Committee meeting held </w:t>
      </w:r>
      <w:r>
        <w:rPr>
          <w:rFonts w:cs="Arial"/>
          <w:b/>
          <w:color w:val="000000"/>
        </w:rPr>
        <w:t>28</w:t>
      </w:r>
      <w:r w:rsidRPr="004D11C0">
        <w:rPr>
          <w:rFonts w:cs="Arial"/>
          <w:b/>
          <w:color w:val="000000"/>
          <w:vertAlign w:val="superscript"/>
        </w:rPr>
        <w:t>th</w:t>
      </w:r>
      <w:r>
        <w:rPr>
          <w:rFonts w:cs="Arial"/>
          <w:b/>
          <w:color w:val="000000"/>
        </w:rPr>
        <w:t xml:space="preserve"> April 2026</w:t>
      </w:r>
      <w:r w:rsidRPr="002C2620">
        <w:rPr>
          <w:rFonts w:cs="Arial"/>
          <w:b/>
          <w:color w:val="000000"/>
        </w:rPr>
        <w:t xml:space="preserve"> </w:t>
      </w:r>
      <w:r w:rsidRPr="00F652D5">
        <w:rPr>
          <w:rFonts w:cs="Arial"/>
          <w:i/>
          <w:iCs/>
          <w:color w:val="000000"/>
        </w:rPr>
        <w:t>(previously issued)</w:t>
      </w:r>
    </w:p>
    <w:p w14:paraId="646F24C8" w14:textId="77777777" w:rsidR="00691013" w:rsidRPr="002C2620" w:rsidRDefault="00691013" w:rsidP="00691013">
      <w:pPr>
        <w:spacing w:line="287" w:lineRule="atLeast"/>
        <w:rPr>
          <w:rFonts w:cs="Arial"/>
          <w:b/>
          <w:color w:val="000000"/>
        </w:rPr>
      </w:pPr>
    </w:p>
    <w:p w14:paraId="16E2EA9F" w14:textId="77777777" w:rsidR="00691013" w:rsidRPr="002C2620" w:rsidRDefault="00691013" w:rsidP="0069101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87" w:lineRule="atLeast"/>
        <w:rPr>
          <w:rFonts w:cs="Arial"/>
          <w:b/>
          <w:color w:val="000000"/>
        </w:rPr>
      </w:pPr>
      <w:r w:rsidRPr="002C2620">
        <w:rPr>
          <w:rFonts w:cs="Arial"/>
          <w:b/>
          <w:color w:val="000000"/>
        </w:rPr>
        <w:t xml:space="preserve">Matters arising from the previous Minutes </w:t>
      </w:r>
      <w:r w:rsidRPr="002C2620">
        <w:rPr>
          <w:rFonts w:cs="Arial"/>
          <w:color w:val="000000"/>
        </w:rPr>
        <w:t>(</w:t>
      </w:r>
      <w:r w:rsidRPr="002C2620">
        <w:rPr>
          <w:rFonts w:cs="Arial"/>
          <w:i/>
          <w:color w:val="000000"/>
        </w:rPr>
        <w:t>this is for information sharing purposes only</w:t>
      </w:r>
      <w:r w:rsidRPr="002C2620">
        <w:rPr>
          <w:rFonts w:cs="Arial"/>
          <w:color w:val="000000"/>
        </w:rPr>
        <w:t>)</w:t>
      </w:r>
    </w:p>
    <w:p w14:paraId="1A4F80B3" w14:textId="77777777" w:rsidR="00691013" w:rsidRPr="004D11C0" w:rsidRDefault="00691013" w:rsidP="00691013">
      <w:pPr>
        <w:rPr>
          <w:rFonts w:cs="Arial"/>
          <w:b/>
          <w:bCs/>
          <w:color w:val="000000"/>
        </w:rPr>
      </w:pPr>
    </w:p>
    <w:p w14:paraId="77090992" w14:textId="77777777" w:rsidR="00691013" w:rsidRDefault="00691013" w:rsidP="0069101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87" w:lineRule="atLeast"/>
        <w:rPr>
          <w:rFonts w:cs="Arial"/>
          <w:i/>
          <w:iCs/>
          <w:color w:val="000000"/>
        </w:rPr>
      </w:pPr>
      <w:r>
        <w:rPr>
          <w:rFonts w:cs="Arial"/>
          <w:b/>
          <w:bCs/>
          <w:color w:val="000000"/>
        </w:rPr>
        <w:t xml:space="preserve">GDPR – an update on training courses available to members </w:t>
      </w:r>
      <w:r w:rsidRPr="001A792D">
        <w:rPr>
          <w:rFonts w:cs="Arial"/>
          <w:i/>
          <w:iCs/>
          <w:color w:val="000000"/>
        </w:rPr>
        <w:t>(verbal report from the Clerk)</w:t>
      </w:r>
    </w:p>
    <w:p w14:paraId="30C12F3C" w14:textId="77777777" w:rsidR="00691013" w:rsidRDefault="00691013" w:rsidP="00691013">
      <w:pPr>
        <w:pStyle w:val="ListParagraph"/>
        <w:rPr>
          <w:rFonts w:cs="Arial"/>
          <w:i/>
          <w:iCs/>
          <w:color w:val="000000"/>
        </w:rPr>
      </w:pPr>
    </w:p>
    <w:p w14:paraId="7E3DDABF" w14:textId="77777777" w:rsidR="00691013" w:rsidRPr="004D11C0" w:rsidRDefault="00691013" w:rsidP="0069101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87" w:lineRule="atLeast"/>
        <w:rPr>
          <w:rFonts w:cs="Arial"/>
          <w:i/>
          <w:iCs/>
          <w:color w:val="000000"/>
        </w:rPr>
      </w:pPr>
      <w:r>
        <w:rPr>
          <w:rFonts w:cs="Arial"/>
          <w:b/>
          <w:bCs/>
          <w:color w:val="000000"/>
        </w:rPr>
        <w:t xml:space="preserve">Upgrading to full </w:t>
      </w:r>
      <w:proofErr w:type="spellStart"/>
      <w:r>
        <w:rPr>
          <w:rFonts w:cs="Arial"/>
          <w:b/>
          <w:bCs/>
          <w:color w:val="000000"/>
        </w:rPr>
        <w:t>fibre</w:t>
      </w:r>
      <w:proofErr w:type="spellEnd"/>
      <w:r>
        <w:rPr>
          <w:rFonts w:cs="Arial"/>
          <w:b/>
          <w:bCs/>
          <w:color w:val="000000"/>
        </w:rPr>
        <w:t xml:space="preserve"> broadband/VOIP </w:t>
      </w:r>
      <w:r w:rsidRPr="00876FFC">
        <w:rPr>
          <w:rFonts w:cs="Arial"/>
          <w:i/>
          <w:iCs/>
          <w:color w:val="000000"/>
        </w:rPr>
        <w:t>(verbal report from the Clerk)</w:t>
      </w:r>
    </w:p>
    <w:p w14:paraId="25FDDC4E" w14:textId="77777777" w:rsidR="00691013" w:rsidRDefault="00691013" w:rsidP="00691013">
      <w:pPr>
        <w:pStyle w:val="ListParagraph"/>
        <w:rPr>
          <w:rFonts w:cs="Arial"/>
          <w:b/>
          <w:bCs/>
          <w:color w:val="000000"/>
        </w:rPr>
      </w:pPr>
    </w:p>
    <w:p w14:paraId="79DE7D89" w14:textId="0CCE32E9" w:rsidR="00691013" w:rsidRPr="00EC0E93" w:rsidRDefault="00691013" w:rsidP="0069101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87" w:lineRule="atLeast"/>
        <w:rPr>
          <w:rFonts w:cs="Arial"/>
          <w:b/>
          <w:color w:val="000000"/>
        </w:rPr>
      </w:pPr>
      <w:r w:rsidRPr="00EC0E93">
        <w:rPr>
          <w:rFonts w:cs="Arial"/>
          <w:b/>
          <w:bCs/>
          <w:color w:val="000000"/>
        </w:rPr>
        <w:t xml:space="preserve">Orders for payment for </w:t>
      </w:r>
      <w:proofErr w:type="spellStart"/>
      <w:r w:rsidRPr="00EC0E93">
        <w:rPr>
          <w:rFonts w:cs="Arial"/>
          <w:b/>
          <w:bCs/>
          <w:color w:val="000000"/>
        </w:rPr>
        <w:t>authorisation</w:t>
      </w:r>
      <w:proofErr w:type="spellEnd"/>
      <w:r w:rsidRPr="00EC0E93">
        <w:rPr>
          <w:rFonts w:cs="Arial"/>
          <w:b/>
          <w:bCs/>
          <w:color w:val="000000"/>
        </w:rPr>
        <w:t xml:space="preserve"> </w:t>
      </w:r>
      <w:r w:rsidRPr="00EC0E93">
        <w:rPr>
          <w:rFonts w:cs="Arial"/>
          <w:i/>
          <w:iCs/>
          <w:color w:val="000000"/>
        </w:rPr>
        <w:t>(previously received)</w:t>
      </w:r>
      <w:r w:rsidRPr="00EC0E93">
        <w:rPr>
          <w:rFonts w:cs="Arial"/>
          <w:i/>
          <w:iCs/>
          <w:color w:val="000000"/>
        </w:rPr>
        <w:tab/>
      </w:r>
    </w:p>
    <w:p w14:paraId="22D2283F" w14:textId="77777777" w:rsidR="00EC0E93" w:rsidRPr="00EC0E93" w:rsidRDefault="00EC0E93" w:rsidP="00EC0E93">
      <w:pPr>
        <w:widowControl w:val="0"/>
        <w:overflowPunct w:val="0"/>
        <w:autoSpaceDE w:val="0"/>
        <w:autoSpaceDN w:val="0"/>
        <w:adjustRightInd w:val="0"/>
        <w:spacing w:after="0" w:line="287" w:lineRule="atLeast"/>
        <w:rPr>
          <w:rFonts w:cs="Arial"/>
          <w:b/>
          <w:color w:val="000000"/>
        </w:rPr>
      </w:pPr>
    </w:p>
    <w:p w14:paraId="6782EC53" w14:textId="77777777" w:rsidR="00691013" w:rsidRDefault="00691013" w:rsidP="0069101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87" w:lineRule="atLeast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Risk Assessment</w:t>
      </w:r>
    </w:p>
    <w:p w14:paraId="24B11A39" w14:textId="77777777" w:rsidR="00691013" w:rsidRPr="002C2620" w:rsidRDefault="00691013" w:rsidP="00691013">
      <w:pPr>
        <w:spacing w:line="287" w:lineRule="atLeast"/>
        <w:rPr>
          <w:rFonts w:cs="Arial"/>
          <w:b/>
          <w:color w:val="000000"/>
        </w:rPr>
      </w:pPr>
    </w:p>
    <w:p w14:paraId="63E6D794" w14:textId="3E2110F4" w:rsidR="000D2F3B" w:rsidRDefault="00691013" w:rsidP="00EC0E9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lang w:val="en-GB"/>
        </w:rPr>
      </w:pPr>
      <w:r w:rsidRPr="002C2620">
        <w:rPr>
          <w:rFonts w:cs="Arial"/>
          <w:b/>
        </w:rPr>
        <w:t>To note the date of the next meeting</w:t>
      </w:r>
    </w:p>
    <w:p w14:paraId="7DF48E42" w14:textId="5C73DCB4" w:rsidR="004902BF" w:rsidRPr="004902BF" w:rsidRDefault="004902BF" w:rsidP="00875638">
      <w:pPr>
        <w:spacing w:after="80" w:line="240" w:lineRule="auto"/>
        <w:ind w:left="360"/>
        <w:jc w:val="right"/>
        <w:rPr>
          <w:bCs/>
          <w:lang w:val="en-GB"/>
        </w:rPr>
      </w:pPr>
      <w:r w:rsidRPr="004902BF">
        <w:rPr>
          <w:bCs/>
          <w:lang w:val="en-GB"/>
        </w:rPr>
        <w:t xml:space="preserve">Signed: </w:t>
      </w:r>
      <w:r w:rsidRPr="000D2F3B">
        <w:rPr>
          <w:rFonts w:ascii="Brush Script MT" w:hAnsi="Brush Script MT"/>
          <w:bCs/>
          <w:sz w:val="36"/>
          <w:szCs w:val="36"/>
          <w:lang w:val="en-GB"/>
        </w:rPr>
        <w:t>Nicola Swann</w:t>
      </w:r>
      <w:r w:rsidRPr="004902BF">
        <w:rPr>
          <w:bCs/>
          <w:lang w:val="en-GB"/>
        </w:rPr>
        <w:t xml:space="preserve"> – Clerk to the Council</w:t>
      </w:r>
    </w:p>
    <w:sectPr w:rsidR="004902BF" w:rsidRPr="004902BF" w:rsidSect="00EC0E93">
      <w:pgSz w:w="12240" w:h="15840"/>
      <w:pgMar w:top="426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FC258F"/>
    <w:multiLevelType w:val="multilevel"/>
    <w:tmpl w:val="F8A0B31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2"/>
        <w:szCs w:val="22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i w:val="0"/>
        <w:sz w:val="22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BC5C1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7E04B19"/>
    <w:multiLevelType w:val="multilevel"/>
    <w:tmpl w:val="3AC4D8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  <w:i w:val="0"/>
        <w:iCs w:val="0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4E9E505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4DB0F2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05958035">
    <w:abstractNumId w:val="8"/>
  </w:num>
  <w:num w:numId="2" w16cid:durableId="1509977971">
    <w:abstractNumId w:val="6"/>
  </w:num>
  <w:num w:numId="3" w16cid:durableId="1076972816">
    <w:abstractNumId w:val="5"/>
  </w:num>
  <w:num w:numId="4" w16cid:durableId="838427989">
    <w:abstractNumId w:val="4"/>
  </w:num>
  <w:num w:numId="5" w16cid:durableId="819083197">
    <w:abstractNumId w:val="7"/>
  </w:num>
  <w:num w:numId="6" w16cid:durableId="208611903">
    <w:abstractNumId w:val="3"/>
  </w:num>
  <w:num w:numId="7" w16cid:durableId="2137916909">
    <w:abstractNumId w:val="2"/>
  </w:num>
  <w:num w:numId="8" w16cid:durableId="954752855">
    <w:abstractNumId w:val="1"/>
  </w:num>
  <w:num w:numId="9" w16cid:durableId="520436716">
    <w:abstractNumId w:val="0"/>
  </w:num>
  <w:num w:numId="10" w16cid:durableId="1463428717">
    <w:abstractNumId w:val="10"/>
  </w:num>
  <w:num w:numId="11" w16cid:durableId="1119101958">
    <w:abstractNumId w:val="11"/>
  </w:num>
  <w:num w:numId="12" w16cid:durableId="1454517469">
    <w:abstractNumId w:val="12"/>
  </w:num>
  <w:num w:numId="13" w16cid:durableId="1274098402">
    <w:abstractNumId w:val="13"/>
  </w:num>
  <w:num w:numId="14" w16cid:durableId="6281732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2F3B"/>
    <w:rsid w:val="001349D1"/>
    <w:rsid w:val="0015074B"/>
    <w:rsid w:val="002159C2"/>
    <w:rsid w:val="00226435"/>
    <w:rsid w:val="0029639D"/>
    <w:rsid w:val="00323A68"/>
    <w:rsid w:val="00326F90"/>
    <w:rsid w:val="0038772B"/>
    <w:rsid w:val="004902BF"/>
    <w:rsid w:val="00497997"/>
    <w:rsid w:val="00672C5F"/>
    <w:rsid w:val="00691013"/>
    <w:rsid w:val="007D3468"/>
    <w:rsid w:val="00875638"/>
    <w:rsid w:val="00884A86"/>
    <w:rsid w:val="009B246D"/>
    <w:rsid w:val="00AA1D8D"/>
    <w:rsid w:val="00B06FE2"/>
    <w:rsid w:val="00B47730"/>
    <w:rsid w:val="00B821AB"/>
    <w:rsid w:val="00CB0664"/>
    <w:rsid w:val="00CF48CB"/>
    <w:rsid w:val="00DE1D13"/>
    <w:rsid w:val="00E23574"/>
    <w:rsid w:val="00EC0E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FFBAC1"/>
  <w14:defaultImageDpi w14:val="300"/>
  <w15:docId w15:val="{EEC59C40-9D98-4222-83EF-D98941B8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Nicola Swann</cp:lastModifiedBy>
  <cp:revision>3</cp:revision>
  <dcterms:created xsi:type="dcterms:W3CDTF">2026-10-07T13:26:00Z</dcterms:created>
  <dcterms:modified xsi:type="dcterms:W3CDTF">2026-10-07T13:27:00Z</dcterms:modified>
  <cp:category/>
</cp:coreProperties>
</file>