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794FF315"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9732D3">
        <w:rPr>
          <w:rStyle w:val="Heading1Char"/>
        </w:rPr>
        <w:t>a Meeting of the</w:t>
      </w:r>
      <w:r w:rsidRPr="002A680A">
        <w:rPr>
          <w:rStyle w:val="Heading1Char"/>
        </w:rPr>
        <w:t xml:space="preserve"> </w:t>
      </w:r>
      <w:r w:rsidR="000A39D6">
        <w:rPr>
          <w:rStyle w:val="Heading1Char"/>
        </w:rPr>
        <w:t>Finance</w:t>
      </w:r>
      <w:r w:rsidR="00D92B1D">
        <w:rPr>
          <w:rStyle w:val="Heading1Char"/>
        </w:rPr>
        <w:t xml:space="preserve"> Committee</w:t>
      </w:r>
    </w:p>
    <w:p w14:paraId="699417A1" w14:textId="77777777" w:rsidR="00270F4F" w:rsidRDefault="00C04199">
      <w:pPr>
        <w:pStyle w:val="Heading2"/>
      </w:pPr>
      <w:r>
        <w:t>Meeting Details</w:t>
      </w:r>
    </w:p>
    <w:p w14:paraId="5647915E" w14:textId="4144CB06" w:rsidR="001654B7" w:rsidRDefault="00C04199">
      <w:pPr>
        <w:rPr>
          <w:rFonts w:cs="Arial"/>
        </w:rPr>
      </w:pPr>
      <w:r>
        <w:rPr>
          <w:b/>
        </w:rPr>
        <w:t xml:space="preserve">• Date and Time: </w:t>
      </w:r>
      <w:r>
        <w:t xml:space="preserve">Tuesday </w:t>
      </w:r>
      <w:r w:rsidR="000A39D6">
        <w:t>23</w:t>
      </w:r>
      <w:r w:rsidR="000A39D6" w:rsidRPr="000A39D6">
        <w:rPr>
          <w:vertAlign w:val="superscript"/>
        </w:rPr>
        <w:t>rd</w:t>
      </w:r>
      <w:r w:rsidR="000A39D6">
        <w:t xml:space="preserve"> June</w:t>
      </w:r>
      <w:r>
        <w:t xml:space="preserve"> 2026 at 7.45pm</w:t>
      </w:r>
      <w:r>
        <w:br/>
      </w:r>
      <w:r>
        <w:rPr>
          <w:b/>
        </w:rPr>
        <w:t xml:space="preserve">• Venue: </w:t>
      </w:r>
      <w:r>
        <w:t>The Small Hall, Pagham Village Hall, Pagham Road, Pagham, PO21 4NJ</w:t>
      </w:r>
      <w:r>
        <w:br/>
      </w:r>
      <w:r>
        <w:rPr>
          <w:b/>
        </w:rPr>
        <w:t xml:space="preserve">• Present: </w:t>
      </w:r>
      <w:r w:rsidR="009B7CB2" w:rsidRPr="009B7CB2">
        <w:rPr>
          <w:bCs/>
        </w:rPr>
        <w:t xml:space="preserve">Mr P Atkins, Mrs J Behr, Mrs D Hall, Ms P Hilton, Mr M Howard, Mr D Huntley &amp; Mrs R </w:t>
      </w:r>
      <w:r w:rsidR="009B7CB2" w:rsidRPr="009B7CB2">
        <w:rPr>
          <w:bCs/>
        </w:rPr>
        <w:t>Palmer</w:t>
      </w:r>
    </w:p>
    <w:p w14:paraId="715B6609" w14:textId="333706F3" w:rsidR="00270F4F" w:rsidRDefault="00C04199">
      <w:r>
        <w:rPr>
          <w:b/>
        </w:rPr>
        <w:t xml:space="preserve">• In Attendance: </w:t>
      </w:r>
      <w:r>
        <w:t>Mrs N</w:t>
      </w:r>
      <w:r w:rsidR="00B4249C">
        <w:t xml:space="preserve"> </w:t>
      </w:r>
      <w:r>
        <w:t>Swann (Clerk &amp; RFO)</w:t>
      </w:r>
    </w:p>
    <w:p w14:paraId="1304712C" w14:textId="77777777" w:rsidR="002A680A" w:rsidRDefault="002A680A"/>
    <w:p w14:paraId="35F23878" w14:textId="77777777" w:rsidR="00AE071D" w:rsidRPr="00AE071D" w:rsidRDefault="00AE071D" w:rsidP="00AE071D">
      <w:pPr>
        <w:pStyle w:val="ListParagraph"/>
        <w:widowControl w:val="0"/>
        <w:numPr>
          <w:ilvl w:val="0"/>
          <w:numId w:val="11"/>
        </w:numPr>
        <w:overflowPunct w:val="0"/>
        <w:autoSpaceDE w:val="0"/>
        <w:autoSpaceDN w:val="0"/>
        <w:adjustRightInd w:val="0"/>
        <w:spacing w:line="287" w:lineRule="atLeast"/>
        <w:rPr>
          <w:rFonts w:cs="Arial"/>
          <w:b/>
          <w:color w:val="000000"/>
        </w:rPr>
      </w:pPr>
      <w:r w:rsidRPr="00AE071D">
        <w:rPr>
          <w:rFonts w:cs="Arial"/>
          <w:b/>
          <w:color w:val="000000"/>
        </w:rPr>
        <w:t>Appointment of a Chair for the civic year 2026/27</w:t>
      </w:r>
    </w:p>
    <w:p w14:paraId="68D49C78" w14:textId="077E5C87" w:rsidR="00C24141" w:rsidRPr="009B7CB2" w:rsidRDefault="00AE071D" w:rsidP="00C24141">
      <w:pPr>
        <w:pStyle w:val="ListParagraph"/>
        <w:widowControl w:val="0"/>
        <w:numPr>
          <w:ilvl w:val="1"/>
          <w:numId w:val="11"/>
        </w:numPr>
        <w:overflowPunct w:val="0"/>
        <w:autoSpaceDE w:val="0"/>
        <w:autoSpaceDN w:val="0"/>
        <w:adjustRightInd w:val="0"/>
        <w:spacing w:line="287" w:lineRule="atLeast"/>
        <w:ind w:left="360"/>
        <w:rPr>
          <w:rFonts w:cs="Arial"/>
          <w:b/>
          <w:color w:val="000000"/>
        </w:rPr>
      </w:pPr>
      <w:r w:rsidRPr="009B7CB2">
        <w:rPr>
          <w:rFonts w:cs="Arial"/>
          <w:bCs/>
          <w:color w:val="000000"/>
        </w:rPr>
        <w:t>It was RESOLVED to appoint Cllr Ms Ruth Palmer as Chair for the civic year</w:t>
      </w:r>
    </w:p>
    <w:p w14:paraId="562AF9A9" w14:textId="77777777" w:rsidR="009B7CB2" w:rsidRPr="009B7CB2" w:rsidRDefault="009B7CB2" w:rsidP="009B7CB2">
      <w:pPr>
        <w:pStyle w:val="ListParagraph"/>
        <w:widowControl w:val="0"/>
        <w:overflowPunct w:val="0"/>
        <w:autoSpaceDE w:val="0"/>
        <w:autoSpaceDN w:val="0"/>
        <w:adjustRightInd w:val="0"/>
        <w:spacing w:line="287" w:lineRule="atLeast"/>
        <w:ind w:left="360"/>
        <w:rPr>
          <w:rFonts w:cs="Arial"/>
          <w:b/>
          <w:color w:val="000000"/>
        </w:rPr>
      </w:pPr>
    </w:p>
    <w:p w14:paraId="4E2BF579" w14:textId="77777777" w:rsidR="00E90DAA" w:rsidRPr="00E90DAA" w:rsidRDefault="00C04199" w:rsidP="00E90DAA">
      <w:pPr>
        <w:pStyle w:val="ListParagraph"/>
        <w:numPr>
          <w:ilvl w:val="0"/>
          <w:numId w:val="11"/>
        </w:numPr>
      </w:pPr>
      <w:r w:rsidRPr="00781BAA">
        <w:rPr>
          <w:b/>
        </w:rPr>
        <w:t>Apologies from Members:</w:t>
      </w:r>
      <w:r w:rsidR="00B4249C" w:rsidRPr="00781BAA">
        <w:rPr>
          <w:b/>
        </w:rPr>
        <w:t xml:space="preserve"> </w:t>
      </w:r>
    </w:p>
    <w:p w14:paraId="4D241AB5" w14:textId="2FF4674E" w:rsidR="00CA547A" w:rsidRDefault="00E90DAA" w:rsidP="00E90DAA">
      <w:pPr>
        <w:pStyle w:val="ListParagraph"/>
        <w:numPr>
          <w:ilvl w:val="1"/>
          <w:numId w:val="11"/>
        </w:numPr>
      </w:pPr>
      <w:r w:rsidRPr="00E90DAA">
        <w:t>Cllrs Mrs Hall and Mr Manion gave their apologies</w:t>
      </w:r>
    </w:p>
    <w:p w14:paraId="3106EDC5" w14:textId="77777777" w:rsidR="00E90DAA" w:rsidRDefault="00E90DAA" w:rsidP="00E90DAA">
      <w:pPr>
        <w:pStyle w:val="ListParagraph"/>
        <w:ind w:left="1191"/>
      </w:pPr>
    </w:p>
    <w:p w14:paraId="4B7F8990" w14:textId="77777777" w:rsidR="00C24E13" w:rsidRPr="00C24E13" w:rsidRDefault="00C04199" w:rsidP="00C24E13">
      <w:pPr>
        <w:pStyle w:val="ListParagraph"/>
        <w:numPr>
          <w:ilvl w:val="0"/>
          <w:numId w:val="11"/>
        </w:numPr>
      </w:pPr>
      <w:r w:rsidRPr="003C798D">
        <w:rPr>
          <w:b/>
        </w:rPr>
        <w:t xml:space="preserve">Declarations of Interest and Dispensation Requests: </w:t>
      </w:r>
    </w:p>
    <w:p w14:paraId="1D2F56A5" w14:textId="186B3C3D" w:rsidR="00C24E13" w:rsidRDefault="00A41ADF" w:rsidP="00C24E13">
      <w:pPr>
        <w:pStyle w:val="ListParagraph"/>
        <w:numPr>
          <w:ilvl w:val="1"/>
          <w:numId w:val="11"/>
        </w:numPr>
      </w:pPr>
      <w:r>
        <w:t>None</w:t>
      </w:r>
    </w:p>
    <w:p w14:paraId="52CC47F0" w14:textId="77777777" w:rsidR="003C798D" w:rsidRDefault="003C798D" w:rsidP="003C798D">
      <w:pPr>
        <w:pStyle w:val="ListParagraph"/>
      </w:pPr>
    </w:p>
    <w:p w14:paraId="52CF536D" w14:textId="77777777" w:rsidR="003C798D" w:rsidRDefault="003C798D" w:rsidP="003C798D">
      <w:pPr>
        <w:pStyle w:val="ListParagraph"/>
        <w:numPr>
          <w:ilvl w:val="0"/>
          <w:numId w:val="11"/>
        </w:numPr>
      </w:pPr>
      <w:r w:rsidRPr="003C798D">
        <w:rPr>
          <w:b/>
        </w:rPr>
        <w:t>P</w:t>
      </w:r>
      <w:r w:rsidR="00C04199" w:rsidRPr="003C798D">
        <w:rPr>
          <w:b/>
        </w:rPr>
        <w:t xml:space="preserve">ublic Session: </w:t>
      </w:r>
      <w:r w:rsidR="00C04199" w:rsidRPr="00ED6141">
        <w:rPr>
          <w:color w:val="auto"/>
        </w:rPr>
        <w:t>No</w:t>
      </w:r>
      <w:r w:rsidR="00C04199">
        <w:t xml:space="preserve"> members of the public were present.</w:t>
      </w:r>
    </w:p>
    <w:p w14:paraId="3B2BAA46" w14:textId="77777777" w:rsidR="00BB7951" w:rsidRPr="00BB7951" w:rsidRDefault="00BB7951" w:rsidP="00BB7951">
      <w:pPr>
        <w:pStyle w:val="ListParagraph"/>
        <w:ind w:left="1191"/>
      </w:pPr>
    </w:p>
    <w:p w14:paraId="24AA3F2C" w14:textId="3C4C0184" w:rsidR="0064760B" w:rsidRPr="0064760B" w:rsidRDefault="0064760B" w:rsidP="0064760B">
      <w:pPr>
        <w:pStyle w:val="ListParagraph"/>
        <w:numPr>
          <w:ilvl w:val="0"/>
          <w:numId w:val="11"/>
        </w:numPr>
        <w:rPr>
          <w:b/>
        </w:rPr>
      </w:pPr>
      <w:r w:rsidRPr="0064760B">
        <w:rPr>
          <w:b/>
        </w:rPr>
        <w:t xml:space="preserve">To receive and approve the minutes of the Council meetings held </w:t>
      </w:r>
      <w:r w:rsidR="00FD52B5">
        <w:rPr>
          <w:b/>
        </w:rPr>
        <w:t>28</w:t>
      </w:r>
      <w:r w:rsidR="00FD52B5" w:rsidRPr="00FD52B5">
        <w:rPr>
          <w:b/>
          <w:vertAlign w:val="superscript"/>
        </w:rPr>
        <w:t>th</w:t>
      </w:r>
      <w:r w:rsidR="00FD52B5">
        <w:rPr>
          <w:b/>
        </w:rPr>
        <w:t xml:space="preserve"> April</w:t>
      </w:r>
      <w:r w:rsidRPr="0064760B">
        <w:rPr>
          <w:b/>
        </w:rPr>
        <w:t xml:space="preserve"> 2026 (previously issued)</w:t>
      </w:r>
    </w:p>
    <w:p w14:paraId="32464397" w14:textId="77777777" w:rsidR="0064760B" w:rsidRPr="0064760B" w:rsidRDefault="0064760B" w:rsidP="0064760B">
      <w:pPr>
        <w:pStyle w:val="ListParagraph"/>
        <w:numPr>
          <w:ilvl w:val="1"/>
          <w:numId w:val="11"/>
        </w:numPr>
        <w:rPr>
          <w:bCs/>
        </w:rPr>
      </w:pPr>
      <w:r w:rsidRPr="0064760B">
        <w:rPr>
          <w:bCs/>
        </w:rPr>
        <w:t>It was RESOLVED to approve the minutes.  The Chairman was asked to sign the minutes accordingly</w:t>
      </w:r>
    </w:p>
    <w:p w14:paraId="4C9BD212" w14:textId="77777777" w:rsidR="0064760B" w:rsidRPr="0064760B" w:rsidRDefault="0064760B" w:rsidP="00436EB9">
      <w:pPr>
        <w:pStyle w:val="ListParagraph"/>
        <w:ind w:left="360"/>
        <w:rPr>
          <w:bCs/>
        </w:rPr>
      </w:pPr>
    </w:p>
    <w:p w14:paraId="10D6CAB1" w14:textId="77777777" w:rsidR="0064760B" w:rsidRPr="00436EB9" w:rsidRDefault="0064760B" w:rsidP="0064760B">
      <w:pPr>
        <w:pStyle w:val="ListParagraph"/>
        <w:numPr>
          <w:ilvl w:val="0"/>
          <w:numId w:val="11"/>
        </w:numPr>
        <w:rPr>
          <w:b/>
        </w:rPr>
      </w:pPr>
      <w:r w:rsidRPr="00436EB9">
        <w:rPr>
          <w:b/>
        </w:rPr>
        <w:t>Matters arising from the Minutes</w:t>
      </w:r>
    </w:p>
    <w:p w14:paraId="1B2AAD16" w14:textId="77777777" w:rsidR="0064760B" w:rsidRPr="0064760B" w:rsidRDefault="0064760B" w:rsidP="00436EB9">
      <w:pPr>
        <w:pStyle w:val="ListParagraph"/>
        <w:numPr>
          <w:ilvl w:val="1"/>
          <w:numId w:val="11"/>
        </w:numPr>
        <w:rPr>
          <w:bCs/>
        </w:rPr>
      </w:pPr>
      <w:r w:rsidRPr="0064760B">
        <w:rPr>
          <w:bCs/>
        </w:rPr>
        <w:t>None.</w:t>
      </w:r>
    </w:p>
    <w:p w14:paraId="4F3EF517" w14:textId="77777777" w:rsidR="0064760B" w:rsidRPr="0064760B" w:rsidRDefault="0064760B" w:rsidP="00436EB9">
      <w:pPr>
        <w:pStyle w:val="ListParagraph"/>
        <w:ind w:left="360"/>
        <w:rPr>
          <w:bCs/>
        </w:rPr>
      </w:pPr>
    </w:p>
    <w:p w14:paraId="34A3D005" w14:textId="77777777" w:rsidR="00FD52B5" w:rsidRPr="00FD52B5" w:rsidRDefault="00FD52B5" w:rsidP="00FD52B5">
      <w:pPr>
        <w:pStyle w:val="ListParagraph"/>
        <w:numPr>
          <w:ilvl w:val="0"/>
          <w:numId w:val="11"/>
        </w:numPr>
        <w:rPr>
          <w:b/>
        </w:rPr>
      </w:pPr>
      <w:r w:rsidRPr="00FD52B5">
        <w:rPr>
          <w:b/>
        </w:rPr>
        <w:t>GDPR – an update on training courses available to members (verbal report from the Clerk)</w:t>
      </w:r>
    </w:p>
    <w:p w14:paraId="29CBD7DE" w14:textId="5AEEF2E7" w:rsidR="00C53AD8" w:rsidRDefault="00FD52B5" w:rsidP="00C53AD8">
      <w:pPr>
        <w:pStyle w:val="ListParagraph"/>
        <w:numPr>
          <w:ilvl w:val="1"/>
          <w:numId w:val="11"/>
        </w:numPr>
        <w:rPr>
          <w:bCs/>
        </w:rPr>
      </w:pPr>
      <w:r w:rsidRPr="00FD52B5">
        <w:rPr>
          <w:bCs/>
        </w:rPr>
        <w:t>The Council had agreed to enter into a contract with Breakthrough Communications to provide services in relation to data protection.  The Clerk had received a virtual demonstration of the system and two forms of training were open to Members, either via a live online session or through pre-recorded videos.  The next online session for members was 13th July at 6pm.  Members were asked to consider which method they would like to use for the training, and were reminded that to be sure of compliance with Assertion 10 of AGAR, training should be able to be evidenced.  It was recommended that members refresh their training every 2 years (or more frequently if there were significant changes), and completion of this training would allow the Council to be confident that compliance had been met.</w:t>
      </w:r>
    </w:p>
    <w:p w14:paraId="62FC2549" w14:textId="77777777" w:rsidR="00C53AD8" w:rsidRPr="00C53AD8" w:rsidRDefault="00C53AD8" w:rsidP="00C53AD8">
      <w:pPr>
        <w:ind w:left="360"/>
        <w:rPr>
          <w:bCs/>
        </w:rPr>
      </w:pPr>
    </w:p>
    <w:p w14:paraId="483C53A9" w14:textId="293D3616" w:rsidR="00C53AD8" w:rsidRPr="00C53AD8" w:rsidRDefault="00C53AD8" w:rsidP="00C53AD8">
      <w:pPr>
        <w:pStyle w:val="ListParagraph"/>
        <w:numPr>
          <w:ilvl w:val="0"/>
          <w:numId w:val="11"/>
        </w:numPr>
        <w:rPr>
          <w:b/>
        </w:rPr>
      </w:pPr>
      <w:r w:rsidRPr="00C53AD8">
        <w:rPr>
          <w:b/>
        </w:rPr>
        <w:t>Upgrading to full fibre broadband/VOIP (verbal report from Clerk)</w:t>
      </w:r>
    </w:p>
    <w:p w14:paraId="0FB991B6" w14:textId="4D625D86" w:rsidR="00DF3B89" w:rsidRDefault="00C53AD8" w:rsidP="00C53AD8">
      <w:pPr>
        <w:pStyle w:val="ListParagraph"/>
        <w:numPr>
          <w:ilvl w:val="1"/>
          <w:numId w:val="11"/>
        </w:numPr>
        <w:rPr>
          <w:bCs/>
        </w:rPr>
      </w:pPr>
      <w:r w:rsidRPr="00C53AD8">
        <w:rPr>
          <w:bCs/>
        </w:rPr>
        <w:t>The Clerk advised members that she was speaking with the Council’s IT services supplier about options for moving to Full Fibre.  The Council’s current contract was on very favourable terms and was fixed to December 2026.  The IT provider believed there was access to full fibre broadband through BT, but the website showed contradictory information.  There was also a need to change the telephony used in the office as it was currently an analogue line.  Whilst most were able to simply plug a suitable phone into a new router, the Council was using a third party router which may not accommodate VOIP.  The IT provider had agreed to look into the issue and come back with some recommendations.  The need for full fibre broadband was in part due to wifi demands at the hall for multiple users at one time, but would also improve the wifi connection for the Office, and deal with the need to upgrade from an analogue line.</w:t>
      </w:r>
    </w:p>
    <w:p w14:paraId="243097CA" w14:textId="63400B75" w:rsidR="006B4385" w:rsidRPr="007059D2" w:rsidRDefault="006B4385" w:rsidP="007059D2">
      <w:pPr>
        <w:rPr>
          <w:bCs/>
        </w:rPr>
      </w:pPr>
    </w:p>
    <w:p w14:paraId="3DA0562A" w14:textId="77777777" w:rsidR="00807AE2" w:rsidRPr="00807AE2" w:rsidRDefault="00807AE2" w:rsidP="00807AE2">
      <w:pPr>
        <w:pStyle w:val="ListParagraph"/>
        <w:numPr>
          <w:ilvl w:val="0"/>
          <w:numId w:val="11"/>
        </w:numPr>
        <w:rPr>
          <w:b/>
        </w:rPr>
      </w:pPr>
      <w:r w:rsidRPr="00807AE2">
        <w:rPr>
          <w:b/>
        </w:rPr>
        <w:t>Orders for Payment for authorisation</w:t>
      </w:r>
    </w:p>
    <w:p w14:paraId="16B3B233" w14:textId="3EC1EAA9" w:rsidR="00807AE2" w:rsidRDefault="00DB1492" w:rsidP="00807AE2">
      <w:pPr>
        <w:pStyle w:val="ListParagraph"/>
        <w:numPr>
          <w:ilvl w:val="1"/>
          <w:numId w:val="11"/>
        </w:numPr>
        <w:rPr>
          <w:bCs/>
        </w:rPr>
      </w:pPr>
      <w:r w:rsidRPr="00DB1492">
        <w:rPr>
          <w:bCs/>
        </w:rPr>
        <w:t>It was RESOLVED to approve payments to the value of £55.20 (VAT £2.63) and the Council’s authorised signatories were requested to complete the online authorisation process for payments.</w:t>
      </w:r>
      <w:r w:rsidR="00807AE2" w:rsidRPr="00807AE2">
        <w:rPr>
          <w:bCs/>
        </w:rPr>
        <w:t>.</w:t>
      </w:r>
    </w:p>
    <w:p w14:paraId="44043AE3" w14:textId="77777777" w:rsidR="00807AE2" w:rsidRPr="00807AE2" w:rsidRDefault="00807AE2" w:rsidP="00807AE2">
      <w:pPr>
        <w:pStyle w:val="ListParagraph"/>
        <w:ind w:left="1191"/>
        <w:rPr>
          <w:bCs/>
        </w:rPr>
      </w:pPr>
    </w:p>
    <w:p w14:paraId="7A388BFA" w14:textId="77777777" w:rsidR="00D9346F" w:rsidRPr="00D9346F" w:rsidRDefault="00D9346F" w:rsidP="00D9346F">
      <w:pPr>
        <w:pStyle w:val="ListParagraph"/>
        <w:numPr>
          <w:ilvl w:val="0"/>
          <w:numId w:val="11"/>
        </w:numPr>
        <w:rPr>
          <w:b/>
        </w:rPr>
      </w:pPr>
      <w:r w:rsidRPr="00D9346F">
        <w:rPr>
          <w:b/>
        </w:rPr>
        <w:t>Risk assessment</w:t>
      </w:r>
    </w:p>
    <w:p w14:paraId="344438A3" w14:textId="77777777" w:rsidR="00EE5BAB" w:rsidRPr="00EE5BAB" w:rsidRDefault="00EE5BAB" w:rsidP="00EE5BAB">
      <w:pPr>
        <w:pStyle w:val="ListParagraph"/>
        <w:numPr>
          <w:ilvl w:val="1"/>
          <w:numId w:val="11"/>
        </w:numPr>
        <w:rPr>
          <w:bCs/>
        </w:rPr>
      </w:pPr>
      <w:r w:rsidRPr="0005697A">
        <w:rPr>
          <w:rFonts w:cs="Arial"/>
          <w:color w:val="000000"/>
          <w:kern w:val="28"/>
        </w:rPr>
        <w:t xml:space="preserve">The </w:t>
      </w:r>
      <w:r>
        <w:rPr>
          <w:rFonts w:cs="Arial"/>
          <w:color w:val="000000"/>
          <w:kern w:val="28"/>
        </w:rPr>
        <w:t>C</w:t>
      </w:r>
      <w:r w:rsidRPr="0005697A">
        <w:rPr>
          <w:rFonts w:cs="Arial"/>
          <w:color w:val="000000"/>
          <w:kern w:val="28"/>
        </w:rPr>
        <w:t>ommittee has considered risk in control of the general finance, financial regulations and Governance by receiving the accounts, reconciliations and payments along with the standing orders.</w:t>
      </w:r>
    </w:p>
    <w:p w14:paraId="3005C282" w14:textId="77777777" w:rsidR="00EE5BAB" w:rsidRPr="00EE5BAB" w:rsidRDefault="00EE5BAB" w:rsidP="00EE5BAB">
      <w:pPr>
        <w:pStyle w:val="ListParagraph"/>
        <w:ind w:left="1191"/>
        <w:rPr>
          <w:bCs/>
        </w:rPr>
      </w:pPr>
    </w:p>
    <w:p w14:paraId="1E8C5A60" w14:textId="503C4C34" w:rsidR="0064760B" w:rsidRPr="0064760B" w:rsidRDefault="0064760B" w:rsidP="0064760B">
      <w:pPr>
        <w:pStyle w:val="ListParagraph"/>
        <w:numPr>
          <w:ilvl w:val="0"/>
          <w:numId w:val="11"/>
        </w:numPr>
        <w:rPr>
          <w:bCs/>
        </w:rPr>
      </w:pPr>
      <w:r w:rsidRPr="0064760B">
        <w:rPr>
          <w:bCs/>
        </w:rPr>
        <w:t>Date of Next Meeting</w:t>
      </w:r>
    </w:p>
    <w:p w14:paraId="0973D88A" w14:textId="568704C8" w:rsidR="0064760B" w:rsidRPr="0064760B" w:rsidRDefault="00EE5BAB" w:rsidP="00EC540F">
      <w:pPr>
        <w:pStyle w:val="ListParagraph"/>
        <w:numPr>
          <w:ilvl w:val="1"/>
          <w:numId w:val="11"/>
        </w:numPr>
        <w:rPr>
          <w:bCs/>
        </w:rPr>
      </w:pPr>
      <w:r>
        <w:rPr>
          <w:bCs/>
        </w:rPr>
        <w:t>27</w:t>
      </w:r>
      <w:r w:rsidRPr="00EE5BAB">
        <w:rPr>
          <w:bCs/>
          <w:vertAlign w:val="superscript"/>
        </w:rPr>
        <w:t>th</w:t>
      </w:r>
      <w:r>
        <w:rPr>
          <w:bCs/>
        </w:rPr>
        <w:t xml:space="preserve"> October</w:t>
      </w:r>
      <w:r w:rsidR="00C74EA8">
        <w:rPr>
          <w:bCs/>
        </w:rPr>
        <w:t xml:space="preserve"> 2026</w:t>
      </w:r>
    </w:p>
    <w:p w14:paraId="3C46DA6F" w14:textId="77777777" w:rsidR="0064760B" w:rsidRPr="0064760B" w:rsidRDefault="0064760B" w:rsidP="00EC540F">
      <w:pPr>
        <w:pStyle w:val="ListParagraph"/>
        <w:ind w:left="360"/>
        <w:rPr>
          <w:bCs/>
        </w:rPr>
      </w:pPr>
    </w:p>
    <w:p w14:paraId="51000A11" w14:textId="2D3F7148" w:rsidR="0064760B" w:rsidRDefault="0064760B" w:rsidP="00EC540F">
      <w:pPr>
        <w:pStyle w:val="ListParagraph"/>
        <w:ind w:left="1191"/>
      </w:pPr>
      <w:r w:rsidRPr="0064760B">
        <w:rPr>
          <w:bCs/>
        </w:rPr>
        <w:t xml:space="preserve">The meeting closed at </w:t>
      </w:r>
      <w:r w:rsidR="00EE5BAB">
        <w:rPr>
          <w:bCs/>
        </w:rPr>
        <w:t>9.00</w:t>
      </w:r>
    </w:p>
    <w:p w14:paraId="02401CE4" w14:textId="3C57C6B8" w:rsidR="00270F4F" w:rsidRDefault="00270F4F"/>
    <w:p w14:paraId="6A6BE2A8" w14:textId="62791AA0" w:rsidR="00270F4F" w:rsidRDefault="00C04199">
      <w:r>
        <w:br/>
        <w:t xml:space="preserve">Signed </w:t>
      </w:r>
      <w:r>
        <w:br/>
      </w:r>
      <w:r>
        <w:br/>
        <w:t>Chairman: ____________________       Date: ____________________</w:t>
      </w:r>
      <w:r>
        <w:br/>
      </w:r>
    </w:p>
    <w:sectPr w:rsidR="00270F4F" w:rsidSect="001E7403">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7A02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1227EC"/>
    <w:multiLevelType w:val="hybridMultilevel"/>
    <w:tmpl w:val="8956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5B6FFD"/>
    <w:multiLevelType w:val="multilevel"/>
    <w:tmpl w:val="EBFE1FE4"/>
    <w:lvl w:ilvl="0">
      <w:start w:val="9"/>
      <w:numFmt w:val="decimal"/>
      <w:lvlText w:val="%1"/>
      <w:lvlJc w:val="left"/>
      <w:pPr>
        <w:ind w:left="360" w:hanging="360"/>
      </w:pPr>
      <w:rPr>
        <w:rFonts w:hint="default"/>
        <w:b/>
        <w:bCs w:val="0"/>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5EE0F43"/>
    <w:multiLevelType w:val="multilevel"/>
    <w:tmpl w:val="A81494C6"/>
    <w:lvl w:ilvl="0">
      <w:start w:val="1"/>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11"/>
  </w:num>
  <w:num w:numId="11" w16cid:durableId="772480451">
    <w:abstractNumId w:val="14"/>
  </w:num>
  <w:num w:numId="12" w16cid:durableId="1858348113">
    <w:abstractNumId w:val="14"/>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4"/>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2"/>
  </w:num>
  <w:num w:numId="15" w16cid:durableId="1300066175">
    <w:abstractNumId w:val="10"/>
  </w:num>
  <w:num w:numId="16" w16cid:durableId="1883862231">
    <w:abstractNumId w:val="9"/>
  </w:num>
  <w:num w:numId="17" w16cid:durableId="2636133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6063C"/>
    <w:rsid w:val="000659E7"/>
    <w:rsid w:val="000824EB"/>
    <w:rsid w:val="00094B0A"/>
    <w:rsid w:val="000A39D6"/>
    <w:rsid w:val="000E1409"/>
    <w:rsid w:val="000E5613"/>
    <w:rsid w:val="000E70E0"/>
    <w:rsid w:val="000F68A5"/>
    <w:rsid w:val="00122A26"/>
    <w:rsid w:val="00130D6A"/>
    <w:rsid w:val="001349D1"/>
    <w:rsid w:val="0015074B"/>
    <w:rsid w:val="00153D7C"/>
    <w:rsid w:val="001654B7"/>
    <w:rsid w:val="0018590E"/>
    <w:rsid w:val="001B0424"/>
    <w:rsid w:val="001C16D1"/>
    <w:rsid w:val="001E7403"/>
    <w:rsid w:val="001F5C54"/>
    <w:rsid w:val="002159C2"/>
    <w:rsid w:val="00227957"/>
    <w:rsid w:val="00244F60"/>
    <w:rsid w:val="00245A45"/>
    <w:rsid w:val="0024690B"/>
    <w:rsid w:val="00270F4F"/>
    <w:rsid w:val="00273F02"/>
    <w:rsid w:val="00276414"/>
    <w:rsid w:val="00292FDB"/>
    <w:rsid w:val="0029639D"/>
    <w:rsid w:val="002A680A"/>
    <w:rsid w:val="002D0129"/>
    <w:rsid w:val="002F5B99"/>
    <w:rsid w:val="00326F90"/>
    <w:rsid w:val="00330CBB"/>
    <w:rsid w:val="003516F5"/>
    <w:rsid w:val="00357797"/>
    <w:rsid w:val="00375526"/>
    <w:rsid w:val="00375CB8"/>
    <w:rsid w:val="003817EE"/>
    <w:rsid w:val="003C798D"/>
    <w:rsid w:val="003D31C4"/>
    <w:rsid w:val="003F35C5"/>
    <w:rsid w:val="004353F7"/>
    <w:rsid w:val="00436EB9"/>
    <w:rsid w:val="00472921"/>
    <w:rsid w:val="004D05D6"/>
    <w:rsid w:val="005156A2"/>
    <w:rsid w:val="00544D28"/>
    <w:rsid w:val="005507DC"/>
    <w:rsid w:val="00584697"/>
    <w:rsid w:val="005B18E1"/>
    <w:rsid w:val="005F20F9"/>
    <w:rsid w:val="00607AD6"/>
    <w:rsid w:val="00633196"/>
    <w:rsid w:val="0064760B"/>
    <w:rsid w:val="006A7BBE"/>
    <w:rsid w:val="006B4385"/>
    <w:rsid w:val="006B62B2"/>
    <w:rsid w:val="006E0463"/>
    <w:rsid w:val="006E0F37"/>
    <w:rsid w:val="006F2C1A"/>
    <w:rsid w:val="007059D2"/>
    <w:rsid w:val="00706EDD"/>
    <w:rsid w:val="00761382"/>
    <w:rsid w:val="00781BAA"/>
    <w:rsid w:val="007851B7"/>
    <w:rsid w:val="007A3E5F"/>
    <w:rsid w:val="007B3869"/>
    <w:rsid w:val="00807AE2"/>
    <w:rsid w:val="00823A18"/>
    <w:rsid w:val="00834044"/>
    <w:rsid w:val="00861D3B"/>
    <w:rsid w:val="008848AE"/>
    <w:rsid w:val="008B7315"/>
    <w:rsid w:val="008D7A5C"/>
    <w:rsid w:val="008E1FBA"/>
    <w:rsid w:val="009234C6"/>
    <w:rsid w:val="009352B9"/>
    <w:rsid w:val="00953617"/>
    <w:rsid w:val="00961989"/>
    <w:rsid w:val="009700CB"/>
    <w:rsid w:val="009732D3"/>
    <w:rsid w:val="00981A45"/>
    <w:rsid w:val="009B7CB2"/>
    <w:rsid w:val="009F669A"/>
    <w:rsid w:val="00A22FAD"/>
    <w:rsid w:val="00A41ADF"/>
    <w:rsid w:val="00AA1D8D"/>
    <w:rsid w:val="00AB03DE"/>
    <w:rsid w:val="00AE071D"/>
    <w:rsid w:val="00AE4F19"/>
    <w:rsid w:val="00AE79BB"/>
    <w:rsid w:val="00B067D9"/>
    <w:rsid w:val="00B20494"/>
    <w:rsid w:val="00B27E04"/>
    <w:rsid w:val="00B4249C"/>
    <w:rsid w:val="00B47730"/>
    <w:rsid w:val="00B6210A"/>
    <w:rsid w:val="00B92EEF"/>
    <w:rsid w:val="00BA3D99"/>
    <w:rsid w:val="00BB0A86"/>
    <w:rsid w:val="00BB463B"/>
    <w:rsid w:val="00BB7951"/>
    <w:rsid w:val="00BC0E08"/>
    <w:rsid w:val="00BD3379"/>
    <w:rsid w:val="00BF1CB7"/>
    <w:rsid w:val="00BF42B0"/>
    <w:rsid w:val="00C00594"/>
    <w:rsid w:val="00C03A83"/>
    <w:rsid w:val="00C04199"/>
    <w:rsid w:val="00C05668"/>
    <w:rsid w:val="00C05BE7"/>
    <w:rsid w:val="00C211F3"/>
    <w:rsid w:val="00C24141"/>
    <w:rsid w:val="00C24E13"/>
    <w:rsid w:val="00C42754"/>
    <w:rsid w:val="00C45AE2"/>
    <w:rsid w:val="00C53AD8"/>
    <w:rsid w:val="00C67AE5"/>
    <w:rsid w:val="00C711CF"/>
    <w:rsid w:val="00C74EA8"/>
    <w:rsid w:val="00CA547A"/>
    <w:rsid w:val="00CB0664"/>
    <w:rsid w:val="00CC0A64"/>
    <w:rsid w:val="00CC7948"/>
    <w:rsid w:val="00CF3320"/>
    <w:rsid w:val="00D020F2"/>
    <w:rsid w:val="00D3659B"/>
    <w:rsid w:val="00D86212"/>
    <w:rsid w:val="00D92B1D"/>
    <w:rsid w:val="00D9346F"/>
    <w:rsid w:val="00DB1492"/>
    <w:rsid w:val="00DB179F"/>
    <w:rsid w:val="00DB4CE2"/>
    <w:rsid w:val="00DC4283"/>
    <w:rsid w:val="00DE7A90"/>
    <w:rsid w:val="00DF3B89"/>
    <w:rsid w:val="00E3349B"/>
    <w:rsid w:val="00E4490B"/>
    <w:rsid w:val="00E66CE6"/>
    <w:rsid w:val="00E81FCC"/>
    <w:rsid w:val="00E8397C"/>
    <w:rsid w:val="00E85201"/>
    <w:rsid w:val="00E90DAA"/>
    <w:rsid w:val="00EA1CD8"/>
    <w:rsid w:val="00EA35A7"/>
    <w:rsid w:val="00EB1EAC"/>
    <w:rsid w:val="00EC540F"/>
    <w:rsid w:val="00ED6141"/>
    <w:rsid w:val="00ED7D3E"/>
    <w:rsid w:val="00EE5BAB"/>
    <w:rsid w:val="00F317AF"/>
    <w:rsid w:val="00F56375"/>
    <w:rsid w:val="00F8771B"/>
    <w:rsid w:val="00FA7B91"/>
    <w:rsid w:val="00FB5434"/>
    <w:rsid w:val="00FC693F"/>
    <w:rsid w:val="00FD2248"/>
    <w:rsid w:val="00FD52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13</cp:revision>
  <dcterms:created xsi:type="dcterms:W3CDTF">2026-10-07T13:28:00Z</dcterms:created>
  <dcterms:modified xsi:type="dcterms:W3CDTF">2026-10-07T13:36:00Z</dcterms:modified>
  <cp:category/>
</cp:coreProperties>
</file>