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72F76B48" w:rsidR="00270F4F" w:rsidRDefault="00C04199">
      <w:pPr>
        <w:jc w:val="center"/>
      </w:pPr>
      <w:r>
        <w:rPr>
          <w:b/>
        </w:rPr>
        <w:t>Tel: 01243-266424 | E-mail: clerk@paghamparishcouncil.gov.uk</w:t>
      </w:r>
      <w:r>
        <w:rPr>
          <w:b/>
        </w:rPr>
        <w:br/>
      </w:r>
    </w:p>
    <w:p w14:paraId="699417A1" w14:textId="77777777" w:rsidR="00270F4F" w:rsidRDefault="00C04199">
      <w:pPr>
        <w:pStyle w:val="Heading2"/>
      </w:pPr>
      <w:r>
        <w:t>Meeting Details</w:t>
      </w:r>
    </w:p>
    <w:p w14:paraId="715B6609" w14:textId="1A200F2C" w:rsidR="00270F4F" w:rsidRPr="008B6D00" w:rsidRDefault="00C04199">
      <w:pPr>
        <w:rPr>
          <w:sz w:val="20"/>
          <w:szCs w:val="20"/>
        </w:rPr>
      </w:pPr>
      <w:r>
        <w:rPr>
          <w:b/>
        </w:rPr>
        <w:t xml:space="preserve">• </w:t>
      </w:r>
      <w:r w:rsidRPr="008B6D00">
        <w:rPr>
          <w:b/>
          <w:sz w:val="20"/>
          <w:szCs w:val="20"/>
        </w:rPr>
        <w:t xml:space="preserve">Date and Time: </w:t>
      </w:r>
      <w:r w:rsidRPr="008B6D00">
        <w:rPr>
          <w:sz w:val="20"/>
          <w:szCs w:val="20"/>
        </w:rPr>
        <w:t xml:space="preserve">Tuesday </w:t>
      </w:r>
      <w:r w:rsidR="000B3E1B">
        <w:rPr>
          <w:sz w:val="20"/>
          <w:szCs w:val="20"/>
        </w:rPr>
        <w:t>23</w:t>
      </w:r>
      <w:r w:rsidR="000B3E1B" w:rsidRPr="000B3E1B">
        <w:rPr>
          <w:sz w:val="20"/>
          <w:szCs w:val="20"/>
          <w:vertAlign w:val="superscript"/>
        </w:rPr>
        <w:t>rd</w:t>
      </w:r>
      <w:r w:rsidR="000B3E1B">
        <w:rPr>
          <w:sz w:val="20"/>
          <w:szCs w:val="20"/>
        </w:rPr>
        <w:t xml:space="preserve"> June</w:t>
      </w:r>
      <w:r w:rsidRPr="008B6D00">
        <w:rPr>
          <w:sz w:val="20"/>
          <w:szCs w:val="20"/>
        </w:rPr>
        <w:t xml:space="preserve"> 2026 at 7.</w:t>
      </w:r>
      <w:r w:rsidR="00897E12" w:rsidRPr="008B6D00">
        <w:rPr>
          <w:sz w:val="20"/>
          <w:szCs w:val="20"/>
        </w:rPr>
        <w:t>1</w:t>
      </w:r>
      <w:r w:rsidRPr="008B6D00">
        <w:rPr>
          <w:sz w:val="20"/>
          <w:szCs w:val="20"/>
        </w:rPr>
        <w:t>5pm</w:t>
      </w:r>
      <w:r w:rsidRPr="008B6D00">
        <w:rPr>
          <w:sz w:val="20"/>
          <w:szCs w:val="20"/>
        </w:rPr>
        <w:br/>
      </w:r>
      <w:r w:rsidRPr="008B6D00">
        <w:rPr>
          <w:b/>
          <w:sz w:val="20"/>
          <w:szCs w:val="20"/>
        </w:rPr>
        <w:t xml:space="preserve">• Venue: </w:t>
      </w:r>
      <w:r w:rsidRPr="008B6D00">
        <w:rPr>
          <w:sz w:val="20"/>
          <w:szCs w:val="20"/>
        </w:rPr>
        <w:t>The Small Hall, Pagham Village Hall, Pagham Road, Pagham, PO21 4NJ</w:t>
      </w:r>
      <w:r w:rsidRPr="008B6D00">
        <w:rPr>
          <w:sz w:val="20"/>
          <w:szCs w:val="20"/>
        </w:rPr>
        <w:br/>
      </w:r>
      <w:r w:rsidRPr="008B6D00">
        <w:rPr>
          <w:b/>
          <w:sz w:val="20"/>
          <w:szCs w:val="20"/>
        </w:rPr>
        <w:t xml:space="preserve">• Present: </w:t>
      </w:r>
      <w:r w:rsidRPr="008B6D00">
        <w:rPr>
          <w:sz w:val="20"/>
          <w:szCs w:val="20"/>
        </w:rPr>
        <w:t xml:space="preserve">Councillors Mr P Atkins, Mrs J Behr, </w:t>
      </w:r>
      <w:r w:rsidR="00D23D8A">
        <w:rPr>
          <w:sz w:val="20"/>
          <w:szCs w:val="20"/>
        </w:rPr>
        <w:t xml:space="preserve">Mr P Cooper, </w:t>
      </w:r>
      <w:r w:rsidR="00897E12" w:rsidRPr="008B6D00">
        <w:rPr>
          <w:sz w:val="20"/>
          <w:szCs w:val="20"/>
        </w:rPr>
        <w:t xml:space="preserve">Mrs P Hilton, </w:t>
      </w:r>
      <w:r w:rsidRPr="008B6D00">
        <w:rPr>
          <w:sz w:val="20"/>
          <w:szCs w:val="20"/>
        </w:rPr>
        <w:t>Mr M Howard, Mr D Huntley</w:t>
      </w:r>
      <w:r w:rsidR="00D23D8A">
        <w:rPr>
          <w:sz w:val="20"/>
          <w:szCs w:val="20"/>
        </w:rPr>
        <w:t xml:space="preserve"> </w:t>
      </w:r>
      <w:r w:rsidRPr="008B6D00">
        <w:rPr>
          <w:sz w:val="20"/>
          <w:szCs w:val="20"/>
        </w:rPr>
        <w:t xml:space="preserve">&amp; </w:t>
      </w:r>
      <w:proofErr w:type="spellStart"/>
      <w:r w:rsidRPr="008B6D00">
        <w:rPr>
          <w:sz w:val="20"/>
          <w:szCs w:val="20"/>
        </w:rPr>
        <w:t>Ms</w:t>
      </w:r>
      <w:proofErr w:type="spellEnd"/>
      <w:r w:rsidRPr="008B6D00">
        <w:rPr>
          <w:sz w:val="20"/>
          <w:szCs w:val="20"/>
        </w:rPr>
        <w:t xml:space="preserve"> R Palmer</w:t>
      </w:r>
      <w:r w:rsidRPr="008B6D00">
        <w:rPr>
          <w:sz w:val="20"/>
          <w:szCs w:val="20"/>
        </w:rPr>
        <w:br/>
      </w:r>
      <w:r w:rsidRPr="008B6D00">
        <w:rPr>
          <w:b/>
          <w:sz w:val="20"/>
          <w:szCs w:val="20"/>
        </w:rPr>
        <w:t xml:space="preserve">• In Attendance: </w:t>
      </w:r>
      <w:r w:rsidRPr="008B6D00">
        <w:rPr>
          <w:sz w:val="20"/>
          <w:szCs w:val="20"/>
        </w:rPr>
        <w:t>Mrs Nicola Swann (Clerk &amp; RFO)</w:t>
      </w:r>
    </w:p>
    <w:p w14:paraId="5A664C59" w14:textId="18DBAB62" w:rsidR="00270F4F" w:rsidRPr="00AC71DA" w:rsidRDefault="00701CD6">
      <w:pPr>
        <w:pStyle w:val="Heading2"/>
        <w:rPr>
          <w:szCs w:val="28"/>
        </w:rPr>
      </w:pPr>
      <w:r w:rsidRPr="00AC71DA">
        <w:rPr>
          <w:szCs w:val="28"/>
        </w:rPr>
        <w:t>Minutes of the Planning Meeting</w:t>
      </w:r>
    </w:p>
    <w:p w14:paraId="10BEBE2C" w14:textId="77777777" w:rsidR="00B70FFC" w:rsidRPr="008B6D00" w:rsidRDefault="00B70FFC" w:rsidP="003D35FE">
      <w:pPr>
        <w:pStyle w:val="ListParagraph"/>
        <w:spacing w:after="120"/>
        <w:rPr>
          <w:sz w:val="20"/>
          <w:szCs w:val="20"/>
        </w:rPr>
      </w:pPr>
    </w:p>
    <w:p w14:paraId="2F6D1A5D" w14:textId="77777777" w:rsidR="00137D6A" w:rsidRPr="00137D6A" w:rsidRDefault="00137D6A" w:rsidP="00137D6A">
      <w:pPr>
        <w:pStyle w:val="ListParagraph"/>
        <w:numPr>
          <w:ilvl w:val="0"/>
          <w:numId w:val="14"/>
        </w:numPr>
        <w:rPr>
          <w:b/>
          <w:bCs/>
          <w:sz w:val="20"/>
          <w:szCs w:val="20"/>
        </w:rPr>
      </w:pPr>
      <w:r w:rsidRPr="00137D6A">
        <w:rPr>
          <w:b/>
          <w:bCs/>
          <w:sz w:val="20"/>
          <w:szCs w:val="20"/>
        </w:rPr>
        <w:t>Apologies from Members</w:t>
      </w:r>
    </w:p>
    <w:p w14:paraId="07992EF8" w14:textId="77777777" w:rsidR="00137D6A" w:rsidRPr="00137D6A" w:rsidRDefault="00137D6A" w:rsidP="00137D6A">
      <w:pPr>
        <w:pStyle w:val="ListParagraph"/>
        <w:numPr>
          <w:ilvl w:val="1"/>
          <w:numId w:val="14"/>
        </w:numPr>
        <w:rPr>
          <w:sz w:val="20"/>
          <w:szCs w:val="20"/>
        </w:rPr>
      </w:pPr>
      <w:r w:rsidRPr="00137D6A">
        <w:rPr>
          <w:sz w:val="20"/>
          <w:szCs w:val="20"/>
        </w:rPr>
        <w:t>Cllr Mrs D Hall, Mr J Car &amp; Mr I Manion.  In Mrs Hall’s absence Cllr Mr Atkins acted as Chairman.</w:t>
      </w:r>
    </w:p>
    <w:p w14:paraId="1AAB87A9" w14:textId="77777777" w:rsidR="00137D6A" w:rsidRPr="00137D6A" w:rsidRDefault="00137D6A" w:rsidP="00137D6A">
      <w:pPr>
        <w:pStyle w:val="ListParagraph"/>
        <w:ind w:left="360"/>
        <w:rPr>
          <w:b/>
          <w:bCs/>
          <w:sz w:val="20"/>
          <w:szCs w:val="20"/>
        </w:rPr>
      </w:pPr>
    </w:p>
    <w:p w14:paraId="6D7F7F1A" w14:textId="77777777" w:rsidR="00AD719B" w:rsidRDefault="00137D6A" w:rsidP="00AD719B">
      <w:pPr>
        <w:pStyle w:val="ListParagraph"/>
        <w:numPr>
          <w:ilvl w:val="0"/>
          <w:numId w:val="14"/>
        </w:numPr>
        <w:rPr>
          <w:b/>
          <w:bCs/>
          <w:sz w:val="20"/>
          <w:szCs w:val="20"/>
        </w:rPr>
      </w:pPr>
      <w:r w:rsidRPr="00137D6A">
        <w:rPr>
          <w:b/>
          <w:bCs/>
          <w:sz w:val="20"/>
          <w:szCs w:val="20"/>
        </w:rPr>
        <w:t xml:space="preserve">To receive declarations of interest by Councillors on any of the agenda items below. </w:t>
      </w:r>
    </w:p>
    <w:p w14:paraId="68B06FE4" w14:textId="1B1637C1" w:rsidR="00137D6A" w:rsidRPr="00366167" w:rsidRDefault="00137D6A" w:rsidP="00366167">
      <w:pPr>
        <w:pStyle w:val="ListParagraph"/>
        <w:numPr>
          <w:ilvl w:val="1"/>
          <w:numId w:val="14"/>
        </w:numPr>
        <w:spacing w:line="240" w:lineRule="auto"/>
        <w:rPr>
          <w:b/>
          <w:bCs/>
          <w:sz w:val="20"/>
          <w:szCs w:val="20"/>
        </w:rPr>
      </w:pPr>
      <w:r w:rsidRPr="00366167">
        <w:rPr>
          <w:sz w:val="20"/>
          <w:szCs w:val="20"/>
        </w:rPr>
        <w:t xml:space="preserve">Cllr Mr Huntley, in his capacity as Arun District Councillor, gave the following declaration “I will be considering the matter before me, having regard only to such information as placed before the Parish Council. If I come to consider the matter again at the District Council further information will be available and I will consider all the information available at that </w:t>
      </w:r>
      <w:proofErr w:type="gramStart"/>
      <w:r w:rsidRPr="00366167">
        <w:rPr>
          <w:sz w:val="20"/>
          <w:szCs w:val="20"/>
        </w:rPr>
        <w:t>time</w:t>
      </w:r>
      <w:proofErr w:type="gramEnd"/>
      <w:r w:rsidRPr="00366167">
        <w:rPr>
          <w:sz w:val="20"/>
          <w:szCs w:val="20"/>
        </w:rPr>
        <w:t xml:space="preserve"> and I may come to a different decision”.</w:t>
      </w:r>
    </w:p>
    <w:p w14:paraId="3C21C339" w14:textId="77777777" w:rsidR="00137D6A" w:rsidRPr="008C6648" w:rsidRDefault="00137D6A" w:rsidP="008C6648">
      <w:pPr>
        <w:pStyle w:val="ListParagraph"/>
        <w:ind w:left="360"/>
        <w:rPr>
          <w:b/>
          <w:bCs/>
          <w:sz w:val="20"/>
          <w:szCs w:val="20"/>
        </w:rPr>
      </w:pPr>
    </w:p>
    <w:p w14:paraId="764B3D0B" w14:textId="77777777" w:rsidR="00137D6A" w:rsidRPr="008C6648" w:rsidRDefault="00137D6A" w:rsidP="00137D6A">
      <w:pPr>
        <w:pStyle w:val="ListParagraph"/>
        <w:numPr>
          <w:ilvl w:val="0"/>
          <w:numId w:val="14"/>
        </w:numPr>
        <w:rPr>
          <w:sz w:val="20"/>
          <w:szCs w:val="20"/>
        </w:rPr>
      </w:pPr>
      <w:r w:rsidRPr="00137D6A">
        <w:rPr>
          <w:b/>
          <w:bCs/>
          <w:sz w:val="20"/>
          <w:szCs w:val="20"/>
        </w:rPr>
        <w:t xml:space="preserve">Public Session </w:t>
      </w:r>
      <w:r w:rsidRPr="008C6648">
        <w:rPr>
          <w:sz w:val="20"/>
          <w:szCs w:val="20"/>
        </w:rPr>
        <w:t xml:space="preserve">Questions and comments from Members of the Public Present </w:t>
      </w:r>
    </w:p>
    <w:p w14:paraId="3F71B8F2" w14:textId="77777777" w:rsidR="00137D6A" w:rsidRPr="008C6648" w:rsidRDefault="00137D6A" w:rsidP="008C6648">
      <w:pPr>
        <w:pStyle w:val="ListParagraph"/>
        <w:numPr>
          <w:ilvl w:val="1"/>
          <w:numId w:val="14"/>
        </w:numPr>
        <w:rPr>
          <w:sz w:val="20"/>
          <w:szCs w:val="20"/>
        </w:rPr>
      </w:pPr>
      <w:r w:rsidRPr="008C6648">
        <w:rPr>
          <w:sz w:val="20"/>
          <w:szCs w:val="20"/>
        </w:rPr>
        <w:t>No members of the public were present.</w:t>
      </w:r>
    </w:p>
    <w:p w14:paraId="08D0EFC3" w14:textId="77777777" w:rsidR="00137D6A" w:rsidRPr="00137D6A" w:rsidRDefault="00137D6A" w:rsidP="008C6648">
      <w:pPr>
        <w:pStyle w:val="ListParagraph"/>
        <w:ind w:left="360"/>
        <w:rPr>
          <w:b/>
          <w:bCs/>
          <w:sz w:val="20"/>
          <w:szCs w:val="20"/>
        </w:rPr>
      </w:pPr>
    </w:p>
    <w:p w14:paraId="528AC921" w14:textId="77777777" w:rsidR="00137D6A" w:rsidRPr="008C6648" w:rsidRDefault="00137D6A" w:rsidP="00137D6A">
      <w:pPr>
        <w:pStyle w:val="ListParagraph"/>
        <w:numPr>
          <w:ilvl w:val="0"/>
          <w:numId w:val="14"/>
        </w:numPr>
        <w:rPr>
          <w:sz w:val="20"/>
          <w:szCs w:val="20"/>
        </w:rPr>
      </w:pPr>
      <w:r w:rsidRPr="00137D6A">
        <w:rPr>
          <w:b/>
          <w:bCs/>
          <w:sz w:val="20"/>
          <w:szCs w:val="20"/>
        </w:rPr>
        <w:t xml:space="preserve">To receive and approve the minutes of the Planning Committee meeting held on 9th June 2026 </w:t>
      </w:r>
      <w:r w:rsidRPr="008C6648">
        <w:rPr>
          <w:i/>
          <w:iCs/>
          <w:sz w:val="20"/>
          <w:szCs w:val="20"/>
        </w:rPr>
        <w:t>(previously issued)</w:t>
      </w:r>
    </w:p>
    <w:p w14:paraId="3152E728" w14:textId="77777777" w:rsidR="00137D6A" w:rsidRPr="00137D6A" w:rsidRDefault="00137D6A" w:rsidP="008C6648">
      <w:pPr>
        <w:pStyle w:val="ListParagraph"/>
        <w:numPr>
          <w:ilvl w:val="1"/>
          <w:numId w:val="14"/>
        </w:numPr>
        <w:rPr>
          <w:b/>
          <w:bCs/>
          <w:sz w:val="20"/>
          <w:szCs w:val="20"/>
        </w:rPr>
      </w:pPr>
      <w:r w:rsidRPr="008C6648">
        <w:rPr>
          <w:sz w:val="20"/>
          <w:szCs w:val="20"/>
        </w:rPr>
        <w:t xml:space="preserve">It was RESOLVED to APPROVE the Minutes, and the Chairman was </w:t>
      </w:r>
      <w:proofErr w:type="spellStart"/>
      <w:r w:rsidRPr="008C6648">
        <w:rPr>
          <w:sz w:val="20"/>
          <w:szCs w:val="20"/>
        </w:rPr>
        <w:t>authorised</w:t>
      </w:r>
      <w:proofErr w:type="spellEnd"/>
      <w:r w:rsidRPr="008C6648">
        <w:rPr>
          <w:sz w:val="20"/>
          <w:szCs w:val="20"/>
        </w:rPr>
        <w:t xml:space="preserve"> to sign them as an accurate record of that meeting</w:t>
      </w:r>
      <w:r w:rsidRPr="00137D6A">
        <w:rPr>
          <w:b/>
          <w:bCs/>
          <w:sz w:val="20"/>
          <w:szCs w:val="20"/>
        </w:rPr>
        <w:t xml:space="preserve">.  </w:t>
      </w:r>
    </w:p>
    <w:p w14:paraId="547AC026" w14:textId="77777777" w:rsidR="00137D6A" w:rsidRPr="00137D6A" w:rsidRDefault="00137D6A" w:rsidP="008C6648">
      <w:pPr>
        <w:pStyle w:val="ListParagraph"/>
        <w:ind w:left="360"/>
        <w:rPr>
          <w:b/>
          <w:bCs/>
          <w:sz w:val="20"/>
          <w:szCs w:val="20"/>
        </w:rPr>
      </w:pPr>
    </w:p>
    <w:p w14:paraId="042A4AC0" w14:textId="77777777" w:rsidR="00137D6A" w:rsidRPr="00137D6A" w:rsidRDefault="00137D6A" w:rsidP="00137D6A">
      <w:pPr>
        <w:pStyle w:val="ListParagraph"/>
        <w:numPr>
          <w:ilvl w:val="0"/>
          <w:numId w:val="14"/>
        </w:numPr>
        <w:rPr>
          <w:b/>
          <w:bCs/>
          <w:sz w:val="20"/>
          <w:szCs w:val="20"/>
        </w:rPr>
      </w:pPr>
      <w:r w:rsidRPr="00137D6A">
        <w:rPr>
          <w:b/>
          <w:bCs/>
          <w:sz w:val="20"/>
          <w:szCs w:val="20"/>
        </w:rPr>
        <w:t>Matters arising from the Minutes</w:t>
      </w:r>
    </w:p>
    <w:p w14:paraId="65824C2A" w14:textId="77777777" w:rsidR="00137D6A" w:rsidRPr="008C6648" w:rsidRDefault="00137D6A" w:rsidP="008C6648">
      <w:pPr>
        <w:pStyle w:val="ListParagraph"/>
        <w:numPr>
          <w:ilvl w:val="1"/>
          <w:numId w:val="14"/>
        </w:numPr>
        <w:rPr>
          <w:sz w:val="20"/>
          <w:szCs w:val="20"/>
        </w:rPr>
      </w:pPr>
      <w:r w:rsidRPr="008C6648">
        <w:rPr>
          <w:sz w:val="20"/>
          <w:szCs w:val="20"/>
        </w:rPr>
        <w:t>None</w:t>
      </w:r>
    </w:p>
    <w:p w14:paraId="52B0CBBC" w14:textId="77777777" w:rsidR="00137D6A" w:rsidRPr="00137D6A" w:rsidRDefault="00137D6A" w:rsidP="008C6648">
      <w:pPr>
        <w:pStyle w:val="ListParagraph"/>
        <w:ind w:left="360"/>
        <w:rPr>
          <w:b/>
          <w:bCs/>
          <w:sz w:val="20"/>
          <w:szCs w:val="20"/>
        </w:rPr>
      </w:pPr>
    </w:p>
    <w:p w14:paraId="6384DB63" w14:textId="77777777" w:rsidR="00137D6A" w:rsidRPr="00137D6A" w:rsidRDefault="00137D6A" w:rsidP="00137D6A">
      <w:pPr>
        <w:pStyle w:val="ListParagraph"/>
        <w:numPr>
          <w:ilvl w:val="0"/>
          <w:numId w:val="14"/>
        </w:numPr>
        <w:rPr>
          <w:b/>
          <w:bCs/>
          <w:sz w:val="20"/>
          <w:szCs w:val="20"/>
        </w:rPr>
      </w:pPr>
      <w:r w:rsidRPr="00137D6A">
        <w:rPr>
          <w:b/>
          <w:bCs/>
          <w:sz w:val="20"/>
          <w:szCs w:val="20"/>
        </w:rPr>
        <w:t>Planning Applications</w:t>
      </w:r>
    </w:p>
    <w:p w14:paraId="7AE15AF9" w14:textId="77777777" w:rsidR="00137D6A" w:rsidRPr="008C6648" w:rsidRDefault="00137D6A" w:rsidP="008C6648">
      <w:pPr>
        <w:rPr>
          <w:sz w:val="20"/>
          <w:szCs w:val="20"/>
        </w:rPr>
      </w:pPr>
      <w:r w:rsidRPr="008C6648">
        <w:rPr>
          <w:sz w:val="20"/>
          <w:szCs w:val="20"/>
        </w:rPr>
        <w:t>To consider responses to Planning Applications which have been submitted to Arun District Council and to delegate to the Parish Clerk to respond to each application in accordance with the Parish Council’s resolution</w:t>
      </w:r>
    </w:p>
    <w:p w14:paraId="326C05E2" w14:textId="77777777" w:rsidR="00137D6A" w:rsidRPr="00137D6A" w:rsidRDefault="00137D6A" w:rsidP="008C6648">
      <w:pPr>
        <w:pStyle w:val="ListParagraph"/>
        <w:ind w:left="360"/>
        <w:rPr>
          <w:b/>
          <w:bCs/>
          <w:sz w:val="20"/>
          <w:szCs w:val="20"/>
        </w:rPr>
      </w:pPr>
    </w:p>
    <w:p w14:paraId="752A79A7" w14:textId="77777777" w:rsidR="00137D6A" w:rsidRPr="00137D6A" w:rsidRDefault="00137D6A" w:rsidP="004C5A34">
      <w:pPr>
        <w:pStyle w:val="ListParagraph"/>
        <w:numPr>
          <w:ilvl w:val="1"/>
          <w:numId w:val="14"/>
        </w:numPr>
        <w:rPr>
          <w:b/>
          <w:bCs/>
          <w:sz w:val="20"/>
          <w:szCs w:val="20"/>
        </w:rPr>
      </w:pPr>
      <w:r w:rsidRPr="00137D6A">
        <w:rPr>
          <w:b/>
          <w:bCs/>
          <w:sz w:val="20"/>
          <w:szCs w:val="20"/>
        </w:rPr>
        <w:t xml:space="preserve">P/73/26/HH – 113 West Front Road Pagham PO21 4TB.  Hip to gable loft conversion, including raising of the roof, Juliet balcony and </w:t>
      </w:r>
      <w:proofErr w:type="spellStart"/>
      <w:r w:rsidRPr="00137D6A">
        <w:rPr>
          <w:b/>
          <w:bCs/>
          <w:sz w:val="20"/>
          <w:szCs w:val="20"/>
        </w:rPr>
        <w:t>rooflights</w:t>
      </w:r>
      <w:proofErr w:type="spellEnd"/>
      <w:r w:rsidRPr="00137D6A">
        <w:rPr>
          <w:b/>
          <w:bCs/>
          <w:sz w:val="20"/>
          <w:szCs w:val="20"/>
        </w:rPr>
        <w:t>.  RESOLVED</w:t>
      </w:r>
      <w:proofErr w:type="gramStart"/>
      <w:r w:rsidRPr="00137D6A">
        <w:rPr>
          <w:b/>
          <w:bCs/>
          <w:sz w:val="20"/>
          <w:szCs w:val="20"/>
        </w:rPr>
        <w:t>:  OBJECT</w:t>
      </w:r>
      <w:proofErr w:type="gramEnd"/>
      <w:r w:rsidRPr="00137D6A">
        <w:rPr>
          <w:b/>
          <w:bCs/>
          <w:sz w:val="20"/>
          <w:szCs w:val="20"/>
        </w:rPr>
        <w:t xml:space="preserve">.  Members wished to object on the following grounds – </w:t>
      </w:r>
    </w:p>
    <w:p w14:paraId="7989F19A" w14:textId="77777777" w:rsidR="00137D6A" w:rsidRPr="00B3489E" w:rsidRDefault="00137D6A" w:rsidP="00B3489E">
      <w:pPr>
        <w:pStyle w:val="ListParagraph"/>
        <w:numPr>
          <w:ilvl w:val="1"/>
          <w:numId w:val="24"/>
        </w:numPr>
        <w:rPr>
          <w:sz w:val="20"/>
          <w:szCs w:val="20"/>
        </w:rPr>
      </w:pPr>
      <w:r w:rsidRPr="00B3489E">
        <w:rPr>
          <w:sz w:val="20"/>
          <w:szCs w:val="20"/>
        </w:rPr>
        <w:t xml:space="preserve">Pagham Beach Estate was designated as an Area of Character by Arun District Council in 1995 </w:t>
      </w:r>
      <w:proofErr w:type="gramStart"/>
      <w:r w:rsidRPr="00B3489E">
        <w:rPr>
          <w:sz w:val="20"/>
          <w:szCs w:val="20"/>
        </w:rPr>
        <w:t>in order to</w:t>
      </w:r>
      <w:proofErr w:type="gramEnd"/>
      <w:r w:rsidRPr="00B3489E">
        <w:rPr>
          <w:sz w:val="20"/>
          <w:szCs w:val="20"/>
        </w:rPr>
        <w:t xml:space="preserve"> preserve the characteristics of the existing properties.  This includes the distinctive scale and height of the residential buildings (single </w:t>
      </w:r>
      <w:proofErr w:type="spellStart"/>
      <w:r w:rsidRPr="00B3489E">
        <w:rPr>
          <w:sz w:val="20"/>
          <w:szCs w:val="20"/>
        </w:rPr>
        <w:t>storey</w:t>
      </w:r>
      <w:proofErr w:type="spellEnd"/>
      <w:r w:rsidRPr="00B3489E">
        <w:rPr>
          <w:sz w:val="20"/>
          <w:szCs w:val="20"/>
        </w:rPr>
        <w:t xml:space="preserve">, majority with no accommodation </w:t>
      </w:r>
      <w:proofErr w:type="gramStart"/>
      <w:r w:rsidRPr="00B3489E">
        <w:rPr>
          <w:sz w:val="20"/>
          <w:szCs w:val="20"/>
        </w:rPr>
        <w:t>in</w:t>
      </w:r>
      <w:proofErr w:type="gramEnd"/>
      <w:r w:rsidRPr="00B3489E">
        <w:rPr>
          <w:sz w:val="20"/>
          <w:szCs w:val="20"/>
        </w:rPr>
        <w:t xml:space="preserve"> the roofs), the layout of the estate and the form and spacing of the buildings.  Council believes the design as presented provides a second </w:t>
      </w:r>
      <w:proofErr w:type="spellStart"/>
      <w:r w:rsidRPr="00B3489E">
        <w:rPr>
          <w:sz w:val="20"/>
          <w:szCs w:val="20"/>
        </w:rPr>
        <w:t>storey</w:t>
      </w:r>
      <w:proofErr w:type="spellEnd"/>
      <w:r w:rsidRPr="00B3489E">
        <w:rPr>
          <w:sz w:val="20"/>
          <w:szCs w:val="20"/>
        </w:rPr>
        <w:t xml:space="preserve"> of accommodation, contrary to requirements and therefore contrary to Policy HER DM4</w:t>
      </w:r>
    </w:p>
    <w:p w14:paraId="3C069D8D" w14:textId="77777777" w:rsidR="00137D6A" w:rsidRPr="00B3489E" w:rsidRDefault="00137D6A" w:rsidP="00B3489E">
      <w:pPr>
        <w:pStyle w:val="ListParagraph"/>
        <w:numPr>
          <w:ilvl w:val="1"/>
          <w:numId w:val="24"/>
        </w:numPr>
        <w:rPr>
          <w:sz w:val="20"/>
          <w:szCs w:val="20"/>
        </w:rPr>
      </w:pPr>
      <w:r w:rsidRPr="00B3489E">
        <w:rPr>
          <w:sz w:val="20"/>
          <w:szCs w:val="20"/>
        </w:rPr>
        <w:t>Members felt the design was overdevelopment of the site and would be overbearing, reducing the strong feeling of openness protected by the Area of Character status, again contrary to HER DM4</w:t>
      </w:r>
    </w:p>
    <w:p w14:paraId="64D706C2" w14:textId="77777777" w:rsidR="00137D6A" w:rsidRPr="00B3489E" w:rsidRDefault="00137D6A" w:rsidP="00B3489E">
      <w:pPr>
        <w:pStyle w:val="ListParagraph"/>
        <w:numPr>
          <w:ilvl w:val="1"/>
          <w:numId w:val="24"/>
        </w:numPr>
        <w:rPr>
          <w:sz w:val="20"/>
          <w:szCs w:val="20"/>
        </w:rPr>
      </w:pPr>
      <w:r w:rsidRPr="00B3489E">
        <w:rPr>
          <w:sz w:val="20"/>
          <w:szCs w:val="20"/>
        </w:rPr>
        <w:lastRenderedPageBreak/>
        <w:t>The design was not in keeping with the street scene when viewed from the seaward side.  This is contrary to the requirements for development in the Area of Character and therefore HER DM4</w:t>
      </w:r>
    </w:p>
    <w:p w14:paraId="282B26D5" w14:textId="77777777" w:rsidR="00137D6A" w:rsidRPr="00B3489E" w:rsidRDefault="00137D6A" w:rsidP="00B3489E">
      <w:pPr>
        <w:pStyle w:val="ListParagraph"/>
        <w:numPr>
          <w:ilvl w:val="1"/>
          <w:numId w:val="24"/>
        </w:numPr>
        <w:rPr>
          <w:sz w:val="20"/>
          <w:szCs w:val="20"/>
        </w:rPr>
      </w:pPr>
      <w:r w:rsidRPr="00B3489E">
        <w:rPr>
          <w:sz w:val="20"/>
          <w:szCs w:val="20"/>
        </w:rPr>
        <w:t>These characteristics are also requirements of the Pagham Village Design Statement, which has been endorsed by the District Council</w:t>
      </w:r>
    </w:p>
    <w:p w14:paraId="1A7D7181" w14:textId="77777777" w:rsidR="00137D6A" w:rsidRPr="00B3489E" w:rsidRDefault="00137D6A" w:rsidP="004C5A34">
      <w:pPr>
        <w:ind w:left="720"/>
        <w:rPr>
          <w:sz w:val="20"/>
          <w:szCs w:val="20"/>
        </w:rPr>
      </w:pPr>
    </w:p>
    <w:p w14:paraId="59781736" w14:textId="77777777" w:rsidR="00137D6A" w:rsidRPr="00137D6A" w:rsidRDefault="00137D6A" w:rsidP="004C5A34">
      <w:pPr>
        <w:pStyle w:val="ListParagraph"/>
        <w:numPr>
          <w:ilvl w:val="1"/>
          <w:numId w:val="14"/>
        </w:numPr>
        <w:rPr>
          <w:b/>
          <w:bCs/>
          <w:sz w:val="20"/>
          <w:szCs w:val="20"/>
        </w:rPr>
      </w:pPr>
      <w:r w:rsidRPr="00137D6A">
        <w:rPr>
          <w:b/>
          <w:bCs/>
          <w:sz w:val="20"/>
          <w:szCs w:val="20"/>
        </w:rPr>
        <w:t>P/76/26/PL – Sefter Farm Pagham Road Pagham PO21 3PX.  Construction of a new engineering block building and car parking areas together with a new access road, footpaths and hard standing area.  This application may affect the setting of a listed building and is in CIL Zone 5 (Zero Rated) as other development.  RESOLVED</w:t>
      </w:r>
      <w:proofErr w:type="gramStart"/>
      <w:r w:rsidRPr="00137D6A">
        <w:rPr>
          <w:b/>
          <w:bCs/>
          <w:sz w:val="20"/>
          <w:szCs w:val="20"/>
        </w:rPr>
        <w:t>:  NO</w:t>
      </w:r>
      <w:proofErr w:type="gramEnd"/>
      <w:r w:rsidRPr="00137D6A">
        <w:rPr>
          <w:b/>
          <w:bCs/>
          <w:sz w:val="20"/>
          <w:szCs w:val="20"/>
        </w:rPr>
        <w:t xml:space="preserve"> OBJECTION</w:t>
      </w:r>
    </w:p>
    <w:p w14:paraId="6F1F590B" w14:textId="77777777" w:rsidR="00137D6A" w:rsidRPr="00137D6A" w:rsidRDefault="00137D6A" w:rsidP="00512E98">
      <w:pPr>
        <w:pStyle w:val="ListParagraph"/>
        <w:ind w:left="360"/>
        <w:rPr>
          <w:b/>
          <w:bCs/>
          <w:sz w:val="20"/>
          <w:szCs w:val="20"/>
        </w:rPr>
      </w:pPr>
    </w:p>
    <w:p w14:paraId="20A7E074" w14:textId="77777777" w:rsidR="00137D6A" w:rsidRPr="00137D6A" w:rsidRDefault="00137D6A" w:rsidP="00137D6A">
      <w:pPr>
        <w:pStyle w:val="ListParagraph"/>
        <w:numPr>
          <w:ilvl w:val="0"/>
          <w:numId w:val="14"/>
        </w:numPr>
        <w:rPr>
          <w:b/>
          <w:bCs/>
          <w:sz w:val="20"/>
          <w:szCs w:val="20"/>
        </w:rPr>
      </w:pPr>
      <w:r w:rsidRPr="00137D6A">
        <w:rPr>
          <w:b/>
          <w:bCs/>
          <w:sz w:val="20"/>
          <w:szCs w:val="20"/>
        </w:rPr>
        <w:t>To note any decisions confirmed by Arun DC</w:t>
      </w:r>
    </w:p>
    <w:p w14:paraId="635A7384" w14:textId="77777777" w:rsidR="00137D6A" w:rsidRPr="00137D6A" w:rsidRDefault="00137D6A" w:rsidP="00512E98">
      <w:pPr>
        <w:pStyle w:val="ListParagraph"/>
        <w:numPr>
          <w:ilvl w:val="1"/>
          <w:numId w:val="14"/>
        </w:numPr>
        <w:rPr>
          <w:b/>
          <w:bCs/>
          <w:sz w:val="20"/>
          <w:szCs w:val="20"/>
        </w:rPr>
      </w:pPr>
      <w:r w:rsidRPr="00137D6A">
        <w:rPr>
          <w:b/>
          <w:bCs/>
          <w:sz w:val="20"/>
          <w:szCs w:val="20"/>
        </w:rPr>
        <w:t>P/60/26/PIP – Land at corner of Hook Lane and Pagham Road Pagham PO21 3PB.  Application for planning in principle for the erection of a minimum net gain of 1No dwelling and a maximum net gain of 6 No dwellings.  NOT PERMITTED</w:t>
      </w:r>
    </w:p>
    <w:p w14:paraId="200E83B2" w14:textId="77777777" w:rsidR="00137D6A" w:rsidRPr="00137D6A" w:rsidRDefault="00137D6A" w:rsidP="00512E98">
      <w:pPr>
        <w:pStyle w:val="ListParagraph"/>
        <w:ind w:left="360"/>
        <w:rPr>
          <w:b/>
          <w:bCs/>
          <w:sz w:val="20"/>
          <w:szCs w:val="20"/>
        </w:rPr>
      </w:pPr>
    </w:p>
    <w:p w14:paraId="67DEF6FD" w14:textId="77777777" w:rsidR="00137D6A" w:rsidRPr="00512E98" w:rsidRDefault="00137D6A" w:rsidP="00512E98">
      <w:pPr>
        <w:pStyle w:val="ListParagraph"/>
        <w:numPr>
          <w:ilvl w:val="1"/>
          <w:numId w:val="14"/>
        </w:numPr>
        <w:rPr>
          <w:sz w:val="20"/>
          <w:szCs w:val="20"/>
        </w:rPr>
      </w:pPr>
      <w:r w:rsidRPr="00137D6A">
        <w:rPr>
          <w:b/>
          <w:bCs/>
          <w:sz w:val="20"/>
          <w:szCs w:val="20"/>
        </w:rPr>
        <w:t>P</w:t>
      </w:r>
      <w:r w:rsidRPr="00512E98">
        <w:rPr>
          <w:sz w:val="20"/>
          <w:szCs w:val="20"/>
        </w:rPr>
        <w:t xml:space="preserve">/35/26/PL – Land to East of </w:t>
      </w:r>
      <w:proofErr w:type="spellStart"/>
      <w:r w:rsidRPr="00512E98">
        <w:rPr>
          <w:sz w:val="20"/>
          <w:szCs w:val="20"/>
        </w:rPr>
        <w:t>Commonmead</w:t>
      </w:r>
      <w:proofErr w:type="spellEnd"/>
      <w:r w:rsidRPr="00512E98">
        <w:rPr>
          <w:sz w:val="20"/>
          <w:szCs w:val="20"/>
        </w:rPr>
        <w:t xml:space="preserve"> Barn Pagham Road Pagham PO21 3PY.  Construction of 2No single </w:t>
      </w:r>
      <w:proofErr w:type="spellStart"/>
      <w:r w:rsidRPr="00512E98">
        <w:rPr>
          <w:sz w:val="20"/>
          <w:szCs w:val="20"/>
        </w:rPr>
        <w:t>storey</w:t>
      </w:r>
      <w:proofErr w:type="spellEnd"/>
      <w:r w:rsidRPr="00512E98">
        <w:rPr>
          <w:sz w:val="20"/>
          <w:szCs w:val="20"/>
        </w:rPr>
        <w:t xml:space="preserve"> detached dwellings (with accommodation int eh roof space) along with associated car and cycle parking (resubmission following P/124/25/PL).  This application nis a Departure from the Development Plan and is in CIL Zone 5 and is CIL liable </w:t>
      </w:r>
      <w:proofErr w:type="gramStart"/>
      <w:r w:rsidRPr="00512E98">
        <w:rPr>
          <w:sz w:val="20"/>
          <w:szCs w:val="20"/>
        </w:rPr>
        <w:t>as</w:t>
      </w:r>
      <w:proofErr w:type="gramEnd"/>
      <w:r w:rsidRPr="00512E98">
        <w:rPr>
          <w:sz w:val="20"/>
          <w:szCs w:val="20"/>
        </w:rPr>
        <w:t xml:space="preserve"> new dwellings. PERMIT</w:t>
      </w:r>
    </w:p>
    <w:p w14:paraId="6FB63202" w14:textId="77777777" w:rsidR="00137D6A" w:rsidRPr="00512E98" w:rsidRDefault="00137D6A" w:rsidP="00512E98">
      <w:pPr>
        <w:rPr>
          <w:b/>
          <w:bCs/>
          <w:sz w:val="20"/>
          <w:szCs w:val="20"/>
        </w:rPr>
      </w:pPr>
    </w:p>
    <w:p w14:paraId="3BA9585C" w14:textId="77777777" w:rsidR="00137D6A" w:rsidRPr="00512E98" w:rsidRDefault="00137D6A" w:rsidP="00512E98">
      <w:pPr>
        <w:pStyle w:val="ListParagraph"/>
        <w:numPr>
          <w:ilvl w:val="1"/>
          <w:numId w:val="14"/>
        </w:numPr>
        <w:rPr>
          <w:sz w:val="20"/>
          <w:szCs w:val="20"/>
        </w:rPr>
      </w:pPr>
      <w:r w:rsidRPr="00512E98">
        <w:rPr>
          <w:sz w:val="20"/>
          <w:szCs w:val="20"/>
        </w:rPr>
        <w:t xml:space="preserve">P/55/26/L – Little Welbourne Church Lane Pagham PO21 4NX.  Listed building consent for the replacement of </w:t>
      </w:r>
      <w:proofErr w:type="gramStart"/>
      <w:r w:rsidRPr="00512E98">
        <w:rPr>
          <w:sz w:val="20"/>
          <w:szCs w:val="20"/>
        </w:rPr>
        <w:t>double glazed</w:t>
      </w:r>
      <w:proofErr w:type="gramEnd"/>
      <w:r w:rsidRPr="00512E98">
        <w:rPr>
          <w:sz w:val="20"/>
          <w:szCs w:val="20"/>
        </w:rPr>
        <w:t xml:space="preserve"> </w:t>
      </w:r>
      <w:proofErr w:type="spellStart"/>
      <w:r w:rsidRPr="00512E98">
        <w:rPr>
          <w:sz w:val="20"/>
          <w:szCs w:val="20"/>
        </w:rPr>
        <w:t>aluminium</w:t>
      </w:r>
      <w:proofErr w:type="spellEnd"/>
      <w:r w:rsidRPr="00512E98">
        <w:rPr>
          <w:sz w:val="20"/>
          <w:szCs w:val="20"/>
        </w:rPr>
        <w:t>/timber windows and doors with double glazed painted timber casement, sprung sash windows and matching French doors.  WITHDRAWN</w:t>
      </w:r>
    </w:p>
    <w:p w14:paraId="6AAF8EF8" w14:textId="77777777" w:rsidR="00137D6A" w:rsidRPr="00137D6A" w:rsidRDefault="00137D6A" w:rsidP="00512E98">
      <w:pPr>
        <w:pStyle w:val="ListParagraph"/>
        <w:ind w:left="360"/>
        <w:rPr>
          <w:b/>
          <w:bCs/>
          <w:sz w:val="20"/>
          <w:szCs w:val="20"/>
        </w:rPr>
      </w:pPr>
    </w:p>
    <w:p w14:paraId="6C0CC038" w14:textId="77777777" w:rsidR="00137D6A" w:rsidRPr="00137D6A" w:rsidRDefault="00137D6A" w:rsidP="00137D6A">
      <w:pPr>
        <w:pStyle w:val="ListParagraph"/>
        <w:numPr>
          <w:ilvl w:val="0"/>
          <w:numId w:val="14"/>
        </w:numPr>
        <w:rPr>
          <w:b/>
          <w:bCs/>
          <w:sz w:val="20"/>
          <w:szCs w:val="20"/>
        </w:rPr>
      </w:pPr>
      <w:r w:rsidRPr="00137D6A">
        <w:rPr>
          <w:b/>
          <w:bCs/>
          <w:sz w:val="20"/>
          <w:szCs w:val="20"/>
        </w:rPr>
        <w:t>Enforcement &amp; ADC Planning Committee</w:t>
      </w:r>
    </w:p>
    <w:p w14:paraId="40371569" w14:textId="77777777" w:rsidR="00137D6A" w:rsidRPr="00512E98" w:rsidRDefault="00137D6A" w:rsidP="00512E98">
      <w:pPr>
        <w:pStyle w:val="ListParagraph"/>
        <w:numPr>
          <w:ilvl w:val="1"/>
          <w:numId w:val="14"/>
        </w:numPr>
        <w:rPr>
          <w:sz w:val="20"/>
          <w:szCs w:val="20"/>
        </w:rPr>
      </w:pPr>
      <w:r w:rsidRPr="00512E98">
        <w:rPr>
          <w:sz w:val="20"/>
          <w:szCs w:val="20"/>
        </w:rPr>
        <w:t>None</w:t>
      </w:r>
    </w:p>
    <w:p w14:paraId="1C3D3ABC" w14:textId="77777777" w:rsidR="00137D6A" w:rsidRPr="00137D6A" w:rsidRDefault="00137D6A" w:rsidP="00512E98">
      <w:pPr>
        <w:pStyle w:val="ListParagraph"/>
        <w:ind w:left="360"/>
        <w:rPr>
          <w:b/>
          <w:bCs/>
          <w:sz w:val="20"/>
          <w:szCs w:val="20"/>
        </w:rPr>
      </w:pPr>
    </w:p>
    <w:p w14:paraId="7402ECC0" w14:textId="77777777" w:rsidR="00137D6A" w:rsidRPr="00137D6A" w:rsidRDefault="00137D6A" w:rsidP="00137D6A">
      <w:pPr>
        <w:pStyle w:val="ListParagraph"/>
        <w:numPr>
          <w:ilvl w:val="0"/>
          <w:numId w:val="14"/>
        </w:numPr>
        <w:rPr>
          <w:b/>
          <w:bCs/>
          <w:sz w:val="20"/>
          <w:szCs w:val="20"/>
        </w:rPr>
      </w:pPr>
      <w:r w:rsidRPr="00137D6A">
        <w:rPr>
          <w:b/>
          <w:bCs/>
          <w:sz w:val="20"/>
          <w:szCs w:val="20"/>
        </w:rPr>
        <w:t xml:space="preserve">Discharge of conditions </w:t>
      </w:r>
      <w:r w:rsidRPr="00512E98">
        <w:rPr>
          <w:sz w:val="20"/>
          <w:szCs w:val="20"/>
        </w:rPr>
        <w:t>applications to receive details of discharge of conditions applications under consideration for strategic or larger sites which may be of interest to the Committee</w:t>
      </w:r>
    </w:p>
    <w:p w14:paraId="7AF589CC" w14:textId="77777777" w:rsidR="00512E98" w:rsidRPr="00512E98" w:rsidRDefault="00512E98" w:rsidP="00512E98">
      <w:pPr>
        <w:pStyle w:val="ListParagraph"/>
        <w:ind w:left="360"/>
        <w:rPr>
          <w:b/>
          <w:bCs/>
          <w:sz w:val="20"/>
          <w:szCs w:val="20"/>
        </w:rPr>
      </w:pPr>
    </w:p>
    <w:p w14:paraId="185A86C1" w14:textId="20D087C6" w:rsidR="00137D6A" w:rsidRPr="00137D6A" w:rsidRDefault="00137D6A" w:rsidP="00137D6A">
      <w:pPr>
        <w:pStyle w:val="ListParagraph"/>
        <w:numPr>
          <w:ilvl w:val="0"/>
          <w:numId w:val="14"/>
        </w:numPr>
        <w:rPr>
          <w:b/>
          <w:bCs/>
          <w:sz w:val="20"/>
          <w:szCs w:val="20"/>
        </w:rPr>
      </w:pPr>
      <w:r w:rsidRPr="00137D6A">
        <w:rPr>
          <w:b/>
          <w:bCs/>
          <w:sz w:val="20"/>
          <w:szCs w:val="20"/>
        </w:rPr>
        <w:t>Date of next meeting</w:t>
      </w:r>
    </w:p>
    <w:p w14:paraId="63F067AA" w14:textId="77777777" w:rsidR="00137D6A" w:rsidRPr="00137D6A" w:rsidRDefault="00137D6A" w:rsidP="00512E98">
      <w:pPr>
        <w:pStyle w:val="ListParagraph"/>
        <w:ind w:left="360"/>
        <w:rPr>
          <w:b/>
          <w:bCs/>
          <w:sz w:val="20"/>
          <w:szCs w:val="20"/>
        </w:rPr>
      </w:pPr>
      <w:r w:rsidRPr="00137D6A">
        <w:rPr>
          <w:b/>
          <w:bCs/>
          <w:sz w:val="20"/>
          <w:szCs w:val="20"/>
        </w:rPr>
        <w:t xml:space="preserve">14th July 2026 </w:t>
      </w:r>
    </w:p>
    <w:p w14:paraId="7121CF8C" w14:textId="77777777" w:rsidR="0078734F" w:rsidRDefault="0078734F" w:rsidP="006113E8">
      <w:pPr>
        <w:rPr>
          <w:b/>
          <w:bCs/>
          <w:sz w:val="20"/>
          <w:szCs w:val="20"/>
        </w:rPr>
      </w:pPr>
    </w:p>
    <w:p w14:paraId="6A6BE2A8" w14:textId="5877BCBE" w:rsidR="00270F4F" w:rsidRPr="006113E8" w:rsidRDefault="00C04199" w:rsidP="006113E8">
      <w:pPr>
        <w:rPr>
          <w:b/>
          <w:bCs/>
          <w:sz w:val="20"/>
          <w:szCs w:val="20"/>
        </w:rPr>
      </w:pPr>
      <w:r w:rsidRPr="006113E8">
        <w:rPr>
          <w:b/>
          <w:bCs/>
          <w:sz w:val="20"/>
          <w:szCs w:val="20"/>
        </w:rPr>
        <w:t>Chairman: ____________________       Date: ____________________</w:t>
      </w:r>
      <w:r w:rsidRPr="006113E8">
        <w:rPr>
          <w:b/>
          <w:bCs/>
          <w:sz w:val="20"/>
          <w:szCs w:val="20"/>
        </w:rPr>
        <w:br/>
      </w:r>
    </w:p>
    <w:sectPr w:rsidR="00270F4F" w:rsidRPr="006113E8" w:rsidSect="0078734F">
      <w:pgSz w:w="12240" w:h="15840"/>
      <w:pgMar w:top="709"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B1D2E"/>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3781517"/>
    <w:multiLevelType w:val="multilevel"/>
    <w:tmpl w:val="FF0E527E"/>
    <w:lvl w:ilvl="0">
      <w:start w:val="6"/>
      <w:numFmt w:val="bullet"/>
      <w:lvlText w:val="-"/>
      <w:lvlJc w:val="left"/>
      <w:pPr>
        <w:ind w:left="360" w:hanging="360"/>
      </w:pPr>
      <w:rPr>
        <w:rFonts w:ascii="Arial" w:eastAsiaTheme="min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C5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9C0BD8"/>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34B07CAA"/>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37E57DE6"/>
    <w:multiLevelType w:val="multilevel"/>
    <w:tmpl w:val="A9548E28"/>
    <w:lvl w:ilvl="0">
      <w:start w:val="21"/>
      <w:numFmt w:val="decimal"/>
      <w:lvlText w:val="%1."/>
      <w:lvlJc w:val="left"/>
      <w:pPr>
        <w:ind w:left="360" w:hanging="360"/>
      </w:pPr>
      <w:rPr>
        <w:rFonts w:hint="default"/>
        <w:b/>
        <w:bCs/>
        <w:i w:val="0"/>
        <w:iCs w:val="0"/>
      </w:rPr>
    </w:lvl>
    <w:lvl w:ilvl="1">
      <w:start w:val="1"/>
      <w:numFmt w:val="decimal"/>
      <w:lvlText w:val="%1.%2."/>
      <w:lvlJc w:val="left"/>
      <w:pPr>
        <w:ind w:left="0" w:firstLine="0"/>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EAE5780"/>
    <w:multiLevelType w:val="hybridMultilevel"/>
    <w:tmpl w:val="F998D2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3E6AE3"/>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42F4423C"/>
    <w:multiLevelType w:val="hybridMultilevel"/>
    <w:tmpl w:val="735E4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C34AE2"/>
    <w:multiLevelType w:val="hybridMultilevel"/>
    <w:tmpl w:val="026C6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B37654"/>
    <w:multiLevelType w:val="hybridMultilevel"/>
    <w:tmpl w:val="2C4A8010"/>
    <w:lvl w:ilvl="0" w:tplc="EFD09434">
      <w:start w:val="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1" w15:restartNumberingAfterBreak="0">
    <w:nsid w:val="69076D96"/>
    <w:multiLevelType w:val="hybridMultilevel"/>
    <w:tmpl w:val="A894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5EE0F43"/>
    <w:multiLevelType w:val="multilevel"/>
    <w:tmpl w:val="FD60CDF0"/>
    <w:lvl w:ilvl="0">
      <w:start w:val="2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22"/>
  </w:num>
  <w:num w:numId="11" w16cid:durableId="772480451">
    <w:abstractNumId w:val="23"/>
  </w:num>
  <w:num w:numId="12" w16cid:durableId="428743944">
    <w:abstractNumId w:val="20"/>
  </w:num>
  <w:num w:numId="13" w16cid:durableId="1385326859">
    <w:abstractNumId w:val="11"/>
  </w:num>
  <w:num w:numId="14" w16cid:durableId="1674143465">
    <w:abstractNumId w:val="14"/>
  </w:num>
  <w:num w:numId="15" w16cid:durableId="1946687201">
    <w:abstractNumId w:val="19"/>
  </w:num>
  <w:num w:numId="16" w16cid:durableId="1184394266">
    <w:abstractNumId w:val="10"/>
  </w:num>
  <w:num w:numId="17" w16cid:durableId="601034372">
    <w:abstractNumId w:val="9"/>
  </w:num>
  <w:num w:numId="18" w16cid:durableId="1705251865">
    <w:abstractNumId w:val="12"/>
  </w:num>
  <w:num w:numId="19" w16cid:durableId="429356264">
    <w:abstractNumId w:val="16"/>
  </w:num>
  <w:num w:numId="20" w16cid:durableId="1581596350">
    <w:abstractNumId w:val="13"/>
  </w:num>
  <w:num w:numId="21" w16cid:durableId="354117326">
    <w:abstractNumId w:val="18"/>
  </w:num>
  <w:num w:numId="22" w16cid:durableId="1256209020">
    <w:abstractNumId w:val="21"/>
  </w:num>
  <w:num w:numId="23" w16cid:durableId="2016880206">
    <w:abstractNumId w:val="17"/>
  </w:num>
  <w:num w:numId="24" w16cid:durableId="7241823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3E1B"/>
    <w:rsid w:val="000E2FC1"/>
    <w:rsid w:val="00137D6A"/>
    <w:rsid w:val="0015074B"/>
    <w:rsid w:val="00183796"/>
    <w:rsid w:val="001C1989"/>
    <w:rsid w:val="001E7403"/>
    <w:rsid w:val="002159C2"/>
    <w:rsid w:val="00270F4F"/>
    <w:rsid w:val="0029639D"/>
    <w:rsid w:val="00326F90"/>
    <w:rsid w:val="00366167"/>
    <w:rsid w:val="003B45C4"/>
    <w:rsid w:val="003C798D"/>
    <w:rsid w:val="003D35FE"/>
    <w:rsid w:val="003F4B62"/>
    <w:rsid w:val="00465009"/>
    <w:rsid w:val="00472921"/>
    <w:rsid w:val="004C5A34"/>
    <w:rsid w:val="004E4C71"/>
    <w:rsid w:val="00512E98"/>
    <w:rsid w:val="005300B3"/>
    <w:rsid w:val="00554601"/>
    <w:rsid w:val="006113E8"/>
    <w:rsid w:val="00616E45"/>
    <w:rsid w:val="00701CD6"/>
    <w:rsid w:val="0078021F"/>
    <w:rsid w:val="0078734F"/>
    <w:rsid w:val="007C6620"/>
    <w:rsid w:val="00882E10"/>
    <w:rsid w:val="00897E12"/>
    <w:rsid w:val="008B6D00"/>
    <w:rsid w:val="008C6648"/>
    <w:rsid w:val="009365C9"/>
    <w:rsid w:val="009A6C2F"/>
    <w:rsid w:val="009D1F5A"/>
    <w:rsid w:val="00AA1D8D"/>
    <w:rsid w:val="00AC71DA"/>
    <w:rsid w:val="00AD0495"/>
    <w:rsid w:val="00AD719B"/>
    <w:rsid w:val="00B33543"/>
    <w:rsid w:val="00B3489E"/>
    <w:rsid w:val="00B47730"/>
    <w:rsid w:val="00B70FFC"/>
    <w:rsid w:val="00BC088E"/>
    <w:rsid w:val="00BF3CC1"/>
    <w:rsid w:val="00C04199"/>
    <w:rsid w:val="00C210B2"/>
    <w:rsid w:val="00C71E36"/>
    <w:rsid w:val="00CB0664"/>
    <w:rsid w:val="00CB27F9"/>
    <w:rsid w:val="00CE3FE7"/>
    <w:rsid w:val="00D23D8A"/>
    <w:rsid w:val="00D605AD"/>
    <w:rsid w:val="00D942A3"/>
    <w:rsid w:val="00E71F28"/>
    <w:rsid w:val="00EE27C3"/>
    <w:rsid w:val="00F62CAE"/>
    <w:rsid w:val="00F62D4D"/>
    <w:rsid w:val="00F7259D"/>
    <w:rsid w:val="00FB02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D942A3"/>
    <w:pPr>
      <w:spacing w:line="240" w:lineRule="auto"/>
    </w:pPr>
    <w:rPr>
      <w:rFonts w:ascii="Comic Sans MS" w:eastAsia="Times New Roman" w:hAnsi="Comic Sans MS" w:cs="Times New Roman"/>
      <w:color w:val="auto"/>
      <w:sz w:val="20"/>
      <w:szCs w:val="20"/>
      <w:lang w:val="en-GB" w:eastAsia="en-GB"/>
    </w:rPr>
  </w:style>
  <w:style w:type="character" w:customStyle="1" w:styleId="CommentTextChar">
    <w:name w:val="Comment Text Char"/>
    <w:basedOn w:val="DefaultParagraphFont"/>
    <w:link w:val="CommentText"/>
    <w:uiPriority w:val="99"/>
    <w:rsid w:val="00D942A3"/>
    <w:rPr>
      <w:rFonts w:ascii="Comic Sans MS" w:eastAsia="Times New Roman" w:hAnsi="Comic Sans M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18</cp:revision>
  <dcterms:created xsi:type="dcterms:W3CDTF">2026-09-21T13:23:00Z</dcterms:created>
  <dcterms:modified xsi:type="dcterms:W3CDTF">2026-09-21T13:40:00Z</dcterms:modified>
  <cp:category/>
</cp:coreProperties>
</file>