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A696" w14:textId="77777777" w:rsidR="00CF48CB" w:rsidRPr="00A04FBD" w:rsidRDefault="00AA3686" w:rsidP="005E6812">
      <w:pPr>
        <w:pStyle w:val="Heading1"/>
        <w:spacing w:before="0" w:line="240" w:lineRule="auto"/>
        <w:jc w:val="center"/>
        <w:rPr>
          <w:rFonts w:ascii="Arial" w:hAnsi="Arial" w:cs="Arial"/>
          <w:sz w:val="40"/>
          <w:szCs w:val="40"/>
        </w:rPr>
      </w:pPr>
      <w:r w:rsidRPr="00A04FBD">
        <w:rPr>
          <w:rFonts w:ascii="Arial" w:hAnsi="Arial" w:cs="Arial"/>
          <w:sz w:val="40"/>
          <w:szCs w:val="40"/>
        </w:rPr>
        <w:t>PAGHAM PARISH COUNCIL</w:t>
      </w:r>
    </w:p>
    <w:p w14:paraId="6EEC7F90" w14:textId="7E7E42D2" w:rsidR="00CF48CB" w:rsidRPr="00A04FBD" w:rsidRDefault="00AA3686" w:rsidP="005E6812">
      <w:pPr>
        <w:spacing w:before="240" w:after="0" w:line="240" w:lineRule="auto"/>
        <w:jc w:val="center"/>
        <w:rPr>
          <w:rFonts w:cs="Arial"/>
          <w:sz w:val="18"/>
          <w:szCs w:val="18"/>
        </w:rPr>
      </w:pPr>
      <w:r w:rsidRPr="00A04FBD">
        <w:rPr>
          <w:rFonts w:cs="Arial"/>
          <w:i/>
          <w:sz w:val="17"/>
          <w:szCs w:val="17"/>
        </w:rPr>
        <w:t xml:space="preserve">Tel: 01243 </w:t>
      </w:r>
      <w:proofErr w:type="gramStart"/>
      <w:r w:rsidRPr="00A04FBD">
        <w:rPr>
          <w:rFonts w:cs="Arial"/>
          <w:i/>
          <w:sz w:val="17"/>
          <w:szCs w:val="17"/>
        </w:rPr>
        <w:t>266424  |</w:t>
      </w:r>
      <w:proofErr w:type="gramEnd"/>
      <w:r w:rsidRPr="00A04FBD">
        <w:rPr>
          <w:rFonts w:cs="Arial"/>
          <w:i/>
          <w:sz w:val="17"/>
          <w:szCs w:val="17"/>
        </w:rPr>
        <w:t xml:space="preserve">  E-mail: clerk@paghamparishcouncil.gov.uk</w:t>
      </w:r>
      <w:r w:rsidRPr="00A04FBD">
        <w:rPr>
          <w:rFonts w:cs="Arial"/>
          <w:i/>
          <w:sz w:val="17"/>
          <w:szCs w:val="17"/>
        </w:rPr>
        <w:br/>
      </w:r>
    </w:p>
    <w:p w14:paraId="01E6A490" w14:textId="77777777" w:rsidR="00CF48CB" w:rsidRPr="00A04FBD" w:rsidRDefault="00AA3686" w:rsidP="00A04FBD">
      <w:pPr>
        <w:pStyle w:val="Heading2"/>
        <w:spacing w:before="0" w:line="240" w:lineRule="auto"/>
        <w:jc w:val="center"/>
        <w:rPr>
          <w:rFonts w:ascii="Arial" w:hAnsi="Arial" w:cs="Arial"/>
          <w:sz w:val="20"/>
          <w:szCs w:val="20"/>
        </w:rPr>
      </w:pPr>
      <w:r w:rsidRPr="00A04FBD">
        <w:rPr>
          <w:rFonts w:ascii="Arial" w:hAnsi="Arial" w:cs="Arial"/>
          <w:sz w:val="20"/>
          <w:szCs w:val="20"/>
        </w:rPr>
        <w:t>Meeting Information</w:t>
      </w:r>
    </w:p>
    <w:p w14:paraId="0843D57F" w14:textId="71B32C79" w:rsidR="00CF48CB" w:rsidRPr="00A04FBD" w:rsidRDefault="00AA3686" w:rsidP="005E6812">
      <w:pPr>
        <w:pStyle w:val="ListBullet"/>
        <w:spacing w:line="240" w:lineRule="auto"/>
        <w:rPr>
          <w:rFonts w:cs="Arial"/>
          <w:sz w:val="20"/>
          <w:szCs w:val="20"/>
        </w:rPr>
      </w:pPr>
      <w:r w:rsidRPr="00A04FBD">
        <w:rPr>
          <w:rFonts w:cs="Arial"/>
          <w:b/>
          <w:sz w:val="20"/>
          <w:szCs w:val="20"/>
        </w:rPr>
        <w:t xml:space="preserve">Date and Time: </w:t>
      </w:r>
      <w:r w:rsidRPr="00A04FBD">
        <w:rPr>
          <w:rFonts w:cs="Arial"/>
          <w:color w:val="EE0000"/>
          <w:sz w:val="20"/>
          <w:szCs w:val="20"/>
        </w:rPr>
        <w:t xml:space="preserve">Tuesday </w:t>
      </w:r>
      <w:r w:rsidR="00A54B6C">
        <w:rPr>
          <w:rFonts w:cs="Arial"/>
          <w:color w:val="EE0000"/>
          <w:sz w:val="20"/>
          <w:szCs w:val="20"/>
        </w:rPr>
        <w:t>9</w:t>
      </w:r>
      <w:r w:rsidR="00A54B6C" w:rsidRPr="00A54B6C">
        <w:rPr>
          <w:rFonts w:cs="Arial"/>
          <w:color w:val="EE0000"/>
          <w:sz w:val="20"/>
          <w:szCs w:val="20"/>
          <w:vertAlign w:val="superscript"/>
        </w:rPr>
        <w:t>th</w:t>
      </w:r>
      <w:r w:rsidR="00A54B6C">
        <w:rPr>
          <w:rFonts w:cs="Arial"/>
          <w:color w:val="EE0000"/>
          <w:sz w:val="20"/>
          <w:szCs w:val="20"/>
        </w:rPr>
        <w:t xml:space="preserve"> June</w:t>
      </w:r>
      <w:r w:rsidRPr="00A04FBD">
        <w:rPr>
          <w:rFonts w:cs="Arial"/>
          <w:color w:val="EE0000"/>
          <w:sz w:val="20"/>
          <w:szCs w:val="20"/>
        </w:rPr>
        <w:t xml:space="preserve"> 2026</w:t>
      </w:r>
      <w:r w:rsidRPr="00A04FBD">
        <w:rPr>
          <w:rFonts w:cs="Arial"/>
          <w:sz w:val="20"/>
          <w:szCs w:val="20"/>
        </w:rPr>
        <w:t xml:space="preserve"> at 7.</w:t>
      </w:r>
      <w:r w:rsidR="005E0475" w:rsidRPr="00A04FBD">
        <w:rPr>
          <w:rFonts w:cs="Arial"/>
          <w:sz w:val="20"/>
          <w:szCs w:val="20"/>
        </w:rPr>
        <w:t>1</w:t>
      </w:r>
      <w:r w:rsidRPr="00A04FBD">
        <w:rPr>
          <w:rFonts w:cs="Arial"/>
          <w:sz w:val="20"/>
          <w:szCs w:val="20"/>
        </w:rPr>
        <w:t>5pm</w:t>
      </w:r>
    </w:p>
    <w:p w14:paraId="2D6230EC" w14:textId="77777777" w:rsidR="00CF48CB" w:rsidRPr="00A04FBD" w:rsidRDefault="00AA3686" w:rsidP="005E6812">
      <w:pPr>
        <w:pStyle w:val="ListBullet"/>
        <w:spacing w:line="240" w:lineRule="auto"/>
        <w:rPr>
          <w:rFonts w:cs="Arial"/>
          <w:sz w:val="20"/>
          <w:szCs w:val="20"/>
        </w:rPr>
      </w:pPr>
      <w:r w:rsidRPr="00A04FBD">
        <w:rPr>
          <w:rFonts w:cs="Arial"/>
          <w:b/>
          <w:sz w:val="20"/>
          <w:szCs w:val="20"/>
        </w:rPr>
        <w:t xml:space="preserve">Venue: </w:t>
      </w:r>
      <w:r w:rsidRPr="00A04FBD">
        <w:rPr>
          <w:rFonts w:cs="Arial"/>
          <w:sz w:val="20"/>
          <w:szCs w:val="20"/>
        </w:rPr>
        <w:t>The Small Hall, Pagham Village Hall, Pagham, PO21 4NJ</w:t>
      </w:r>
    </w:p>
    <w:p w14:paraId="2AFB98A8" w14:textId="00F8DF3D" w:rsidR="00CF48CB" w:rsidRPr="00A04FBD" w:rsidRDefault="00AA3686" w:rsidP="005E6812">
      <w:pPr>
        <w:pStyle w:val="ListBullet"/>
        <w:spacing w:line="240" w:lineRule="auto"/>
        <w:rPr>
          <w:rFonts w:cs="Arial"/>
          <w:sz w:val="20"/>
          <w:szCs w:val="20"/>
        </w:rPr>
      </w:pPr>
      <w:r w:rsidRPr="00A04FBD">
        <w:rPr>
          <w:rFonts w:cs="Arial"/>
          <w:b/>
          <w:sz w:val="20"/>
          <w:szCs w:val="20"/>
        </w:rPr>
        <w:t xml:space="preserve">Councillors Summoned: </w:t>
      </w:r>
      <w:r w:rsidRPr="00A04FBD">
        <w:rPr>
          <w:rFonts w:cs="Arial"/>
          <w:sz w:val="20"/>
          <w:szCs w:val="20"/>
        </w:rPr>
        <w:t xml:space="preserve">Mr P Atkins, Mrs J Behr, </w:t>
      </w:r>
      <w:r w:rsidR="005E0475" w:rsidRPr="00A04FBD">
        <w:rPr>
          <w:rFonts w:cs="Arial"/>
          <w:sz w:val="20"/>
          <w:szCs w:val="20"/>
        </w:rPr>
        <w:t xml:space="preserve">Mr J Carr, </w:t>
      </w:r>
      <w:r w:rsidRPr="00A04FBD">
        <w:rPr>
          <w:rFonts w:cs="Arial"/>
          <w:sz w:val="20"/>
          <w:szCs w:val="20"/>
        </w:rPr>
        <w:t xml:space="preserve">Mr P Cooper, </w:t>
      </w:r>
      <w:r w:rsidR="006D5E9C" w:rsidRPr="00A04FBD">
        <w:rPr>
          <w:rFonts w:cs="Arial"/>
          <w:sz w:val="20"/>
          <w:szCs w:val="20"/>
        </w:rPr>
        <w:t xml:space="preserve">Mrs D Hall, </w:t>
      </w:r>
      <w:proofErr w:type="spellStart"/>
      <w:r w:rsidRPr="00A04FBD">
        <w:rPr>
          <w:rFonts w:cs="Arial"/>
          <w:sz w:val="20"/>
          <w:szCs w:val="20"/>
        </w:rPr>
        <w:t>Ms</w:t>
      </w:r>
      <w:proofErr w:type="spellEnd"/>
      <w:r w:rsidRPr="00A04FBD">
        <w:rPr>
          <w:rFonts w:cs="Arial"/>
          <w:sz w:val="20"/>
          <w:szCs w:val="20"/>
        </w:rPr>
        <w:t xml:space="preserve"> P Hilton, Mr M Howard, Mr D Huntley, Mr I Manion &amp; Mrs R Palmer</w:t>
      </w:r>
    </w:p>
    <w:p w14:paraId="5BCD681B" w14:textId="64946B3A" w:rsidR="004902BF" w:rsidRPr="00A04FBD" w:rsidRDefault="004902BF" w:rsidP="005E6812">
      <w:pPr>
        <w:pStyle w:val="ListBullet"/>
        <w:spacing w:line="240" w:lineRule="auto"/>
        <w:rPr>
          <w:rFonts w:cs="Arial"/>
          <w:sz w:val="20"/>
          <w:szCs w:val="20"/>
        </w:rPr>
      </w:pPr>
      <w:r w:rsidRPr="00A04FBD">
        <w:rPr>
          <w:rFonts w:cs="Arial"/>
          <w:b/>
          <w:sz w:val="20"/>
          <w:szCs w:val="20"/>
        </w:rPr>
        <w:t>Notice Issued</w:t>
      </w:r>
      <w:proofErr w:type="gramStart"/>
      <w:r w:rsidRPr="00A04FBD">
        <w:rPr>
          <w:rFonts w:cs="Arial"/>
          <w:b/>
          <w:sz w:val="20"/>
          <w:szCs w:val="20"/>
        </w:rPr>
        <w:t>:</w:t>
      </w:r>
      <w:r w:rsidRPr="00A04FBD">
        <w:rPr>
          <w:rFonts w:cs="Arial"/>
          <w:sz w:val="20"/>
          <w:szCs w:val="20"/>
        </w:rPr>
        <w:t xml:space="preserve">  </w:t>
      </w:r>
      <w:r w:rsidR="00A54B6C" w:rsidRPr="00A54B6C">
        <w:rPr>
          <w:rFonts w:cs="Arial"/>
          <w:color w:val="EE0000"/>
          <w:sz w:val="20"/>
          <w:szCs w:val="20"/>
        </w:rPr>
        <w:t>2nd</w:t>
      </w:r>
      <w:proofErr w:type="gramEnd"/>
      <w:r w:rsidR="00A54B6C" w:rsidRPr="00A54B6C">
        <w:rPr>
          <w:rFonts w:cs="Arial"/>
          <w:color w:val="EE0000"/>
          <w:sz w:val="20"/>
          <w:szCs w:val="20"/>
        </w:rPr>
        <w:t xml:space="preserve"> June</w:t>
      </w:r>
      <w:r w:rsidR="00215797">
        <w:rPr>
          <w:rFonts w:cs="Arial"/>
          <w:color w:val="EE0000"/>
          <w:sz w:val="20"/>
          <w:szCs w:val="20"/>
        </w:rPr>
        <w:t xml:space="preserve"> 2026</w:t>
      </w:r>
    </w:p>
    <w:p w14:paraId="031E3795" w14:textId="5CAAC6E6" w:rsidR="004902BF" w:rsidRPr="00A04FBD" w:rsidRDefault="00AA3686" w:rsidP="005E6812">
      <w:pPr>
        <w:spacing w:before="160" w:line="240" w:lineRule="auto"/>
        <w:jc w:val="center"/>
        <w:rPr>
          <w:rFonts w:cs="Arial"/>
          <w:sz w:val="20"/>
          <w:szCs w:val="20"/>
        </w:rPr>
      </w:pPr>
      <w:r w:rsidRPr="00A04FBD">
        <w:rPr>
          <w:rFonts w:cs="Arial"/>
          <w:sz w:val="20"/>
          <w:szCs w:val="20"/>
        </w:rPr>
        <w:t xml:space="preserve">Members are hereby </w:t>
      </w:r>
      <w:proofErr w:type="gramStart"/>
      <w:r w:rsidRPr="00A04FBD">
        <w:rPr>
          <w:rFonts w:cs="Arial"/>
          <w:sz w:val="20"/>
          <w:szCs w:val="20"/>
        </w:rPr>
        <w:t>summoned</w:t>
      </w:r>
      <w:proofErr w:type="gramEnd"/>
      <w:r w:rsidRPr="00A04FBD">
        <w:rPr>
          <w:rFonts w:cs="Arial"/>
          <w:sz w:val="20"/>
          <w:szCs w:val="20"/>
        </w:rPr>
        <w:t xml:space="preserve"> to attend a MEETING of </w:t>
      </w:r>
      <w:r w:rsidR="000C1711" w:rsidRPr="00A04FBD">
        <w:rPr>
          <w:rFonts w:cs="Arial"/>
          <w:sz w:val="20"/>
          <w:szCs w:val="20"/>
        </w:rPr>
        <w:t xml:space="preserve">the </w:t>
      </w:r>
      <w:r w:rsidR="005E0475" w:rsidRPr="00A04FBD">
        <w:rPr>
          <w:rFonts w:cs="Arial"/>
          <w:sz w:val="20"/>
          <w:szCs w:val="20"/>
        </w:rPr>
        <w:t>PLANNING</w:t>
      </w:r>
      <w:r w:rsidR="000C1711" w:rsidRPr="00A04FBD">
        <w:rPr>
          <w:rFonts w:cs="Arial"/>
          <w:sz w:val="20"/>
          <w:szCs w:val="20"/>
        </w:rPr>
        <w:t xml:space="preserve"> COMMITTEE of </w:t>
      </w:r>
      <w:r w:rsidRPr="00A04FBD">
        <w:rPr>
          <w:rFonts w:cs="Arial"/>
          <w:sz w:val="20"/>
          <w:szCs w:val="20"/>
        </w:rPr>
        <w:t>PAGHAM PARISH COUNCIL to transact the business detailed below.</w:t>
      </w:r>
    </w:p>
    <w:p w14:paraId="111C21D7" w14:textId="042E667B" w:rsidR="00CF48CB" w:rsidRPr="00A04FBD" w:rsidRDefault="00AA3686" w:rsidP="0029420C">
      <w:pPr>
        <w:spacing w:line="240" w:lineRule="auto"/>
        <w:jc w:val="center"/>
        <w:rPr>
          <w:rFonts w:cs="Arial"/>
          <w:sz w:val="20"/>
          <w:szCs w:val="20"/>
        </w:rPr>
      </w:pPr>
      <w:r w:rsidRPr="00A04FBD">
        <w:rPr>
          <w:rFonts w:cs="Arial"/>
          <w:sz w:val="20"/>
          <w:szCs w:val="20"/>
        </w:rPr>
        <w:t>Members of the Public and Press are welcome and encouraged to attend.</w:t>
      </w:r>
    </w:p>
    <w:p w14:paraId="7F4AE4CB" w14:textId="7C04D30F" w:rsidR="00CF48CB" w:rsidRPr="00345D4A" w:rsidRDefault="00AA3686" w:rsidP="00345D4A">
      <w:pPr>
        <w:pStyle w:val="Heading2"/>
        <w:jc w:val="center"/>
        <w:rPr>
          <w:sz w:val="52"/>
          <w:szCs w:val="52"/>
        </w:rPr>
      </w:pPr>
      <w:r w:rsidRPr="00345D4A">
        <w:rPr>
          <w:sz w:val="52"/>
          <w:szCs w:val="52"/>
        </w:rPr>
        <w:t>Agenda</w:t>
      </w:r>
    </w:p>
    <w:p w14:paraId="75498AD3" w14:textId="77777777" w:rsidR="00CD60A4" w:rsidRPr="00463C36" w:rsidRDefault="000877E8" w:rsidP="00CD60A4">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Apologies from Members.</w:t>
      </w:r>
    </w:p>
    <w:p w14:paraId="6F4B9C56" w14:textId="77777777" w:rsidR="00CD60A4" w:rsidRPr="00463C36" w:rsidRDefault="00CD60A4" w:rsidP="00CD60A4">
      <w:pPr>
        <w:widowControl w:val="0"/>
        <w:overflowPunct w:val="0"/>
        <w:autoSpaceDE w:val="0"/>
        <w:autoSpaceDN w:val="0"/>
        <w:adjustRightInd w:val="0"/>
        <w:spacing w:after="0" w:line="287" w:lineRule="atLeast"/>
        <w:ind w:left="360"/>
        <w:rPr>
          <w:rFonts w:cs="Arial"/>
          <w:b/>
          <w:color w:val="000000"/>
          <w:sz w:val="20"/>
          <w:szCs w:val="20"/>
        </w:rPr>
      </w:pPr>
    </w:p>
    <w:p w14:paraId="177324F1" w14:textId="215FB265" w:rsidR="000877E8" w:rsidRPr="00463C36" w:rsidRDefault="000877E8" w:rsidP="00CD60A4">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sz w:val="20"/>
          <w:szCs w:val="20"/>
        </w:rPr>
        <w:t xml:space="preserve">To receive declarations of interest by </w:t>
      </w:r>
      <w:proofErr w:type="spellStart"/>
      <w:r w:rsidRPr="00463C36">
        <w:rPr>
          <w:rFonts w:cs="Arial"/>
          <w:b/>
          <w:sz w:val="20"/>
          <w:szCs w:val="20"/>
        </w:rPr>
        <w:t>Councillors</w:t>
      </w:r>
      <w:proofErr w:type="spellEnd"/>
      <w:r w:rsidRPr="00463C36">
        <w:rPr>
          <w:rFonts w:cs="Arial"/>
          <w:b/>
          <w:sz w:val="20"/>
          <w:szCs w:val="20"/>
        </w:rPr>
        <w:t xml:space="preserve"> on any of the agenda items below.</w:t>
      </w:r>
      <w:r w:rsidRPr="00463C36">
        <w:rPr>
          <w:rFonts w:cs="Arial"/>
          <w:b/>
          <w:bCs/>
          <w:color w:val="000000"/>
          <w:sz w:val="20"/>
          <w:szCs w:val="20"/>
        </w:rPr>
        <w:t xml:space="preserve"> </w:t>
      </w:r>
    </w:p>
    <w:p w14:paraId="375CEF38" w14:textId="77777777" w:rsidR="000877E8" w:rsidRPr="00463C36" w:rsidRDefault="000877E8" w:rsidP="00463C36">
      <w:pPr>
        <w:pStyle w:val="ListParagraph"/>
        <w:spacing w:after="0" w:line="240" w:lineRule="auto"/>
        <w:rPr>
          <w:rFonts w:cs="Arial"/>
          <w:b/>
          <w:color w:val="000000"/>
          <w:sz w:val="20"/>
          <w:szCs w:val="20"/>
        </w:rPr>
      </w:pPr>
    </w:p>
    <w:p w14:paraId="0351FDA1" w14:textId="77777777" w:rsidR="000877E8" w:rsidRPr="00463C36" w:rsidRDefault="000877E8" w:rsidP="000877E8">
      <w:pPr>
        <w:widowControl w:val="0"/>
        <w:numPr>
          <w:ilvl w:val="0"/>
          <w:numId w:val="10"/>
        </w:numPr>
        <w:overflowPunct w:val="0"/>
        <w:autoSpaceDE w:val="0"/>
        <w:autoSpaceDN w:val="0"/>
        <w:adjustRightInd w:val="0"/>
        <w:spacing w:after="0" w:line="287" w:lineRule="atLeast"/>
        <w:rPr>
          <w:rFonts w:cs="Arial"/>
          <w:bCs/>
          <w:i/>
          <w:iCs/>
          <w:color w:val="000000"/>
          <w:sz w:val="20"/>
          <w:szCs w:val="20"/>
        </w:rPr>
      </w:pPr>
      <w:r w:rsidRPr="00463C36">
        <w:rPr>
          <w:rFonts w:cs="Arial"/>
          <w:b/>
          <w:color w:val="000000"/>
          <w:sz w:val="20"/>
          <w:szCs w:val="20"/>
        </w:rPr>
        <w:t xml:space="preserve">Public Session </w:t>
      </w:r>
      <w:r w:rsidRPr="00463C36">
        <w:rPr>
          <w:rFonts w:cs="Arial"/>
          <w:bCs/>
          <w:i/>
          <w:iCs/>
          <w:color w:val="000000"/>
          <w:sz w:val="20"/>
          <w:szCs w:val="20"/>
        </w:rPr>
        <w:t>(this will be limited to 10 minutes)</w:t>
      </w:r>
    </w:p>
    <w:p w14:paraId="7B7BCB7F" w14:textId="77777777" w:rsidR="000877E8" w:rsidRPr="00463C36" w:rsidRDefault="000877E8" w:rsidP="00CD60A4">
      <w:pPr>
        <w:widowControl w:val="0"/>
        <w:overflowPunct w:val="0"/>
        <w:autoSpaceDE w:val="0"/>
        <w:autoSpaceDN w:val="0"/>
        <w:adjustRightInd w:val="0"/>
        <w:spacing w:after="0" w:line="287" w:lineRule="atLeast"/>
        <w:ind w:left="360"/>
        <w:rPr>
          <w:rFonts w:cs="Arial"/>
          <w:b/>
          <w:color w:val="000000"/>
          <w:sz w:val="20"/>
          <w:szCs w:val="20"/>
        </w:rPr>
      </w:pPr>
    </w:p>
    <w:p w14:paraId="573AC850" w14:textId="77777777" w:rsidR="000877E8" w:rsidRPr="00463C36" w:rsidRDefault="000877E8" w:rsidP="000877E8">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 xml:space="preserve">To receive and approve the minutes of the Planning Committee meeting held on 26th May 2026 </w:t>
      </w:r>
      <w:r w:rsidRPr="00463C36">
        <w:rPr>
          <w:rFonts w:cs="Arial"/>
          <w:bCs/>
          <w:i/>
          <w:iCs/>
          <w:color w:val="000000"/>
          <w:sz w:val="20"/>
          <w:szCs w:val="20"/>
        </w:rPr>
        <w:t>(previously issued)</w:t>
      </w:r>
      <w:r w:rsidRPr="00463C36">
        <w:rPr>
          <w:rFonts w:cs="Arial"/>
          <w:b/>
          <w:color w:val="000000"/>
          <w:sz w:val="20"/>
          <w:szCs w:val="20"/>
        </w:rPr>
        <w:t xml:space="preserve">.  </w:t>
      </w:r>
    </w:p>
    <w:p w14:paraId="05239BAE" w14:textId="77777777" w:rsidR="000877E8" w:rsidRPr="00463C36" w:rsidRDefault="000877E8" w:rsidP="00CD60A4">
      <w:pPr>
        <w:widowControl w:val="0"/>
        <w:overflowPunct w:val="0"/>
        <w:autoSpaceDE w:val="0"/>
        <w:autoSpaceDN w:val="0"/>
        <w:adjustRightInd w:val="0"/>
        <w:spacing w:after="0" w:line="287" w:lineRule="atLeast"/>
        <w:ind w:left="360"/>
        <w:rPr>
          <w:rFonts w:cs="Arial"/>
          <w:b/>
          <w:color w:val="000000"/>
          <w:sz w:val="20"/>
          <w:szCs w:val="20"/>
        </w:rPr>
      </w:pPr>
    </w:p>
    <w:p w14:paraId="421803EE" w14:textId="77777777" w:rsidR="000877E8" w:rsidRPr="00463C36" w:rsidRDefault="000877E8" w:rsidP="000877E8">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 xml:space="preserve">Matters arising from the previous Minutes </w:t>
      </w:r>
      <w:r w:rsidRPr="00463C36">
        <w:rPr>
          <w:rFonts w:cs="Arial"/>
          <w:bCs/>
          <w:i/>
          <w:iCs/>
          <w:color w:val="000000"/>
          <w:sz w:val="20"/>
          <w:szCs w:val="20"/>
        </w:rPr>
        <w:t>(this is for information sharing purposes only)</w:t>
      </w:r>
      <w:r w:rsidRPr="00463C36">
        <w:rPr>
          <w:rFonts w:cs="Arial"/>
          <w:b/>
          <w:color w:val="000000"/>
          <w:sz w:val="20"/>
          <w:szCs w:val="20"/>
        </w:rPr>
        <w:tab/>
      </w:r>
      <w:r w:rsidRPr="00463C36">
        <w:rPr>
          <w:rFonts w:cs="Arial"/>
          <w:b/>
          <w:color w:val="000000"/>
          <w:sz w:val="20"/>
          <w:szCs w:val="20"/>
        </w:rPr>
        <w:tab/>
      </w:r>
    </w:p>
    <w:p w14:paraId="09E07BFA" w14:textId="77777777" w:rsidR="000877E8" w:rsidRPr="00463C36" w:rsidRDefault="000877E8" w:rsidP="000877E8">
      <w:pPr>
        <w:widowControl w:val="0"/>
        <w:numPr>
          <w:ilvl w:val="0"/>
          <w:numId w:val="10"/>
        </w:numPr>
        <w:overflowPunct w:val="0"/>
        <w:autoSpaceDE w:val="0"/>
        <w:autoSpaceDN w:val="0"/>
        <w:adjustRightInd w:val="0"/>
        <w:spacing w:after="0" w:line="287" w:lineRule="atLeast"/>
        <w:rPr>
          <w:rFonts w:cs="Arial"/>
          <w:bCs/>
          <w:i/>
          <w:iCs/>
          <w:color w:val="000000"/>
          <w:sz w:val="20"/>
          <w:szCs w:val="20"/>
        </w:rPr>
      </w:pPr>
      <w:r w:rsidRPr="00463C36">
        <w:rPr>
          <w:rFonts w:cs="Arial"/>
          <w:b/>
          <w:color w:val="000000"/>
          <w:sz w:val="20"/>
          <w:szCs w:val="20"/>
        </w:rPr>
        <w:t xml:space="preserve">Planning applications: </w:t>
      </w:r>
      <w:r w:rsidRPr="00463C36">
        <w:rPr>
          <w:rFonts w:cs="Arial"/>
          <w:bCs/>
          <w:i/>
          <w:iCs/>
          <w:color w:val="000000"/>
          <w:sz w:val="20"/>
          <w:szCs w:val="20"/>
        </w:rPr>
        <w:t xml:space="preserve">To consider responses to Planning Applications which have been submitted to Arun District Council and to delegate to the Parish Clerk to respond to each application. </w:t>
      </w:r>
    </w:p>
    <w:p w14:paraId="0400E7FC" w14:textId="36AB5F26" w:rsidR="000877E8" w:rsidRPr="00463C36" w:rsidRDefault="000877E8" w:rsidP="00373B6E">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P/66/26/PL – Land to the North of Nyetimber Forge Barton Close Pagham PO21 4NH – Retention of resurfacing of land to form a permeable gravel area (resubmission following P/165/25/PL).  This application may affect the setting of a listed building and is in CIL Zone 4 (Zero Rated) as other development.</w:t>
      </w:r>
    </w:p>
    <w:p w14:paraId="31D070EF" w14:textId="77777777" w:rsidR="000877E8" w:rsidRPr="00463C36" w:rsidRDefault="000877E8" w:rsidP="00373B6E">
      <w:pPr>
        <w:widowControl w:val="0"/>
        <w:overflowPunct w:val="0"/>
        <w:autoSpaceDE w:val="0"/>
        <w:autoSpaceDN w:val="0"/>
        <w:adjustRightInd w:val="0"/>
        <w:spacing w:after="0" w:line="287" w:lineRule="atLeast"/>
        <w:ind w:left="360"/>
        <w:rPr>
          <w:rFonts w:cs="Arial"/>
          <w:b/>
          <w:color w:val="000000"/>
          <w:sz w:val="20"/>
          <w:szCs w:val="20"/>
        </w:rPr>
      </w:pPr>
    </w:p>
    <w:p w14:paraId="7FCC4B36" w14:textId="77777777" w:rsidR="00373B6E" w:rsidRPr="00463C36" w:rsidRDefault="000877E8" w:rsidP="00373B6E">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P/56/26/PL – Land to the West of Inglenook Hotel 255 Pagham Road Pagham PO21 3QB.  Demolition of existing storage buildings and construction of 6No dwellings and associated works (resubmission following P/43/25/PL).  This application is a departure from the Development Plan and is in CIL Zone 5 and is CIL liable as new dwellings.</w:t>
      </w:r>
    </w:p>
    <w:p w14:paraId="5B6E5E9C" w14:textId="77777777" w:rsidR="00373B6E" w:rsidRPr="00463C36" w:rsidRDefault="00373B6E" w:rsidP="00373B6E">
      <w:pPr>
        <w:widowControl w:val="0"/>
        <w:overflowPunct w:val="0"/>
        <w:autoSpaceDE w:val="0"/>
        <w:autoSpaceDN w:val="0"/>
        <w:adjustRightInd w:val="0"/>
        <w:spacing w:after="0" w:line="287" w:lineRule="atLeast"/>
        <w:ind w:left="360"/>
        <w:rPr>
          <w:rFonts w:cs="Arial"/>
          <w:b/>
          <w:color w:val="000000"/>
          <w:sz w:val="20"/>
          <w:szCs w:val="20"/>
        </w:rPr>
      </w:pPr>
    </w:p>
    <w:p w14:paraId="48B01C21" w14:textId="77777777" w:rsidR="00373B6E" w:rsidRPr="00463C36" w:rsidRDefault="000877E8" w:rsidP="00373B6E">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 xml:space="preserve">P/64/26/HH – 11 Barons Mead Pagham PO21 4SF.  Rear single </w:t>
      </w:r>
      <w:proofErr w:type="spellStart"/>
      <w:r w:rsidRPr="00463C36">
        <w:rPr>
          <w:rFonts w:cs="Arial"/>
          <w:b/>
          <w:color w:val="000000"/>
          <w:sz w:val="20"/>
          <w:szCs w:val="20"/>
        </w:rPr>
        <w:t>storey</w:t>
      </w:r>
      <w:proofErr w:type="spellEnd"/>
      <w:r w:rsidRPr="00463C36">
        <w:rPr>
          <w:rFonts w:cs="Arial"/>
          <w:b/>
          <w:color w:val="000000"/>
          <w:sz w:val="20"/>
          <w:szCs w:val="20"/>
        </w:rPr>
        <w:t xml:space="preserve"> extension.</w:t>
      </w:r>
    </w:p>
    <w:p w14:paraId="2733E8B2" w14:textId="77777777" w:rsidR="00373B6E" w:rsidRPr="00463C36" w:rsidRDefault="00373B6E" w:rsidP="00373B6E">
      <w:pPr>
        <w:widowControl w:val="0"/>
        <w:overflowPunct w:val="0"/>
        <w:autoSpaceDE w:val="0"/>
        <w:autoSpaceDN w:val="0"/>
        <w:adjustRightInd w:val="0"/>
        <w:spacing w:after="0" w:line="287" w:lineRule="atLeast"/>
        <w:ind w:left="360"/>
        <w:rPr>
          <w:rFonts w:cs="Arial"/>
          <w:b/>
          <w:color w:val="000000"/>
          <w:sz w:val="20"/>
          <w:szCs w:val="20"/>
        </w:rPr>
      </w:pPr>
    </w:p>
    <w:p w14:paraId="70D51EF0" w14:textId="751BDB11" w:rsidR="000877E8" w:rsidRPr="00463C36" w:rsidRDefault="000877E8" w:rsidP="00373B6E">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P/11/26/PL – Pagham Beach Amusements 1 Beach Road and 129 East Front Road Pagham PO21 4SL.  Part change of use roof existing amusement arcade to manager accommodation alongside associated extension and alterations.  This application is in CIL Zone 4 and is CIL liable as a new dwelling.  AMENDED DESCRIPTION</w:t>
      </w:r>
    </w:p>
    <w:p w14:paraId="3B10D992" w14:textId="77777777" w:rsidR="000877E8" w:rsidRPr="00463C36" w:rsidRDefault="000877E8" w:rsidP="00373B6E">
      <w:pPr>
        <w:widowControl w:val="0"/>
        <w:overflowPunct w:val="0"/>
        <w:autoSpaceDE w:val="0"/>
        <w:autoSpaceDN w:val="0"/>
        <w:adjustRightInd w:val="0"/>
        <w:spacing w:after="0" w:line="287" w:lineRule="atLeast"/>
        <w:ind w:left="360"/>
        <w:rPr>
          <w:rFonts w:cs="Arial"/>
          <w:b/>
          <w:color w:val="000000"/>
          <w:sz w:val="20"/>
          <w:szCs w:val="20"/>
        </w:rPr>
      </w:pPr>
      <w:r w:rsidRPr="00463C36">
        <w:rPr>
          <w:rFonts w:cs="Arial"/>
          <w:b/>
          <w:color w:val="000000"/>
          <w:sz w:val="20"/>
          <w:szCs w:val="20"/>
        </w:rPr>
        <w:tab/>
      </w:r>
    </w:p>
    <w:p w14:paraId="10777D99" w14:textId="77777777" w:rsidR="000877E8" w:rsidRPr="00463C36" w:rsidRDefault="000877E8" w:rsidP="000877E8">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 xml:space="preserve">To note any decisions confirmed by Arun DC </w:t>
      </w:r>
    </w:p>
    <w:p w14:paraId="531A1BF7" w14:textId="77777777" w:rsidR="000877E8" w:rsidRPr="00463C36" w:rsidRDefault="000877E8" w:rsidP="00373B6E">
      <w:pPr>
        <w:widowControl w:val="0"/>
        <w:overflowPunct w:val="0"/>
        <w:autoSpaceDE w:val="0"/>
        <w:autoSpaceDN w:val="0"/>
        <w:adjustRightInd w:val="0"/>
        <w:spacing w:after="0" w:line="287" w:lineRule="atLeast"/>
        <w:ind w:left="360"/>
        <w:rPr>
          <w:rFonts w:cs="Arial"/>
          <w:b/>
          <w:color w:val="000000"/>
          <w:sz w:val="20"/>
          <w:szCs w:val="20"/>
        </w:rPr>
      </w:pPr>
    </w:p>
    <w:p w14:paraId="2BAFB437" w14:textId="77777777" w:rsidR="000877E8" w:rsidRPr="00463C36" w:rsidRDefault="000877E8" w:rsidP="00CD60A4">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 xml:space="preserve">Enforcement &amp; ADC Planning Committees </w:t>
      </w:r>
      <w:r w:rsidRPr="00463C36">
        <w:rPr>
          <w:rFonts w:cs="Arial"/>
          <w:bCs/>
          <w:i/>
          <w:iCs/>
          <w:color w:val="000000"/>
          <w:sz w:val="20"/>
          <w:szCs w:val="20"/>
        </w:rPr>
        <w:t>receive any updates &amp; consider any issues</w:t>
      </w:r>
      <w:r w:rsidRPr="00463C36">
        <w:rPr>
          <w:rFonts w:cs="Arial"/>
          <w:b/>
          <w:color w:val="000000"/>
          <w:sz w:val="20"/>
          <w:szCs w:val="20"/>
        </w:rPr>
        <w:t>.</w:t>
      </w:r>
    </w:p>
    <w:p w14:paraId="0EA16186" w14:textId="77777777" w:rsidR="000877E8" w:rsidRPr="00463C36" w:rsidRDefault="000877E8" w:rsidP="00373B6E">
      <w:pPr>
        <w:widowControl w:val="0"/>
        <w:overflowPunct w:val="0"/>
        <w:autoSpaceDE w:val="0"/>
        <w:autoSpaceDN w:val="0"/>
        <w:adjustRightInd w:val="0"/>
        <w:spacing w:after="0" w:line="287" w:lineRule="atLeast"/>
        <w:rPr>
          <w:rFonts w:cs="Arial"/>
          <w:b/>
          <w:color w:val="000000"/>
          <w:sz w:val="20"/>
          <w:szCs w:val="20"/>
        </w:rPr>
      </w:pPr>
    </w:p>
    <w:p w14:paraId="7998F2D2" w14:textId="2B803F81" w:rsidR="00B75CD6" w:rsidRPr="00463C36" w:rsidRDefault="000877E8" w:rsidP="00CD60A4">
      <w:pPr>
        <w:widowControl w:val="0"/>
        <w:numPr>
          <w:ilvl w:val="0"/>
          <w:numId w:val="10"/>
        </w:numPr>
        <w:overflowPunct w:val="0"/>
        <w:autoSpaceDE w:val="0"/>
        <w:autoSpaceDN w:val="0"/>
        <w:adjustRightInd w:val="0"/>
        <w:spacing w:after="0" w:line="287" w:lineRule="atLeast"/>
        <w:rPr>
          <w:rFonts w:cs="Arial"/>
          <w:bCs/>
          <w:i/>
          <w:iCs/>
          <w:color w:val="000000"/>
          <w:sz w:val="20"/>
          <w:szCs w:val="20"/>
        </w:rPr>
      </w:pPr>
      <w:r w:rsidRPr="00463C36">
        <w:rPr>
          <w:rFonts w:cs="Arial"/>
          <w:b/>
          <w:color w:val="000000"/>
          <w:sz w:val="20"/>
          <w:szCs w:val="20"/>
        </w:rPr>
        <w:t xml:space="preserve">Discharge of conditions applications </w:t>
      </w:r>
      <w:r w:rsidRPr="00463C36">
        <w:rPr>
          <w:rFonts w:cs="Arial"/>
          <w:bCs/>
          <w:i/>
          <w:iCs/>
          <w:color w:val="000000"/>
          <w:sz w:val="20"/>
          <w:szCs w:val="20"/>
        </w:rPr>
        <w:t>to receive details of discharge of conditions applications under consideration for strategic or larger sites which may be of interest to the Committee</w:t>
      </w:r>
      <w:r w:rsidR="00463C36" w:rsidRPr="00463C36">
        <w:rPr>
          <w:rFonts w:cs="Arial"/>
          <w:bCs/>
          <w:i/>
          <w:iCs/>
          <w:color w:val="000000"/>
          <w:sz w:val="20"/>
          <w:szCs w:val="20"/>
        </w:rPr>
        <w:t>.</w:t>
      </w:r>
    </w:p>
    <w:p w14:paraId="56D7F3AC" w14:textId="77777777" w:rsidR="00CD60A4" w:rsidRPr="00463C36" w:rsidRDefault="00CD60A4" w:rsidP="00373B6E">
      <w:pPr>
        <w:widowControl w:val="0"/>
        <w:overflowPunct w:val="0"/>
        <w:autoSpaceDE w:val="0"/>
        <w:autoSpaceDN w:val="0"/>
        <w:adjustRightInd w:val="0"/>
        <w:spacing w:after="0" w:line="287" w:lineRule="atLeast"/>
        <w:rPr>
          <w:rFonts w:cs="Arial"/>
          <w:b/>
          <w:color w:val="000000"/>
          <w:sz w:val="20"/>
          <w:szCs w:val="20"/>
        </w:rPr>
      </w:pPr>
    </w:p>
    <w:p w14:paraId="3D1769C9" w14:textId="39D5DAB6" w:rsidR="00F041C3" w:rsidRPr="00463C36" w:rsidRDefault="00B75CD6" w:rsidP="00CD60A4">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463C36">
        <w:rPr>
          <w:rFonts w:cs="Arial"/>
          <w:b/>
          <w:color w:val="000000"/>
          <w:sz w:val="20"/>
          <w:szCs w:val="20"/>
        </w:rPr>
        <w:t xml:space="preserve">To note the date of the next </w:t>
      </w:r>
      <w:r w:rsidR="00DB134D" w:rsidRPr="00463C36">
        <w:rPr>
          <w:rFonts w:cs="Arial"/>
          <w:b/>
          <w:color w:val="000000"/>
          <w:sz w:val="20"/>
          <w:szCs w:val="20"/>
        </w:rPr>
        <w:t>meeting</w:t>
      </w:r>
    </w:p>
    <w:p w14:paraId="2D24EDB6" w14:textId="77777777" w:rsidR="00463C36" w:rsidRPr="00463C36" w:rsidRDefault="00463C36" w:rsidP="00DB134D">
      <w:pPr>
        <w:spacing w:after="80" w:line="240" w:lineRule="auto"/>
        <w:ind w:left="360"/>
        <w:jc w:val="right"/>
        <w:rPr>
          <w:rFonts w:cs="Arial"/>
          <w:b/>
          <w:color w:val="000000"/>
          <w:sz w:val="20"/>
          <w:szCs w:val="20"/>
        </w:rPr>
      </w:pPr>
    </w:p>
    <w:p w14:paraId="747B6A80" w14:textId="77777777" w:rsidR="00463C36" w:rsidRPr="00463C36" w:rsidRDefault="00463C36" w:rsidP="00DB134D">
      <w:pPr>
        <w:spacing w:after="80" w:line="240" w:lineRule="auto"/>
        <w:ind w:left="360"/>
        <w:jc w:val="right"/>
        <w:rPr>
          <w:rFonts w:cs="Arial"/>
          <w:b/>
          <w:color w:val="000000"/>
          <w:sz w:val="20"/>
          <w:szCs w:val="20"/>
        </w:rPr>
      </w:pPr>
    </w:p>
    <w:p w14:paraId="7DF48E42" w14:textId="7CC03342" w:rsidR="004902BF" w:rsidRPr="00463C36" w:rsidRDefault="004902BF" w:rsidP="00DB134D">
      <w:pPr>
        <w:spacing w:after="80" w:line="240" w:lineRule="auto"/>
        <w:ind w:left="360"/>
        <w:jc w:val="right"/>
        <w:rPr>
          <w:rFonts w:cs="Arial"/>
          <w:b/>
          <w:color w:val="000000"/>
        </w:rPr>
      </w:pPr>
      <w:r w:rsidRPr="00463C36">
        <w:rPr>
          <w:rFonts w:cs="Arial"/>
          <w:b/>
          <w:color w:val="000000"/>
        </w:rPr>
        <w:t xml:space="preserve">Signed: </w:t>
      </w:r>
      <w:r w:rsidRPr="00463C36">
        <w:rPr>
          <w:rFonts w:ascii="Brush Script MT" w:hAnsi="Brush Script MT" w:cs="Arial"/>
          <w:b/>
          <w:color w:val="000000"/>
          <w:sz w:val="32"/>
          <w:szCs w:val="32"/>
        </w:rPr>
        <w:t>Nicola Swann</w:t>
      </w:r>
      <w:r w:rsidRPr="00463C36">
        <w:rPr>
          <w:rFonts w:cs="Arial"/>
          <w:b/>
          <w:color w:val="000000"/>
          <w:sz w:val="32"/>
          <w:szCs w:val="32"/>
        </w:rPr>
        <w:t xml:space="preserve"> </w:t>
      </w:r>
      <w:r w:rsidRPr="00463C36">
        <w:rPr>
          <w:rFonts w:cs="Arial"/>
          <w:b/>
          <w:color w:val="000000"/>
        </w:rPr>
        <w:t>– Clerk to the Council</w:t>
      </w:r>
    </w:p>
    <w:sectPr w:rsidR="004902BF" w:rsidRPr="00463C36" w:rsidSect="00275428">
      <w:pgSz w:w="12240" w:h="15840"/>
      <w:pgMar w:top="851" w:right="1183" w:bottom="42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BC5C1A"/>
    <w:multiLevelType w:val="multilevel"/>
    <w:tmpl w:val="7A04788A"/>
    <w:lvl w:ilvl="0">
      <w:start w:val="1"/>
      <w:numFmt w:val="decimal"/>
      <w:lvlText w:val="%1."/>
      <w:lvlJc w:val="left"/>
      <w:pPr>
        <w:ind w:left="360" w:hanging="360"/>
      </w:pPr>
      <w:rPr>
        <w:b/>
        <w:bCs w:val="0"/>
        <w:i w:val="0"/>
        <w:iCs w:val="0"/>
      </w:rPr>
    </w:lvl>
    <w:lvl w:ilvl="1">
      <w:start w:val="1"/>
      <w:numFmt w:val="decimal"/>
      <w:lvlText w:val="%1.%2."/>
      <w:lvlJc w:val="left"/>
      <w:pPr>
        <w:ind w:left="716"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7E04B19"/>
    <w:multiLevelType w:val="multilevel"/>
    <w:tmpl w:val="3AC4D89C"/>
    <w:lvl w:ilvl="0">
      <w:start w:val="8"/>
      <w:numFmt w:val="decimal"/>
      <w:lvlText w:val="%1."/>
      <w:lvlJc w:val="left"/>
      <w:pPr>
        <w:tabs>
          <w:tab w:val="num" w:pos="720"/>
        </w:tabs>
        <w:ind w:left="720" w:hanging="360"/>
      </w:pPr>
      <w:rPr>
        <w:rFonts w:hint="default"/>
        <w:b/>
        <w:bCs w:val="0"/>
        <w:i w:val="0"/>
        <w:iCs w:val="0"/>
      </w:rPr>
    </w:lvl>
    <w:lvl w:ilvl="1">
      <w:start w:val="8"/>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E9E50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3E371E2"/>
    <w:multiLevelType w:val="multilevel"/>
    <w:tmpl w:val="3DCAC6C8"/>
    <w:lvl w:ilvl="0">
      <w:start w:val="1"/>
      <w:numFmt w:val="decimal"/>
      <w:lvlText w:val="%1."/>
      <w:lvlJc w:val="left"/>
      <w:pPr>
        <w:ind w:left="360" w:hanging="360"/>
      </w:pPr>
      <w:rPr>
        <w:rFonts w:ascii="Arial" w:hAnsi="Arial" w:cs="Arial" w:hint="default"/>
        <w:b/>
        <w:i w:val="0"/>
        <w:sz w:val="22"/>
        <w:szCs w:val="22"/>
      </w:rPr>
    </w:lvl>
    <w:lvl w:ilvl="1">
      <w:start w:val="1"/>
      <w:numFmt w:val="decimal"/>
      <w:isLgl/>
      <w:lvlText w:val="%1.%2"/>
      <w:lvlJc w:val="left"/>
      <w:pPr>
        <w:ind w:left="1778" w:hanging="360"/>
      </w:pPr>
      <w:rPr>
        <w:rFonts w:hint="default"/>
        <w:b/>
        <w:i w:val="0"/>
        <w:sz w:val="20"/>
        <w:szCs w:val="20"/>
      </w:rPr>
    </w:lvl>
    <w:lvl w:ilvl="2">
      <w:start w:val="1"/>
      <w:numFmt w:val="decimal"/>
      <w:isLgl/>
      <w:lvlText w:val="%1.%2.%3"/>
      <w:lvlJc w:val="left"/>
      <w:pPr>
        <w:ind w:left="1775" w:hanging="720"/>
      </w:pPr>
      <w:rPr>
        <w:rFonts w:hint="default"/>
        <w:b/>
      </w:rPr>
    </w:lvl>
    <w:lvl w:ilvl="3">
      <w:start w:val="1"/>
      <w:numFmt w:val="decimal"/>
      <w:isLgl/>
      <w:lvlText w:val="%1.%2.%3.%4"/>
      <w:lvlJc w:val="left"/>
      <w:pPr>
        <w:ind w:left="1981" w:hanging="720"/>
      </w:pPr>
      <w:rPr>
        <w:rFonts w:hint="default"/>
        <w:b/>
      </w:rPr>
    </w:lvl>
    <w:lvl w:ilvl="4">
      <w:start w:val="1"/>
      <w:numFmt w:val="decimal"/>
      <w:isLgl/>
      <w:lvlText w:val="%1.%2.%3.%4.%5"/>
      <w:lvlJc w:val="left"/>
      <w:pPr>
        <w:ind w:left="2547" w:hanging="1080"/>
      </w:pPr>
      <w:rPr>
        <w:rFonts w:hint="default"/>
        <w:b/>
      </w:rPr>
    </w:lvl>
    <w:lvl w:ilvl="5">
      <w:start w:val="1"/>
      <w:numFmt w:val="decimal"/>
      <w:isLgl/>
      <w:lvlText w:val="%1.%2.%3.%4.%5.%6"/>
      <w:lvlJc w:val="left"/>
      <w:pPr>
        <w:ind w:left="2753" w:hanging="1080"/>
      </w:pPr>
      <w:rPr>
        <w:rFonts w:hint="default"/>
        <w:b/>
      </w:rPr>
    </w:lvl>
    <w:lvl w:ilvl="6">
      <w:start w:val="1"/>
      <w:numFmt w:val="decimal"/>
      <w:isLgl/>
      <w:lvlText w:val="%1.%2.%3.%4.%5.%6.%7"/>
      <w:lvlJc w:val="left"/>
      <w:pPr>
        <w:ind w:left="3319" w:hanging="1440"/>
      </w:pPr>
      <w:rPr>
        <w:rFonts w:hint="default"/>
        <w:b/>
      </w:rPr>
    </w:lvl>
    <w:lvl w:ilvl="7">
      <w:start w:val="1"/>
      <w:numFmt w:val="decimal"/>
      <w:isLgl/>
      <w:lvlText w:val="%1.%2.%3.%4.%5.%6.%7.%8"/>
      <w:lvlJc w:val="left"/>
      <w:pPr>
        <w:ind w:left="3525" w:hanging="1440"/>
      </w:pPr>
      <w:rPr>
        <w:rFonts w:hint="default"/>
        <w:b/>
      </w:rPr>
    </w:lvl>
    <w:lvl w:ilvl="8">
      <w:start w:val="1"/>
      <w:numFmt w:val="decimal"/>
      <w:isLgl/>
      <w:lvlText w:val="%1.%2.%3.%4.%5.%6.%7.%8.%9"/>
      <w:lvlJc w:val="left"/>
      <w:pPr>
        <w:ind w:left="4091" w:hanging="1800"/>
      </w:pPr>
      <w:rPr>
        <w:rFonts w:hint="default"/>
        <w:b/>
      </w:rPr>
    </w:lvl>
  </w:abstractNum>
  <w:abstractNum w:abstractNumId="13" w15:restartNumberingAfterBreak="0">
    <w:nsid w:val="70121F9B"/>
    <w:multiLevelType w:val="hybridMultilevel"/>
    <w:tmpl w:val="79227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958035">
    <w:abstractNumId w:val="8"/>
  </w:num>
  <w:num w:numId="2" w16cid:durableId="1509977971">
    <w:abstractNumId w:val="6"/>
  </w:num>
  <w:num w:numId="3" w16cid:durableId="1076972816">
    <w:abstractNumId w:val="5"/>
  </w:num>
  <w:num w:numId="4" w16cid:durableId="838427989">
    <w:abstractNumId w:val="4"/>
  </w:num>
  <w:num w:numId="5" w16cid:durableId="819083197">
    <w:abstractNumId w:val="7"/>
  </w:num>
  <w:num w:numId="6" w16cid:durableId="208611903">
    <w:abstractNumId w:val="3"/>
  </w:num>
  <w:num w:numId="7" w16cid:durableId="2137916909">
    <w:abstractNumId w:val="2"/>
  </w:num>
  <w:num w:numId="8" w16cid:durableId="954752855">
    <w:abstractNumId w:val="1"/>
  </w:num>
  <w:num w:numId="9" w16cid:durableId="520436716">
    <w:abstractNumId w:val="0"/>
  </w:num>
  <w:num w:numId="10" w16cid:durableId="1463428717">
    <w:abstractNumId w:val="9"/>
  </w:num>
  <w:num w:numId="11" w16cid:durableId="1119101958">
    <w:abstractNumId w:val="10"/>
  </w:num>
  <w:num w:numId="12" w16cid:durableId="1454517469">
    <w:abstractNumId w:val="11"/>
  </w:num>
  <w:num w:numId="13" w16cid:durableId="1430853544">
    <w:abstractNumId w:val="12"/>
  </w:num>
  <w:num w:numId="14" w16cid:durableId="13709126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7E8"/>
    <w:rsid w:val="000C1711"/>
    <w:rsid w:val="000D2F3B"/>
    <w:rsid w:val="000E2D60"/>
    <w:rsid w:val="00124D0E"/>
    <w:rsid w:val="0015074B"/>
    <w:rsid w:val="00166687"/>
    <w:rsid w:val="00215797"/>
    <w:rsid w:val="002159C2"/>
    <w:rsid w:val="0025155F"/>
    <w:rsid w:val="00260F9D"/>
    <w:rsid w:val="00275428"/>
    <w:rsid w:val="0029420C"/>
    <w:rsid w:val="0029639D"/>
    <w:rsid w:val="00326F90"/>
    <w:rsid w:val="00345D4A"/>
    <w:rsid w:val="00373B6E"/>
    <w:rsid w:val="003D3706"/>
    <w:rsid w:val="00463C36"/>
    <w:rsid w:val="004902BF"/>
    <w:rsid w:val="0053528E"/>
    <w:rsid w:val="00554F78"/>
    <w:rsid w:val="00561E56"/>
    <w:rsid w:val="005A661C"/>
    <w:rsid w:val="005E0475"/>
    <w:rsid w:val="005E6812"/>
    <w:rsid w:val="006B7D46"/>
    <w:rsid w:val="006D5E9C"/>
    <w:rsid w:val="00741F99"/>
    <w:rsid w:val="008A7A23"/>
    <w:rsid w:val="00940E85"/>
    <w:rsid w:val="009C6A19"/>
    <w:rsid w:val="00A04FBD"/>
    <w:rsid w:val="00A30409"/>
    <w:rsid w:val="00A54B6C"/>
    <w:rsid w:val="00AA1D8D"/>
    <w:rsid w:val="00AA3686"/>
    <w:rsid w:val="00AE57B8"/>
    <w:rsid w:val="00B47730"/>
    <w:rsid w:val="00B75CD6"/>
    <w:rsid w:val="00BC1F8D"/>
    <w:rsid w:val="00BF293E"/>
    <w:rsid w:val="00C15CC4"/>
    <w:rsid w:val="00CB0664"/>
    <w:rsid w:val="00CD60A4"/>
    <w:rsid w:val="00CF48CB"/>
    <w:rsid w:val="00D30B0B"/>
    <w:rsid w:val="00DB134D"/>
    <w:rsid w:val="00DD0993"/>
    <w:rsid w:val="00EA5A7C"/>
    <w:rsid w:val="00EC3BCD"/>
    <w:rsid w:val="00F041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FBAC1"/>
  <w14:defaultImageDpi w14:val="33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7</cp:revision>
  <dcterms:created xsi:type="dcterms:W3CDTF">2026-09-21T11:41:00Z</dcterms:created>
  <dcterms:modified xsi:type="dcterms:W3CDTF">2026-09-21T11:46:00Z</dcterms:modified>
  <cp:category/>
</cp:coreProperties>
</file>