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B61CF" w14:textId="77777777" w:rsidR="00270F4F" w:rsidRDefault="00C04199">
      <w:pPr>
        <w:pStyle w:val="Heading1"/>
        <w:jc w:val="center"/>
      </w:pPr>
      <w:r>
        <w:t>PAGHAM PARISH COUNCIL</w:t>
      </w:r>
    </w:p>
    <w:p w14:paraId="4EB3FA3F" w14:textId="72F76B48" w:rsidR="00270F4F" w:rsidRDefault="00C04199">
      <w:pPr>
        <w:jc w:val="center"/>
      </w:pPr>
      <w:r>
        <w:rPr>
          <w:b/>
        </w:rPr>
        <w:t>Tel: 01243-266424 | E-mail: clerk@paghamparishcouncil.gov.uk</w:t>
      </w:r>
      <w:r>
        <w:rPr>
          <w:b/>
        </w:rPr>
        <w:br/>
      </w:r>
    </w:p>
    <w:p w14:paraId="699417A1" w14:textId="77777777" w:rsidR="00270F4F" w:rsidRDefault="00C04199">
      <w:pPr>
        <w:pStyle w:val="Heading2"/>
      </w:pPr>
      <w:r>
        <w:t>Meeting Details</w:t>
      </w:r>
    </w:p>
    <w:p w14:paraId="715B6609" w14:textId="1CB36652" w:rsidR="00270F4F" w:rsidRPr="008B6D00" w:rsidRDefault="00C04199">
      <w:pPr>
        <w:rPr>
          <w:sz w:val="20"/>
          <w:szCs w:val="20"/>
        </w:rPr>
      </w:pPr>
      <w:r>
        <w:rPr>
          <w:b/>
        </w:rPr>
        <w:t xml:space="preserve">• </w:t>
      </w:r>
      <w:r w:rsidRPr="008B6D00">
        <w:rPr>
          <w:b/>
          <w:sz w:val="20"/>
          <w:szCs w:val="20"/>
        </w:rPr>
        <w:t xml:space="preserve">Date and Time: </w:t>
      </w:r>
      <w:r w:rsidRPr="008B6D00">
        <w:rPr>
          <w:sz w:val="20"/>
          <w:szCs w:val="20"/>
        </w:rPr>
        <w:t>Tuesday 2</w:t>
      </w:r>
      <w:r w:rsidR="009A6C2F" w:rsidRPr="008B6D00">
        <w:rPr>
          <w:sz w:val="20"/>
          <w:szCs w:val="20"/>
        </w:rPr>
        <w:t>6</w:t>
      </w:r>
      <w:r w:rsidRPr="008B6D00">
        <w:rPr>
          <w:sz w:val="20"/>
          <w:szCs w:val="20"/>
        </w:rPr>
        <w:t xml:space="preserve">th </w:t>
      </w:r>
      <w:r w:rsidR="00897E12" w:rsidRPr="008B6D00">
        <w:rPr>
          <w:sz w:val="20"/>
          <w:szCs w:val="20"/>
        </w:rPr>
        <w:t>May</w:t>
      </w:r>
      <w:r w:rsidRPr="008B6D00">
        <w:rPr>
          <w:sz w:val="20"/>
          <w:szCs w:val="20"/>
        </w:rPr>
        <w:t xml:space="preserve"> 2026 at 7.</w:t>
      </w:r>
      <w:r w:rsidR="00897E12" w:rsidRPr="008B6D00">
        <w:rPr>
          <w:sz w:val="20"/>
          <w:szCs w:val="20"/>
        </w:rPr>
        <w:t>1</w:t>
      </w:r>
      <w:r w:rsidRPr="008B6D00">
        <w:rPr>
          <w:sz w:val="20"/>
          <w:szCs w:val="20"/>
        </w:rPr>
        <w:t>5pm</w:t>
      </w:r>
      <w:r w:rsidRPr="008B6D00">
        <w:rPr>
          <w:sz w:val="20"/>
          <w:szCs w:val="20"/>
        </w:rPr>
        <w:br/>
      </w:r>
      <w:r w:rsidRPr="008B6D00">
        <w:rPr>
          <w:b/>
          <w:sz w:val="20"/>
          <w:szCs w:val="20"/>
        </w:rPr>
        <w:t xml:space="preserve">• Venue: </w:t>
      </w:r>
      <w:r w:rsidRPr="008B6D00">
        <w:rPr>
          <w:sz w:val="20"/>
          <w:szCs w:val="20"/>
        </w:rPr>
        <w:t>The Small Hall, Pagham Village Hall, Pagham Road, Pagham, PO21 4NJ</w:t>
      </w:r>
      <w:r w:rsidRPr="008B6D00">
        <w:rPr>
          <w:sz w:val="20"/>
          <w:szCs w:val="20"/>
        </w:rPr>
        <w:br/>
      </w:r>
      <w:r w:rsidRPr="008B6D00">
        <w:rPr>
          <w:b/>
          <w:sz w:val="20"/>
          <w:szCs w:val="20"/>
        </w:rPr>
        <w:t xml:space="preserve">• Present: </w:t>
      </w:r>
      <w:r w:rsidRPr="008B6D00">
        <w:rPr>
          <w:sz w:val="20"/>
          <w:szCs w:val="20"/>
        </w:rPr>
        <w:t xml:space="preserve">Councillors Mr P Atkins, Mrs J Behr, Mr J Carr, Mrs D Hall, </w:t>
      </w:r>
      <w:r w:rsidR="00897E12" w:rsidRPr="008B6D00">
        <w:rPr>
          <w:sz w:val="20"/>
          <w:szCs w:val="20"/>
        </w:rPr>
        <w:t xml:space="preserve">Mrs P Hilton, </w:t>
      </w:r>
      <w:r w:rsidRPr="008B6D00">
        <w:rPr>
          <w:sz w:val="20"/>
          <w:szCs w:val="20"/>
        </w:rPr>
        <w:t>Mr M Howard, Mr D Huntley, Mr I Manion &amp; Ms R Palmer</w:t>
      </w:r>
      <w:r w:rsidRPr="008B6D00">
        <w:rPr>
          <w:sz w:val="20"/>
          <w:szCs w:val="20"/>
        </w:rPr>
        <w:br/>
      </w:r>
      <w:r w:rsidRPr="008B6D00">
        <w:rPr>
          <w:b/>
          <w:sz w:val="20"/>
          <w:szCs w:val="20"/>
        </w:rPr>
        <w:t xml:space="preserve">• In Attendance: </w:t>
      </w:r>
      <w:r w:rsidRPr="008B6D00">
        <w:rPr>
          <w:sz w:val="20"/>
          <w:szCs w:val="20"/>
        </w:rPr>
        <w:t>Mrs Nicola Swann (Clerk &amp; RFO)</w:t>
      </w:r>
    </w:p>
    <w:p w14:paraId="5A664C59" w14:textId="18DBAB62" w:rsidR="00270F4F" w:rsidRPr="00AC71DA" w:rsidRDefault="00701CD6">
      <w:pPr>
        <w:pStyle w:val="Heading2"/>
        <w:rPr>
          <w:szCs w:val="28"/>
        </w:rPr>
      </w:pPr>
      <w:r w:rsidRPr="00AC71DA">
        <w:rPr>
          <w:szCs w:val="28"/>
        </w:rPr>
        <w:t>Minutes of the Planning Meeting</w:t>
      </w:r>
    </w:p>
    <w:p w14:paraId="10BEBE2C" w14:textId="77777777" w:rsidR="00B70FFC" w:rsidRPr="008B6D00" w:rsidRDefault="00B70FFC" w:rsidP="003D35FE">
      <w:pPr>
        <w:pStyle w:val="ListParagraph"/>
        <w:rPr>
          <w:sz w:val="20"/>
          <w:szCs w:val="20"/>
        </w:rPr>
      </w:pPr>
    </w:p>
    <w:p w14:paraId="448B01D3" w14:textId="77777777" w:rsidR="00C71E36" w:rsidRPr="00C71E36" w:rsidRDefault="00C71E36" w:rsidP="003B45C4">
      <w:pPr>
        <w:pStyle w:val="ListParagraph"/>
        <w:numPr>
          <w:ilvl w:val="0"/>
          <w:numId w:val="14"/>
        </w:numPr>
        <w:rPr>
          <w:b/>
          <w:bCs/>
          <w:sz w:val="20"/>
          <w:szCs w:val="20"/>
        </w:rPr>
      </w:pPr>
      <w:r w:rsidRPr="00C71E36">
        <w:rPr>
          <w:b/>
          <w:bCs/>
          <w:sz w:val="20"/>
          <w:szCs w:val="20"/>
        </w:rPr>
        <w:t>Apologies from Members</w:t>
      </w:r>
    </w:p>
    <w:p w14:paraId="23D1E262" w14:textId="77777777" w:rsidR="00C71E36" w:rsidRPr="00C71E36" w:rsidRDefault="00C71E36" w:rsidP="00E71F28">
      <w:pPr>
        <w:pStyle w:val="ListParagraph"/>
        <w:numPr>
          <w:ilvl w:val="1"/>
          <w:numId w:val="14"/>
        </w:numPr>
        <w:ind w:left="0" w:firstLine="0"/>
        <w:rPr>
          <w:sz w:val="20"/>
          <w:szCs w:val="20"/>
        </w:rPr>
      </w:pPr>
      <w:r w:rsidRPr="00C71E36">
        <w:rPr>
          <w:sz w:val="20"/>
          <w:szCs w:val="20"/>
        </w:rPr>
        <w:t>Cllr Mr P Cooper</w:t>
      </w:r>
    </w:p>
    <w:p w14:paraId="45E67E34" w14:textId="77777777" w:rsidR="00C71E36" w:rsidRPr="00C71E36" w:rsidRDefault="00C71E36" w:rsidP="00E71F28">
      <w:pPr>
        <w:pStyle w:val="ListParagraph"/>
        <w:ind w:left="0"/>
        <w:rPr>
          <w:b/>
          <w:bCs/>
          <w:sz w:val="20"/>
          <w:szCs w:val="20"/>
        </w:rPr>
      </w:pPr>
    </w:p>
    <w:p w14:paraId="36845800" w14:textId="77777777" w:rsidR="00C71E36" w:rsidRPr="00C71E36" w:rsidRDefault="00C71E36" w:rsidP="00E71F28">
      <w:pPr>
        <w:pStyle w:val="ListParagraph"/>
        <w:numPr>
          <w:ilvl w:val="0"/>
          <w:numId w:val="14"/>
        </w:numPr>
        <w:ind w:left="0" w:firstLine="0"/>
        <w:rPr>
          <w:b/>
          <w:bCs/>
          <w:sz w:val="20"/>
          <w:szCs w:val="20"/>
        </w:rPr>
      </w:pPr>
      <w:r w:rsidRPr="00C71E36">
        <w:rPr>
          <w:b/>
          <w:bCs/>
          <w:sz w:val="20"/>
          <w:szCs w:val="20"/>
        </w:rPr>
        <w:t xml:space="preserve">To receive declarations of interest by Councillors on any of the agenda items below. </w:t>
      </w:r>
    </w:p>
    <w:p w14:paraId="0E30B9F1" w14:textId="77777777" w:rsidR="00C71E36" w:rsidRPr="00C71E36" w:rsidRDefault="00C71E36" w:rsidP="00E71F28">
      <w:pPr>
        <w:pStyle w:val="ListParagraph"/>
        <w:numPr>
          <w:ilvl w:val="1"/>
          <w:numId w:val="14"/>
        </w:numPr>
        <w:ind w:left="0" w:firstLine="0"/>
        <w:rPr>
          <w:sz w:val="20"/>
          <w:szCs w:val="20"/>
        </w:rPr>
      </w:pPr>
      <w:r w:rsidRPr="00C71E36">
        <w:rPr>
          <w:sz w:val="20"/>
          <w:szCs w:val="20"/>
        </w:rPr>
        <w:t xml:space="preserve">Cllr Mr Huntley, in his capacity as Arun District Councillor, gave the following declaration “I will be considering the matter before me, having regard only to such information as placed before the Parish Council. If I come to consider the matter again at the District Council further information will be available and I will consider all the information available at that </w:t>
      </w:r>
      <w:proofErr w:type="gramStart"/>
      <w:r w:rsidRPr="00C71E36">
        <w:rPr>
          <w:sz w:val="20"/>
          <w:szCs w:val="20"/>
        </w:rPr>
        <w:t>time</w:t>
      </w:r>
      <w:proofErr w:type="gramEnd"/>
      <w:r w:rsidRPr="00C71E36">
        <w:rPr>
          <w:sz w:val="20"/>
          <w:szCs w:val="20"/>
        </w:rPr>
        <w:t xml:space="preserve"> and I may come to a different decision”.</w:t>
      </w:r>
    </w:p>
    <w:p w14:paraId="5DC0168F" w14:textId="6AFAEE70" w:rsidR="00C71E36" w:rsidRPr="00C71E36" w:rsidRDefault="00C71E36" w:rsidP="00E71F28">
      <w:pPr>
        <w:pStyle w:val="ListParagraph"/>
        <w:numPr>
          <w:ilvl w:val="1"/>
          <w:numId w:val="14"/>
        </w:numPr>
        <w:ind w:left="0" w:firstLine="0"/>
        <w:rPr>
          <w:sz w:val="20"/>
          <w:szCs w:val="20"/>
        </w:rPr>
      </w:pPr>
      <w:r w:rsidRPr="00C71E36">
        <w:rPr>
          <w:sz w:val="20"/>
          <w:szCs w:val="20"/>
        </w:rPr>
        <w:t xml:space="preserve">Cllr </w:t>
      </w:r>
      <w:proofErr w:type="spellStart"/>
      <w:r w:rsidRPr="00C71E36">
        <w:rPr>
          <w:sz w:val="20"/>
          <w:szCs w:val="20"/>
        </w:rPr>
        <w:t>Ms</w:t>
      </w:r>
      <w:proofErr w:type="spellEnd"/>
      <w:r w:rsidRPr="00C71E36">
        <w:rPr>
          <w:sz w:val="20"/>
          <w:szCs w:val="20"/>
        </w:rPr>
        <w:t xml:space="preserve"> Palmer declared a personal interest in item 6.1 and took no part in the debate.</w:t>
      </w:r>
    </w:p>
    <w:p w14:paraId="2D2E5C45" w14:textId="77777777" w:rsidR="00C71E36" w:rsidRPr="00C71E36" w:rsidRDefault="00C71E36" w:rsidP="00E71F28">
      <w:pPr>
        <w:pStyle w:val="ListParagraph"/>
        <w:ind w:left="0"/>
        <w:rPr>
          <w:b/>
          <w:bCs/>
          <w:sz w:val="20"/>
          <w:szCs w:val="20"/>
        </w:rPr>
      </w:pPr>
    </w:p>
    <w:p w14:paraId="66968141" w14:textId="77777777" w:rsidR="00C71E36" w:rsidRPr="00C71E36" w:rsidRDefault="00C71E36" w:rsidP="00E71F28">
      <w:pPr>
        <w:pStyle w:val="ListParagraph"/>
        <w:numPr>
          <w:ilvl w:val="0"/>
          <w:numId w:val="14"/>
        </w:numPr>
        <w:ind w:left="0" w:firstLine="0"/>
        <w:rPr>
          <w:i/>
          <w:iCs/>
          <w:sz w:val="20"/>
          <w:szCs w:val="20"/>
        </w:rPr>
      </w:pPr>
      <w:r w:rsidRPr="00C71E36">
        <w:rPr>
          <w:b/>
          <w:bCs/>
          <w:sz w:val="20"/>
          <w:szCs w:val="20"/>
        </w:rPr>
        <w:t xml:space="preserve">Public Session </w:t>
      </w:r>
      <w:r w:rsidRPr="00C71E36">
        <w:rPr>
          <w:i/>
          <w:iCs/>
          <w:sz w:val="20"/>
          <w:szCs w:val="20"/>
        </w:rPr>
        <w:t xml:space="preserve">Questions and comments from Members of the Public Present </w:t>
      </w:r>
    </w:p>
    <w:p w14:paraId="36E991AD" w14:textId="77777777" w:rsidR="00C71E36" w:rsidRPr="00C71E36" w:rsidRDefault="00C71E36" w:rsidP="00E71F28">
      <w:pPr>
        <w:pStyle w:val="ListParagraph"/>
        <w:numPr>
          <w:ilvl w:val="1"/>
          <w:numId w:val="14"/>
        </w:numPr>
        <w:ind w:left="0" w:firstLine="0"/>
        <w:rPr>
          <w:sz w:val="20"/>
          <w:szCs w:val="20"/>
        </w:rPr>
      </w:pPr>
      <w:r w:rsidRPr="00C71E36">
        <w:rPr>
          <w:sz w:val="20"/>
          <w:szCs w:val="20"/>
        </w:rPr>
        <w:t>12 members of the public were present.</w:t>
      </w:r>
    </w:p>
    <w:p w14:paraId="39866560" w14:textId="77777777" w:rsidR="00C71E36" w:rsidRPr="00C71E36" w:rsidRDefault="00C71E36" w:rsidP="00E71F28">
      <w:pPr>
        <w:pStyle w:val="ListParagraph"/>
        <w:ind w:left="0"/>
        <w:rPr>
          <w:b/>
          <w:bCs/>
          <w:sz w:val="20"/>
          <w:szCs w:val="20"/>
        </w:rPr>
      </w:pPr>
    </w:p>
    <w:p w14:paraId="73EBF14F" w14:textId="77777777" w:rsidR="00C71E36" w:rsidRPr="00C71E36" w:rsidRDefault="00C71E36" w:rsidP="00E71F28">
      <w:pPr>
        <w:pStyle w:val="ListParagraph"/>
        <w:numPr>
          <w:ilvl w:val="0"/>
          <w:numId w:val="14"/>
        </w:numPr>
        <w:ind w:left="0" w:firstLine="0"/>
        <w:rPr>
          <w:b/>
          <w:bCs/>
          <w:sz w:val="20"/>
          <w:szCs w:val="20"/>
        </w:rPr>
      </w:pPr>
      <w:r w:rsidRPr="00C71E36">
        <w:rPr>
          <w:b/>
          <w:bCs/>
          <w:sz w:val="20"/>
          <w:szCs w:val="20"/>
        </w:rPr>
        <w:t>To receive and approve the minutes of the Planning Committee meeting held on 26th May 2026 (previously issued)</w:t>
      </w:r>
    </w:p>
    <w:p w14:paraId="3D9550F2" w14:textId="77777777" w:rsidR="00C71E36" w:rsidRPr="00C71E36" w:rsidRDefault="00C71E36" w:rsidP="00E71F28">
      <w:pPr>
        <w:pStyle w:val="ListParagraph"/>
        <w:numPr>
          <w:ilvl w:val="1"/>
          <w:numId w:val="14"/>
        </w:numPr>
        <w:ind w:left="0" w:firstLine="0"/>
        <w:rPr>
          <w:sz w:val="20"/>
          <w:szCs w:val="20"/>
        </w:rPr>
      </w:pPr>
      <w:r w:rsidRPr="00C71E36">
        <w:rPr>
          <w:sz w:val="20"/>
          <w:szCs w:val="20"/>
        </w:rPr>
        <w:t xml:space="preserve">It was RESOLVED to APPROVE the Minutes, and the Chairman was </w:t>
      </w:r>
      <w:proofErr w:type="spellStart"/>
      <w:r w:rsidRPr="00C71E36">
        <w:rPr>
          <w:sz w:val="20"/>
          <w:szCs w:val="20"/>
        </w:rPr>
        <w:t>authorised</w:t>
      </w:r>
      <w:proofErr w:type="spellEnd"/>
      <w:r w:rsidRPr="00C71E36">
        <w:rPr>
          <w:sz w:val="20"/>
          <w:szCs w:val="20"/>
        </w:rPr>
        <w:t xml:space="preserve"> to sign them as an accurate record of that meeting.  </w:t>
      </w:r>
    </w:p>
    <w:p w14:paraId="244F2776" w14:textId="77777777" w:rsidR="00C71E36" w:rsidRPr="00C71E36" w:rsidRDefault="00C71E36" w:rsidP="00E71F28">
      <w:pPr>
        <w:pStyle w:val="ListParagraph"/>
        <w:ind w:left="0"/>
        <w:rPr>
          <w:b/>
          <w:bCs/>
          <w:sz w:val="20"/>
          <w:szCs w:val="20"/>
        </w:rPr>
      </w:pPr>
    </w:p>
    <w:p w14:paraId="0BA9A1A7" w14:textId="77777777" w:rsidR="00C71E36" w:rsidRPr="00C71E36" w:rsidRDefault="00C71E36" w:rsidP="00E71F28">
      <w:pPr>
        <w:pStyle w:val="ListParagraph"/>
        <w:numPr>
          <w:ilvl w:val="0"/>
          <w:numId w:val="14"/>
        </w:numPr>
        <w:ind w:left="0" w:firstLine="0"/>
        <w:rPr>
          <w:b/>
          <w:bCs/>
          <w:sz w:val="20"/>
          <w:szCs w:val="20"/>
        </w:rPr>
      </w:pPr>
      <w:r w:rsidRPr="00C71E36">
        <w:rPr>
          <w:b/>
          <w:bCs/>
          <w:sz w:val="20"/>
          <w:szCs w:val="20"/>
        </w:rPr>
        <w:t>Matters arising from the Minutes</w:t>
      </w:r>
    </w:p>
    <w:p w14:paraId="14809757" w14:textId="68612A62" w:rsidR="00C71E36" w:rsidRDefault="00C71E36" w:rsidP="00E71F28">
      <w:pPr>
        <w:pStyle w:val="ListParagraph"/>
        <w:numPr>
          <w:ilvl w:val="1"/>
          <w:numId w:val="14"/>
        </w:numPr>
        <w:ind w:left="0" w:firstLine="0"/>
        <w:rPr>
          <w:sz w:val="20"/>
          <w:szCs w:val="20"/>
        </w:rPr>
      </w:pPr>
      <w:r w:rsidRPr="003B45C4">
        <w:rPr>
          <w:sz w:val="20"/>
          <w:szCs w:val="20"/>
        </w:rPr>
        <w:t>Non</w:t>
      </w:r>
      <w:r w:rsidR="0078734F">
        <w:rPr>
          <w:sz w:val="20"/>
          <w:szCs w:val="20"/>
        </w:rPr>
        <w:t>e</w:t>
      </w:r>
    </w:p>
    <w:p w14:paraId="147AD4CA" w14:textId="77777777" w:rsidR="0078734F" w:rsidRPr="003B45C4" w:rsidRDefault="0078734F" w:rsidP="00E71F28">
      <w:pPr>
        <w:pStyle w:val="ListParagraph"/>
        <w:ind w:left="0"/>
        <w:rPr>
          <w:sz w:val="20"/>
          <w:szCs w:val="20"/>
        </w:rPr>
      </w:pPr>
    </w:p>
    <w:p w14:paraId="243AA545" w14:textId="77777777" w:rsidR="00C71E36" w:rsidRPr="00C71E36" w:rsidRDefault="00C71E36" w:rsidP="00E71F28">
      <w:pPr>
        <w:pStyle w:val="ListParagraph"/>
        <w:numPr>
          <w:ilvl w:val="0"/>
          <w:numId w:val="14"/>
        </w:numPr>
        <w:ind w:left="0" w:firstLine="0"/>
        <w:rPr>
          <w:b/>
          <w:bCs/>
          <w:sz w:val="20"/>
          <w:szCs w:val="20"/>
        </w:rPr>
      </w:pPr>
      <w:r w:rsidRPr="00C71E36">
        <w:rPr>
          <w:b/>
          <w:bCs/>
          <w:sz w:val="20"/>
          <w:szCs w:val="20"/>
        </w:rPr>
        <w:t>Planning Applications</w:t>
      </w:r>
    </w:p>
    <w:p w14:paraId="78E31889" w14:textId="77777777" w:rsidR="00C71E36" w:rsidRPr="0078734F" w:rsidRDefault="00C71E36" w:rsidP="00E71F28">
      <w:pPr>
        <w:rPr>
          <w:sz w:val="20"/>
          <w:szCs w:val="20"/>
        </w:rPr>
      </w:pPr>
      <w:r w:rsidRPr="0078734F">
        <w:rPr>
          <w:sz w:val="20"/>
          <w:szCs w:val="20"/>
        </w:rPr>
        <w:t>To consider responses to Planning Applications which have been submitted to Arun District Council and to delegate to the Parish Clerk to respond to each application in accordance with the Parish Council’s resolution</w:t>
      </w:r>
    </w:p>
    <w:p w14:paraId="6BE8BFC5" w14:textId="41B37B1A" w:rsidR="00C71E36" w:rsidRPr="0078734F" w:rsidRDefault="00C71E36" w:rsidP="00E71F28">
      <w:pPr>
        <w:pStyle w:val="ListParagraph"/>
        <w:numPr>
          <w:ilvl w:val="1"/>
          <w:numId w:val="14"/>
        </w:numPr>
        <w:ind w:left="0" w:firstLine="0"/>
        <w:jc w:val="both"/>
        <w:rPr>
          <w:b/>
          <w:bCs/>
          <w:sz w:val="20"/>
          <w:szCs w:val="20"/>
        </w:rPr>
      </w:pPr>
      <w:r w:rsidRPr="00C71E36">
        <w:rPr>
          <w:b/>
          <w:bCs/>
          <w:sz w:val="20"/>
          <w:szCs w:val="20"/>
        </w:rPr>
        <w:t xml:space="preserve">P/66/26/PL – Land to the North of Nyetimber Forge Barton Close Pagham PO21 4NH – Retention of resurfacing of land to form a permeable gravel area (resubmission following P/165/25/PL).  This application may affect the setting of a listed building and is in CIL Zone 4 (Zero Rated) as other development.  </w:t>
      </w:r>
      <w:r w:rsidRPr="0078734F">
        <w:rPr>
          <w:b/>
          <w:bCs/>
          <w:sz w:val="20"/>
          <w:szCs w:val="20"/>
        </w:rPr>
        <w:t>RESOLVED</w:t>
      </w:r>
      <w:proofErr w:type="gramStart"/>
      <w:r w:rsidRPr="0078734F">
        <w:rPr>
          <w:b/>
          <w:bCs/>
          <w:sz w:val="20"/>
          <w:szCs w:val="20"/>
        </w:rPr>
        <w:t>:  NO</w:t>
      </w:r>
      <w:proofErr w:type="gramEnd"/>
      <w:r w:rsidRPr="0078734F">
        <w:rPr>
          <w:b/>
          <w:bCs/>
          <w:sz w:val="20"/>
          <w:szCs w:val="20"/>
        </w:rPr>
        <w:t xml:space="preserve"> OBJECTION</w:t>
      </w:r>
    </w:p>
    <w:p w14:paraId="5B11DBA8" w14:textId="77777777" w:rsidR="00C71E36" w:rsidRPr="00C71E36" w:rsidRDefault="00C71E36" w:rsidP="00E71F28">
      <w:pPr>
        <w:pStyle w:val="ListParagraph"/>
        <w:ind w:left="0"/>
        <w:jc w:val="both"/>
        <w:rPr>
          <w:b/>
          <w:bCs/>
          <w:sz w:val="20"/>
          <w:szCs w:val="20"/>
        </w:rPr>
      </w:pPr>
    </w:p>
    <w:p w14:paraId="31965DAF" w14:textId="33528006" w:rsidR="00C71E36" w:rsidRPr="0078734F" w:rsidRDefault="00C71E36" w:rsidP="00E71F28">
      <w:pPr>
        <w:pStyle w:val="ListParagraph"/>
        <w:numPr>
          <w:ilvl w:val="1"/>
          <w:numId w:val="14"/>
        </w:numPr>
        <w:ind w:left="0" w:firstLine="0"/>
        <w:rPr>
          <w:b/>
          <w:bCs/>
          <w:sz w:val="20"/>
          <w:szCs w:val="20"/>
        </w:rPr>
      </w:pPr>
      <w:r w:rsidRPr="00C71E36">
        <w:rPr>
          <w:b/>
          <w:bCs/>
          <w:sz w:val="20"/>
          <w:szCs w:val="20"/>
        </w:rPr>
        <w:t>P/56/26/PL – Land to the West of Inglenook Hotel 255 Pagham Road Pagham PO21 3QB.  Demolition of existing storage buildings and construction of 6No dwellings and associated works (resubmission following P/43/25/PL).  This application is a departure from the Development Plan and is in CIL Zone 5 and is CIL liable as new dwellings.</w:t>
      </w:r>
      <w:r w:rsidR="0078734F">
        <w:rPr>
          <w:b/>
          <w:bCs/>
          <w:sz w:val="20"/>
          <w:szCs w:val="20"/>
        </w:rPr>
        <w:t xml:space="preserve">  </w:t>
      </w:r>
      <w:r w:rsidRPr="0078734F">
        <w:rPr>
          <w:b/>
          <w:bCs/>
          <w:sz w:val="20"/>
          <w:szCs w:val="20"/>
        </w:rPr>
        <w:t>RESOLVED</w:t>
      </w:r>
      <w:proofErr w:type="gramStart"/>
      <w:r w:rsidRPr="0078734F">
        <w:rPr>
          <w:b/>
          <w:bCs/>
          <w:sz w:val="20"/>
          <w:szCs w:val="20"/>
        </w:rPr>
        <w:t>:  OBJECT</w:t>
      </w:r>
      <w:proofErr w:type="gramEnd"/>
    </w:p>
    <w:p w14:paraId="7094DBF6" w14:textId="77777777" w:rsidR="00C71E36" w:rsidRPr="0078734F" w:rsidRDefault="00C71E36" w:rsidP="0078734F">
      <w:pPr>
        <w:rPr>
          <w:b/>
          <w:bCs/>
          <w:sz w:val="20"/>
          <w:szCs w:val="20"/>
        </w:rPr>
      </w:pPr>
      <w:r w:rsidRPr="0078734F">
        <w:rPr>
          <w:b/>
          <w:bCs/>
          <w:sz w:val="20"/>
          <w:szCs w:val="20"/>
        </w:rPr>
        <w:t>Members raised the following concerns in relation to the application:</w:t>
      </w:r>
    </w:p>
    <w:p w14:paraId="19C760F5" w14:textId="77777777" w:rsidR="00C71E36" w:rsidRPr="00C71E36" w:rsidRDefault="00C71E36" w:rsidP="0078734F">
      <w:pPr>
        <w:pStyle w:val="ListParagraph"/>
        <w:numPr>
          <w:ilvl w:val="0"/>
          <w:numId w:val="18"/>
        </w:numPr>
        <w:rPr>
          <w:b/>
          <w:bCs/>
          <w:sz w:val="20"/>
          <w:szCs w:val="20"/>
        </w:rPr>
      </w:pPr>
      <w:r w:rsidRPr="00C71E36">
        <w:rPr>
          <w:b/>
          <w:bCs/>
          <w:sz w:val="20"/>
          <w:szCs w:val="20"/>
        </w:rPr>
        <w:t xml:space="preserve">Drainage – members were encouraged by the addition of green roofs and other measures to improve drainage on the site, but the requisite standard had still not been met and </w:t>
      </w:r>
      <w:r w:rsidRPr="00C71E36">
        <w:rPr>
          <w:b/>
          <w:bCs/>
          <w:sz w:val="20"/>
          <w:szCs w:val="20"/>
        </w:rPr>
        <w:lastRenderedPageBreak/>
        <w:t>would need to be considered in the planning balance.  The Council believes this should be given considerable weight.  There is no guarantee that future owners of the properties with the green roofs will not change the roofs for other materials, and it was not clear how any condition requiring them to keep the green roof would be enforced.</w:t>
      </w:r>
    </w:p>
    <w:p w14:paraId="10DF62C2" w14:textId="77777777" w:rsidR="00C71E36" w:rsidRPr="00C71E36" w:rsidRDefault="00C71E36" w:rsidP="0078734F">
      <w:pPr>
        <w:pStyle w:val="ListParagraph"/>
        <w:numPr>
          <w:ilvl w:val="0"/>
          <w:numId w:val="18"/>
        </w:numPr>
        <w:rPr>
          <w:b/>
          <w:bCs/>
          <w:sz w:val="20"/>
          <w:szCs w:val="20"/>
        </w:rPr>
      </w:pPr>
      <w:r w:rsidRPr="00C71E36">
        <w:rPr>
          <w:b/>
          <w:bCs/>
          <w:sz w:val="20"/>
          <w:szCs w:val="20"/>
        </w:rPr>
        <w:t>Members were very concerned to learn of the comments of the Platinum Gardens Management Company Ltd which had been submitted to Arun District Council, confirming that the roads to be used to access the new properties were in their ownership and no agreement had been reached to access the new properties.  Whilst this was not a planning issue, it was relevant to the deliverability of the site and should be given weight.  Similarly, we are aware from residents that the private sewer which the applicant plans to use already requires repairs after only 4 years of operation for the current 6 properties, and it is therefore debatable whether this connection is suitable for the proposed development.</w:t>
      </w:r>
    </w:p>
    <w:p w14:paraId="64DC7874" w14:textId="77777777" w:rsidR="00C71E36" w:rsidRPr="00C71E36" w:rsidRDefault="00C71E36" w:rsidP="0078734F">
      <w:pPr>
        <w:pStyle w:val="ListParagraph"/>
        <w:numPr>
          <w:ilvl w:val="0"/>
          <w:numId w:val="18"/>
        </w:numPr>
        <w:rPr>
          <w:b/>
          <w:bCs/>
          <w:sz w:val="20"/>
          <w:szCs w:val="20"/>
        </w:rPr>
      </w:pPr>
      <w:r w:rsidRPr="00C71E36">
        <w:rPr>
          <w:b/>
          <w:bCs/>
          <w:sz w:val="20"/>
          <w:szCs w:val="20"/>
        </w:rPr>
        <w:t xml:space="preserve">The management company also questioned whether the correct notice to </w:t>
      </w:r>
      <w:proofErr w:type="gramStart"/>
      <w:r w:rsidRPr="00C71E36">
        <w:rPr>
          <w:b/>
          <w:bCs/>
          <w:sz w:val="20"/>
          <w:szCs w:val="20"/>
        </w:rPr>
        <w:t>owners</w:t>
      </w:r>
      <w:proofErr w:type="gramEnd"/>
      <w:r w:rsidRPr="00C71E36">
        <w:rPr>
          <w:b/>
          <w:bCs/>
          <w:sz w:val="20"/>
          <w:szCs w:val="20"/>
        </w:rPr>
        <w:t xml:space="preserve"> process had been completed as it owned the access roads being relied on by the applicant and had not been duly notified.  This matter must be addressed before determination of this application.</w:t>
      </w:r>
    </w:p>
    <w:p w14:paraId="2884523F" w14:textId="77777777" w:rsidR="00465009" w:rsidRDefault="00C71E36" w:rsidP="00465009">
      <w:pPr>
        <w:pStyle w:val="ListParagraph"/>
        <w:numPr>
          <w:ilvl w:val="0"/>
          <w:numId w:val="18"/>
        </w:numPr>
        <w:rPr>
          <w:b/>
          <w:bCs/>
          <w:sz w:val="20"/>
          <w:szCs w:val="20"/>
        </w:rPr>
      </w:pPr>
      <w:r w:rsidRPr="00C71E36">
        <w:rPr>
          <w:b/>
          <w:bCs/>
          <w:sz w:val="20"/>
          <w:szCs w:val="20"/>
        </w:rPr>
        <w:t xml:space="preserve">If the LPA is minded </w:t>
      </w:r>
      <w:proofErr w:type="gramStart"/>
      <w:r w:rsidRPr="00C71E36">
        <w:rPr>
          <w:b/>
          <w:bCs/>
          <w:sz w:val="20"/>
          <w:szCs w:val="20"/>
        </w:rPr>
        <w:t>to approve</w:t>
      </w:r>
      <w:proofErr w:type="gramEnd"/>
      <w:r w:rsidRPr="00C71E36">
        <w:rPr>
          <w:b/>
          <w:bCs/>
          <w:sz w:val="20"/>
          <w:szCs w:val="20"/>
        </w:rPr>
        <w:t xml:space="preserve"> this application, consideration must be given to the route that deliveries will be made during construction.  The impact on residential amenity of taking vehicles through </w:t>
      </w:r>
      <w:proofErr w:type="spellStart"/>
      <w:r w:rsidRPr="00C71E36">
        <w:rPr>
          <w:b/>
          <w:bCs/>
          <w:sz w:val="20"/>
          <w:szCs w:val="20"/>
        </w:rPr>
        <w:t>Spinaker</w:t>
      </w:r>
      <w:proofErr w:type="spellEnd"/>
      <w:r w:rsidRPr="00C71E36">
        <w:rPr>
          <w:b/>
          <w:bCs/>
          <w:sz w:val="20"/>
          <w:szCs w:val="20"/>
        </w:rPr>
        <w:t xml:space="preserve"> View/Platinum Gardens would be unacceptable.  The access to the side of the Inglenook should be used exclusively.  Contractors should not be allowed to park in residential areas during the construction phase.</w:t>
      </w:r>
    </w:p>
    <w:p w14:paraId="4163577E" w14:textId="77777777" w:rsidR="00465009" w:rsidRDefault="00465009" w:rsidP="00465009">
      <w:pPr>
        <w:pStyle w:val="ListParagraph"/>
        <w:rPr>
          <w:b/>
          <w:bCs/>
          <w:sz w:val="20"/>
          <w:szCs w:val="20"/>
        </w:rPr>
      </w:pPr>
    </w:p>
    <w:p w14:paraId="36082DAC" w14:textId="067A9A76" w:rsidR="00C71E36" w:rsidRPr="00465009" w:rsidRDefault="00C71E36" w:rsidP="00465009">
      <w:pPr>
        <w:pStyle w:val="ListParagraph"/>
        <w:numPr>
          <w:ilvl w:val="1"/>
          <w:numId w:val="14"/>
        </w:numPr>
        <w:ind w:left="709" w:hanging="709"/>
        <w:rPr>
          <w:b/>
          <w:bCs/>
          <w:sz w:val="20"/>
          <w:szCs w:val="20"/>
        </w:rPr>
      </w:pPr>
      <w:r w:rsidRPr="00465009">
        <w:rPr>
          <w:b/>
          <w:bCs/>
          <w:sz w:val="20"/>
          <w:szCs w:val="20"/>
        </w:rPr>
        <w:t xml:space="preserve">P/64/26/HH – 11 Barons Mead Pagham PO21 4SF.  Rear single </w:t>
      </w:r>
      <w:proofErr w:type="spellStart"/>
      <w:r w:rsidRPr="00465009">
        <w:rPr>
          <w:b/>
          <w:bCs/>
          <w:sz w:val="20"/>
          <w:szCs w:val="20"/>
        </w:rPr>
        <w:t>storey</w:t>
      </w:r>
      <w:proofErr w:type="spellEnd"/>
      <w:r w:rsidRPr="00465009">
        <w:rPr>
          <w:b/>
          <w:bCs/>
          <w:sz w:val="20"/>
          <w:szCs w:val="20"/>
        </w:rPr>
        <w:t xml:space="preserve"> extension.  RESOLVED: NO OBJECTIONS</w:t>
      </w:r>
    </w:p>
    <w:p w14:paraId="72CCEAA2" w14:textId="77777777" w:rsidR="00C71E36" w:rsidRPr="00C71E36" w:rsidRDefault="00C71E36" w:rsidP="0078734F">
      <w:pPr>
        <w:pStyle w:val="ListParagraph"/>
        <w:ind w:left="360"/>
        <w:rPr>
          <w:b/>
          <w:bCs/>
          <w:sz w:val="20"/>
          <w:szCs w:val="20"/>
        </w:rPr>
      </w:pPr>
    </w:p>
    <w:p w14:paraId="3A52502C" w14:textId="3FA9049E" w:rsidR="00C71E36" w:rsidRPr="00C71E36" w:rsidRDefault="00C71E36" w:rsidP="00465009">
      <w:pPr>
        <w:pStyle w:val="ListParagraph"/>
        <w:numPr>
          <w:ilvl w:val="1"/>
          <w:numId w:val="14"/>
        </w:numPr>
        <w:ind w:left="709" w:hanging="709"/>
        <w:rPr>
          <w:b/>
          <w:bCs/>
          <w:sz w:val="20"/>
          <w:szCs w:val="20"/>
        </w:rPr>
      </w:pPr>
      <w:r w:rsidRPr="00C71E36">
        <w:rPr>
          <w:b/>
          <w:bCs/>
          <w:sz w:val="20"/>
          <w:szCs w:val="20"/>
        </w:rPr>
        <w:t>P/11/26/PL – Pagham Beach Amusements 1 Beach Road and 129 East Front Road Pagham PO21 4SL.  Part change of use roof existing amusement arcade to manager accommodation alongside associated extension and alterations.  This application is in CIL Zone 4 and is CIL liable as a new dwelling.  AMENDED DESCRIPTION RESOLVED: NO OBJECTIONS</w:t>
      </w:r>
    </w:p>
    <w:p w14:paraId="37442FEC" w14:textId="77777777" w:rsidR="00C71E36" w:rsidRPr="00C71E36" w:rsidRDefault="00C71E36" w:rsidP="00465009">
      <w:pPr>
        <w:pStyle w:val="ListParagraph"/>
        <w:ind w:left="709"/>
        <w:rPr>
          <w:b/>
          <w:bCs/>
          <w:sz w:val="20"/>
          <w:szCs w:val="20"/>
        </w:rPr>
      </w:pPr>
    </w:p>
    <w:p w14:paraId="4DEF3897" w14:textId="77777777" w:rsidR="00C71E36" w:rsidRPr="00C71E36" w:rsidRDefault="00C71E36" w:rsidP="00465009">
      <w:pPr>
        <w:pStyle w:val="ListParagraph"/>
        <w:numPr>
          <w:ilvl w:val="0"/>
          <w:numId w:val="14"/>
        </w:numPr>
        <w:rPr>
          <w:b/>
          <w:bCs/>
          <w:sz w:val="20"/>
          <w:szCs w:val="20"/>
        </w:rPr>
      </w:pPr>
      <w:r w:rsidRPr="00C71E36">
        <w:rPr>
          <w:b/>
          <w:bCs/>
          <w:sz w:val="20"/>
          <w:szCs w:val="20"/>
        </w:rPr>
        <w:t>To note any decisions confirmed by Arun DC</w:t>
      </w:r>
    </w:p>
    <w:p w14:paraId="11BA57E3" w14:textId="329F7597" w:rsidR="00C71E36" w:rsidRPr="00465009" w:rsidRDefault="00C71E36" w:rsidP="00465009">
      <w:pPr>
        <w:pStyle w:val="ListParagraph"/>
        <w:numPr>
          <w:ilvl w:val="1"/>
          <w:numId w:val="14"/>
        </w:numPr>
        <w:ind w:left="709" w:hanging="709"/>
        <w:rPr>
          <w:sz w:val="20"/>
          <w:szCs w:val="20"/>
        </w:rPr>
      </w:pPr>
      <w:r w:rsidRPr="00465009">
        <w:rPr>
          <w:sz w:val="20"/>
          <w:szCs w:val="20"/>
        </w:rPr>
        <w:t>P/176/25/PL – 5 Lion Road Pagham PO21 3JZ.  Change of use of C3 dwelling to a supported living home and the conversion of annex into 2No self-contained independent living units. PERMIT</w:t>
      </w:r>
    </w:p>
    <w:p w14:paraId="7A67FF20" w14:textId="77777777" w:rsidR="0078734F" w:rsidRPr="00465009" w:rsidRDefault="0078734F" w:rsidP="00465009">
      <w:pPr>
        <w:pStyle w:val="ListParagraph"/>
        <w:ind w:left="709"/>
        <w:rPr>
          <w:b/>
          <w:bCs/>
          <w:sz w:val="20"/>
          <w:szCs w:val="20"/>
        </w:rPr>
      </w:pPr>
    </w:p>
    <w:p w14:paraId="34CA4D06" w14:textId="77777777" w:rsidR="00C71E36" w:rsidRPr="00C71E36" w:rsidRDefault="00C71E36" w:rsidP="00C71E36">
      <w:pPr>
        <w:pStyle w:val="ListParagraph"/>
        <w:numPr>
          <w:ilvl w:val="0"/>
          <w:numId w:val="14"/>
        </w:numPr>
        <w:rPr>
          <w:b/>
          <w:bCs/>
          <w:sz w:val="20"/>
          <w:szCs w:val="20"/>
        </w:rPr>
      </w:pPr>
      <w:r w:rsidRPr="00C71E36">
        <w:rPr>
          <w:b/>
          <w:bCs/>
          <w:sz w:val="20"/>
          <w:szCs w:val="20"/>
        </w:rPr>
        <w:t>Enforcement &amp; ADC Planning Committee</w:t>
      </w:r>
    </w:p>
    <w:p w14:paraId="4FF9A370" w14:textId="77777777" w:rsidR="00C71E36" w:rsidRPr="0078734F" w:rsidRDefault="00C71E36" w:rsidP="0078734F">
      <w:pPr>
        <w:pStyle w:val="ListParagraph"/>
        <w:numPr>
          <w:ilvl w:val="1"/>
          <w:numId w:val="14"/>
        </w:numPr>
        <w:rPr>
          <w:sz w:val="20"/>
          <w:szCs w:val="20"/>
        </w:rPr>
      </w:pPr>
      <w:r w:rsidRPr="0078734F">
        <w:rPr>
          <w:sz w:val="20"/>
          <w:szCs w:val="20"/>
        </w:rPr>
        <w:t>None</w:t>
      </w:r>
    </w:p>
    <w:p w14:paraId="36FFEBBC" w14:textId="77777777" w:rsidR="00C71E36" w:rsidRPr="00C71E36" w:rsidRDefault="00C71E36" w:rsidP="0078734F">
      <w:pPr>
        <w:pStyle w:val="ListParagraph"/>
        <w:ind w:left="360"/>
        <w:rPr>
          <w:b/>
          <w:bCs/>
          <w:sz w:val="20"/>
          <w:szCs w:val="20"/>
        </w:rPr>
      </w:pPr>
    </w:p>
    <w:p w14:paraId="1303624B" w14:textId="77777777" w:rsidR="00C71E36" w:rsidRPr="00C71E36" w:rsidRDefault="00C71E36" w:rsidP="00C71E36">
      <w:pPr>
        <w:pStyle w:val="ListParagraph"/>
        <w:numPr>
          <w:ilvl w:val="0"/>
          <w:numId w:val="14"/>
        </w:numPr>
        <w:rPr>
          <w:b/>
          <w:bCs/>
          <w:sz w:val="20"/>
          <w:szCs w:val="20"/>
        </w:rPr>
      </w:pPr>
      <w:r w:rsidRPr="00C71E36">
        <w:rPr>
          <w:b/>
          <w:bCs/>
          <w:sz w:val="20"/>
          <w:szCs w:val="20"/>
        </w:rPr>
        <w:t xml:space="preserve">Discharge of conditions </w:t>
      </w:r>
      <w:r w:rsidRPr="0078734F">
        <w:rPr>
          <w:i/>
          <w:iCs/>
          <w:sz w:val="20"/>
          <w:szCs w:val="20"/>
        </w:rPr>
        <w:t>applications to receive details of discharge of conditions applications under consideration for strategic or larger sites which may be of interest to the Committee</w:t>
      </w:r>
    </w:p>
    <w:p w14:paraId="03DE864E" w14:textId="77777777" w:rsidR="00C71E36" w:rsidRPr="00C71E36" w:rsidRDefault="00C71E36" w:rsidP="00E71F28">
      <w:pPr>
        <w:pStyle w:val="ListParagraph"/>
        <w:numPr>
          <w:ilvl w:val="1"/>
          <w:numId w:val="14"/>
        </w:numPr>
        <w:ind w:left="0" w:firstLine="0"/>
        <w:rPr>
          <w:b/>
          <w:bCs/>
          <w:sz w:val="20"/>
          <w:szCs w:val="20"/>
        </w:rPr>
      </w:pPr>
      <w:r w:rsidRPr="0078734F">
        <w:rPr>
          <w:sz w:val="20"/>
          <w:szCs w:val="20"/>
        </w:rPr>
        <w:t>P/67/26/DOC – Approval of details reserved by condition imposed under P/140/16/OUT relating to conditions 10 surface water drainage and 11 maintenance and management of surface water drainage</w:t>
      </w:r>
      <w:r w:rsidRPr="00C71E36">
        <w:rPr>
          <w:b/>
          <w:bCs/>
          <w:sz w:val="20"/>
          <w:szCs w:val="20"/>
        </w:rPr>
        <w:t>.</w:t>
      </w:r>
    </w:p>
    <w:p w14:paraId="0AD31483" w14:textId="77777777" w:rsidR="00C71E36" w:rsidRPr="00C71E36" w:rsidRDefault="00C71E36" w:rsidP="0078734F">
      <w:pPr>
        <w:pStyle w:val="ListParagraph"/>
        <w:ind w:left="360"/>
        <w:rPr>
          <w:b/>
          <w:bCs/>
          <w:sz w:val="20"/>
          <w:szCs w:val="20"/>
        </w:rPr>
      </w:pPr>
    </w:p>
    <w:p w14:paraId="5EC6A594" w14:textId="77777777" w:rsidR="00C71E36" w:rsidRPr="0078734F" w:rsidRDefault="00C71E36" w:rsidP="00C210B2">
      <w:pPr>
        <w:pStyle w:val="ListParagraph"/>
        <w:numPr>
          <w:ilvl w:val="1"/>
          <w:numId w:val="14"/>
        </w:numPr>
        <w:ind w:left="0" w:firstLine="0"/>
        <w:rPr>
          <w:sz w:val="20"/>
          <w:szCs w:val="20"/>
        </w:rPr>
      </w:pPr>
      <w:r w:rsidRPr="0078734F">
        <w:rPr>
          <w:sz w:val="20"/>
          <w:szCs w:val="20"/>
        </w:rPr>
        <w:t>P/69/26/DOC Approval of details reserved by condition under P/134/16/OUT relating to condition 10 Surface water drainage</w:t>
      </w:r>
    </w:p>
    <w:p w14:paraId="0490B904" w14:textId="77777777" w:rsidR="0078734F" w:rsidRDefault="00C71E36" w:rsidP="006113E8">
      <w:pPr>
        <w:rPr>
          <w:b/>
          <w:bCs/>
          <w:sz w:val="20"/>
          <w:szCs w:val="20"/>
        </w:rPr>
      </w:pPr>
      <w:r w:rsidRPr="0078734F">
        <w:rPr>
          <w:b/>
          <w:bCs/>
          <w:sz w:val="20"/>
          <w:szCs w:val="20"/>
        </w:rPr>
        <w:t xml:space="preserve">Date of next </w:t>
      </w:r>
      <w:proofErr w:type="gramStart"/>
      <w:r w:rsidRPr="0078734F">
        <w:rPr>
          <w:b/>
          <w:bCs/>
          <w:sz w:val="20"/>
          <w:szCs w:val="20"/>
        </w:rPr>
        <w:t>meeting</w:t>
      </w:r>
      <w:r w:rsidR="0078734F">
        <w:rPr>
          <w:b/>
          <w:bCs/>
          <w:sz w:val="20"/>
          <w:szCs w:val="20"/>
        </w:rPr>
        <w:t xml:space="preserve">  </w:t>
      </w:r>
      <w:r w:rsidRPr="0078734F">
        <w:rPr>
          <w:b/>
          <w:bCs/>
          <w:sz w:val="20"/>
          <w:szCs w:val="20"/>
        </w:rPr>
        <w:t>23</w:t>
      </w:r>
      <w:proofErr w:type="gramEnd"/>
      <w:r w:rsidRPr="0078734F">
        <w:rPr>
          <w:b/>
          <w:bCs/>
          <w:sz w:val="20"/>
          <w:szCs w:val="20"/>
        </w:rPr>
        <w:t xml:space="preserve">rd June 2026 </w:t>
      </w:r>
    </w:p>
    <w:p w14:paraId="7121CF8C" w14:textId="77777777" w:rsidR="0078734F" w:rsidRDefault="0078734F" w:rsidP="006113E8">
      <w:pPr>
        <w:rPr>
          <w:b/>
          <w:bCs/>
          <w:sz w:val="20"/>
          <w:szCs w:val="20"/>
        </w:rPr>
      </w:pPr>
    </w:p>
    <w:p w14:paraId="6A6BE2A8" w14:textId="5877BCBE" w:rsidR="00270F4F" w:rsidRPr="006113E8" w:rsidRDefault="00C04199" w:rsidP="006113E8">
      <w:pPr>
        <w:rPr>
          <w:b/>
          <w:bCs/>
          <w:sz w:val="20"/>
          <w:szCs w:val="20"/>
        </w:rPr>
      </w:pPr>
      <w:r w:rsidRPr="006113E8">
        <w:rPr>
          <w:b/>
          <w:bCs/>
          <w:sz w:val="20"/>
          <w:szCs w:val="20"/>
        </w:rPr>
        <w:t>Chairman: ____________________       Date: ____________________</w:t>
      </w:r>
      <w:r w:rsidRPr="006113E8">
        <w:rPr>
          <w:b/>
          <w:bCs/>
          <w:sz w:val="20"/>
          <w:szCs w:val="20"/>
        </w:rPr>
        <w:br/>
      </w:r>
    </w:p>
    <w:sectPr w:rsidR="00270F4F" w:rsidRPr="006113E8" w:rsidSect="0078734F">
      <w:pgSz w:w="12240" w:h="15840"/>
      <w:pgMar w:top="709" w:right="1440" w:bottom="56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FBB1D2E"/>
    <w:multiLevelType w:val="multilevel"/>
    <w:tmpl w:val="448C382E"/>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0" w15:restartNumberingAfterBreak="0">
    <w:nsid w:val="13781517"/>
    <w:multiLevelType w:val="multilevel"/>
    <w:tmpl w:val="FF0E527E"/>
    <w:lvl w:ilvl="0">
      <w:start w:val="6"/>
      <w:numFmt w:val="bullet"/>
      <w:lvlText w:val="-"/>
      <w:lvlJc w:val="left"/>
      <w:pPr>
        <w:ind w:left="360" w:hanging="360"/>
      </w:pPr>
      <w:rPr>
        <w:rFonts w:ascii="Arial" w:eastAsiaTheme="minorEastAsia" w:hAnsi="Arial" w:cs="Aria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96C5A7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09C0BD8"/>
    <w:multiLevelType w:val="multilevel"/>
    <w:tmpl w:val="448C382E"/>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3" w15:restartNumberingAfterBreak="0">
    <w:nsid w:val="37E57DE6"/>
    <w:multiLevelType w:val="multilevel"/>
    <w:tmpl w:val="A0D0C754"/>
    <w:lvl w:ilvl="0">
      <w:start w:val="12"/>
      <w:numFmt w:val="decimal"/>
      <w:lvlText w:val="%1."/>
      <w:lvlJc w:val="left"/>
      <w:pPr>
        <w:ind w:left="360" w:hanging="360"/>
      </w:pPr>
      <w:rPr>
        <w:rFonts w:hint="default"/>
        <w:b/>
        <w:bCs/>
        <w:i w:val="0"/>
        <w:iCs w:val="0"/>
      </w:rPr>
    </w:lvl>
    <w:lvl w:ilvl="1">
      <w:start w:val="1"/>
      <w:numFmt w:val="decimal"/>
      <w:lvlText w:val="%1.%2."/>
      <w:lvlJc w:val="left"/>
      <w:pPr>
        <w:ind w:left="858"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EB37654"/>
    <w:multiLevelType w:val="hybridMultilevel"/>
    <w:tmpl w:val="2C4A8010"/>
    <w:lvl w:ilvl="0" w:tplc="EFD09434">
      <w:start w:val="6"/>
      <w:numFmt w:val="bullet"/>
      <w:lvlText w:val="-"/>
      <w:lvlJc w:val="left"/>
      <w:pPr>
        <w:ind w:left="1080" w:hanging="72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3A7F25"/>
    <w:multiLevelType w:val="hybridMultilevel"/>
    <w:tmpl w:val="B66E23CE"/>
    <w:lvl w:ilvl="0" w:tplc="07B4F528">
      <w:start w:val="6"/>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6" w15:restartNumberingAfterBreak="0">
    <w:nsid w:val="6957722F"/>
    <w:multiLevelType w:val="multilevel"/>
    <w:tmpl w:val="4D4A68A6"/>
    <w:lvl w:ilvl="0">
      <w:start w:val="2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5EE0F43"/>
    <w:multiLevelType w:val="multilevel"/>
    <w:tmpl w:val="FD60CDF0"/>
    <w:lvl w:ilvl="0">
      <w:start w:val="29"/>
      <w:numFmt w:val="decimal"/>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50708173">
    <w:abstractNumId w:val="8"/>
  </w:num>
  <w:num w:numId="2" w16cid:durableId="1312716161">
    <w:abstractNumId w:val="6"/>
  </w:num>
  <w:num w:numId="3" w16cid:durableId="320502540">
    <w:abstractNumId w:val="5"/>
  </w:num>
  <w:num w:numId="4" w16cid:durableId="433743926">
    <w:abstractNumId w:val="4"/>
  </w:num>
  <w:num w:numId="5" w16cid:durableId="1677226138">
    <w:abstractNumId w:val="7"/>
  </w:num>
  <w:num w:numId="6" w16cid:durableId="804734827">
    <w:abstractNumId w:val="3"/>
  </w:num>
  <w:num w:numId="7" w16cid:durableId="39130478">
    <w:abstractNumId w:val="2"/>
  </w:num>
  <w:num w:numId="8" w16cid:durableId="1309162408">
    <w:abstractNumId w:val="1"/>
  </w:num>
  <w:num w:numId="9" w16cid:durableId="1020859948">
    <w:abstractNumId w:val="0"/>
  </w:num>
  <w:num w:numId="10" w16cid:durableId="1441758602">
    <w:abstractNumId w:val="16"/>
  </w:num>
  <w:num w:numId="11" w16cid:durableId="772480451">
    <w:abstractNumId w:val="17"/>
  </w:num>
  <w:num w:numId="12" w16cid:durableId="428743944">
    <w:abstractNumId w:val="15"/>
  </w:num>
  <w:num w:numId="13" w16cid:durableId="1385326859">
    <w:abstractNumId w:val="11"/>
  </w:num>
  <w:num w:numId="14" w16cid:durableId="1674143465">
    <w:abstractNumId w:val="13"/>
  </w:num>
  <w:num w:numId="15" w16cid:durableId="1946687201">
    <w:abstractNumId w:val="14"/>
  </w:num>
  <w:num w:numId="16" w16cid:durableId="1184394266">
    <w:abstractNumId w:val="10"/>
  </w:num>
  <w:num w:numId="17" w16cid:durableId="601034372">
    <w:abstractNumId w:val="9"/>
  </w:num>
  <w:num w:numId="18" w16cid:durableId="170525186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2FC1"/>
    <w:rsid w:val="0015074B"/>
    <w:rsid w:val="00183796"/>
    <w:rsid w:val="001C1989"/>
    <w:rsid w:val="001E7403"/>
    <w:rsid w:val="002159C2"/>
    <w:rsid w:val="00270F4F"/>
    <w:rsid w:val="0029639D"/>
    <w:rsid w:val="00326F90"/>
    <w:rsid w:val="003B45C4"/>
    <w:rsid w:val="003C798D"/>
    <w:rsid w:val="003D35FE"/>
    <w:rsid w:val="003F4B62"/>
    <w:rsid w:val="00465009"/>
    <w:rsid w:val="00472921"/>
    <w:rsid w:val="00554601"/>
    <w:rsid w:val="006113E8"/>
    <w:rsid w:val="00616E45"/>
    <w:rsid w:val="00701CD6"/>
    <w:rsid w:val="0078021F"/>
    <w:rsid w:val="0078734F"/>
    <w:rsid w:val="007C6620"/>
    <w:rsid w:val="00897E12"/>
    <w:rsid w:val="008B6D00"/>
    <w:rsid w:val="009A6C2F"/>
    <w:rsid w:val="00AA1D8D"/>
    <w:rsid w:val="00AC71DA"/>
    <w:rsid w:val="00AD0495"/>
    <w:rsid w:val="00B47730"/>
    <w:rsid w:val="00B70FFC"/>
    <w:rsid w:val="00BC088E"/>
    <w:rsid w:val="00BF3CC1"/>
    <w:rsid w:val="00C04199"/>
    <w:rsid w:val="00C210B2"/>
    <w:rsid w:val="00C71E36"/>
    <w:rsid w:val="00CB0664"/>
    <w:rsid w:val="00CE3FE7"/>
    <w:rsid w:val="00D605AD"/>
    <w:rsid w:val="00D942A3"/>
    <w:rsid w:val="00E71F28"/>
    <w:rsid w:val="00F62CAE"/>
    <w:rsid w:val="00F62D4D"/>
    <w:rsid w:val="00F7259D"/>
    <w:rsid w:val="00FB025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B9A733"/>
  <w14:defaultImageDpi w14:val="300"/>
  <w15:docId w15:val="{EEC59C40-9D98-4222-83EF-D98941B89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color w:val="222222"/>
    </w:rPr>
  </w:style>
  <w:style w:type="paragraph" w:styleId="Heading1">
    <w:name w:val="heading 1"/>
    <w:basedOn w:val="Normal"/>
    <w:next w:val="Normal"/>
    <w:link w:val="Heading1Char"/>
    <w:uiPriority w:val="9"/>
    <w:qFormat/>
    <w:rsid w:val="00FC693F"/>
    <w:pPr>
      <w:keepNext/>
      <w:keepLines/>
      <w:outlineLvl w:val="0"/>
    </w:pPr>
    <w:rPr>
      <w:rFonts w:asciiTheme="majorHAnsi" w:eastAsiaTheme="majorEastAsia" w:hAnsiTheme="majorHAnsi" w:cstheme="majorBidi"/>
      <w:b/>
      <w:bCs/>
      <w:color w:val="003366"/>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b/>
      <w:bCs/>
      <w:color w:val="00669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unhideWhenUsed/>
    <w:rsid w:val="00D942A3"/>
    <w:pPr>
      <w:spacing w:after="0" w:line="240" w:lineRule="auto"/>
    </w:pPr>
    <w:rPr>
      <w:rFonts w:ascii="Comic Sans MS" w:eastAsia="Times New Roman" w:hAnsi="Comic Sans MS" w:cs="Times New Roman"/>
      <w:color w:val="auto"/>
      <w:sz w:val="20"/>
      <w:szCs w:val="20"/>
      <w:lang w:val="en-GB" w:eastAsia="en-GB"/>
    </w:rPr>
  </w:style>
  <w:style w:type="character" w:customStyle="1" w:styleId="CommentTextChar">
    <w:name w:val="Comment Text Char"/>
    <w:basedOn w:val="DefaultParagraphFont"/>
    <w:link w:val="CommentText"/>
    <w:uiPriority w:val="99"/>
    <w:rsid w:val="00D942A3"/>
    <w:rPr>
      <w:rFonts w:ascii="Comic Sans MS" w:eastAsia="Times New Roman" w:hAnsi="Comic Sans MS"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847</Words>
  <Characters>4830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Nicola Swann</cp:lastModifiedBy>
  <cp:revision>11</cp:revision>
  <dcterms:created xsi:type="dcterms:W3CDTF">2026-09-21T12:30:00Z</dcterms:created>
  <dcterms:modified xsi:type="dcterms:W3CDTF">2026-09-21T12:42:00Z</dcterms:modified>
  <cp:category/>
</cp:coreProperties>
</file>