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DA696" w14:textId="77777777" w:rsidR="00CF48CB" w:rsidRPr="005A661C" w:rsidRDefault="00AA3686" w:rsidP="005E6812">
      <w:pPr>
        <w:pStyle w:val="Heading1"/>
        <w:spacing w:before="0" w:line="240" w:lineRule="auto"/>
        <w:jc w:val="center"/>
        <w:rPr>
          <w:sz w:val="32"/>
          <w:szCs w:val="32"/>
        </w:rPr>
      </w:pPr>
      <w:r w:rsidRPr="005A661C">
        <w:rPr>
          <w:sz w:val="32"/>
          <w:szCs w:val="32"/>
        </w:rPr>
        <w:t>PAGHAM PARISH COUNCIL</w:t>
      </w:r>
    </w:p>
    <w:p w14:paraId="6EEC7F90" w14:textId="7E7E42D2" w:rsidR="00CF48CB" w:rsidRPr="00124D0E" w:rsidRDefault="00AA3686" w:rsidP="005E6812">
      <w:pPr>
        <w:spacing w:before="240" w:after="0" w:line="240" w:lineRule="auto"/>
        <w:jc w:val="center"/>
        <w:rPr>
          <w:sz w:val="19"/>
          <w:szCs w:val="19"/>
        </w:rPr>
      </w:pPr>
      <w:r w:rsidRPr="00124D0E">
        <w:rPr>
          <w:i/>
          <w:sz w:val="17"/>
          <w:szCs w:val="17"/>
        </w:rPr>
        <w:t>Tel: 01243 266424  |  E-mail: clerk@paghamparishcouncil.gov.uk</w:t>
      </w:r>
      <w:r w:rsidRPr="00124D0E">
        <w:rPr>
          <w:i/>
          <w:sz w:val="17"/>
          <w:szCs w:val="17"/>
        </w:rPr>
        <w:br/>
      </w:r>
    </w:p>
    <w:p w14:paraId="01E6A490" w14:textId="77777777" w:rsidR="00CF48CB" w:rsidRPr="00124D0E" w:rsidRDefault="00AA3686" w:rsidP="005E6812">
      <w:pPr>
        <w:pStyle w:val="Heading2"/>
        <w:spacing w:line="240" w:lineRule="auto"/>
        <w:jc w:val="center"/>
        <w:rPr>
          <w:sz w:val="23"/>
          <w:szCs w:val="23"/>
        </w:rPr>
      </w:pPr>
      <w:r w:rsidRPr="00124D0E">
        <w:rPr>
          <w:sz w:val="23"/>
          <w:szCs w:val="23"/>
        </w:rPr>
        <w:t>Meeting Information</w:t>
      </w:r>
    </w:p>
    <w:p w14:paraId="0843D57F" w14:textId="35287221" w:rsidR="00CF48CB" w:rsidRPr="005A661C" w:rsidRDefault="00AA3686" w:rsidP="005E6812">
      <w:pPr>
        <w:pStyle w:val="ListBullet"/>
        <w:spacing w:line="240" w:lineRule="auto"/>
        <w:rPr>
          <w:sz w:val="20"/>
          <w:szCs w:val="20"/>
        </w:rPr>
      </w:pPr>
      <w:r w:rsidRPr="005A661C">
        <w:rPr>
          <w:b/>
          <w:sz w:val="20"/>
          <w:szCs w:val="20"/>
        </w:rPr>
        <w:t xml:space="preserve">Date and Time: </w:t>
      </w:r>
      <w:r w:rsidR="005B6FEE">
        <w:rPr>
          <w:color w:val="EE0000"/>
          <w:sz w:val="20"/>
          <w:szCs w:val="20"/>
        </w:rPr>
        <w:t xml:space="preserve">Tuesday </w:t>
      </w:r>
      <w:r w:rsidR="00D95F9E">
        <w:rPr>
          <w:color w:val="EE0000"/>
          <w:sz w:val="20"/>
          <w:szCs w:val="20"/>
        </w:rPr>
        <w:t>14</w:t>
      </w:r>
      <w:r w:rsidR="00D95F9E" w:rsidRPr="00D95F9E">
        <w:rPr>
          <w:color w:val="EE0000"/>
          <w:sz w:val="20"/>
          <w:szCs w:val="20"/>
          <w:vertAlign w:val="superscript"/>
        </w:rPr>
        <w:t>th</w:t>
      </w:r>
      <w:r w:rsidR="00D95F9E">
        <w:rPr>
          <w:color w:val="EE0000"/>
          <w:sz w:val="20"/>
          <w:szCs w:val="20"/>
        </w:rPr>
        <w:t xml:space="preserve"> July</w:t>
      </w:r>
      <w:r w:rsidRPr="005A661C">
        <w:rPr>
          <w:color w:val="EE0000"/>
          <w:sz w:val="20"/>
          <w:szCs w:val="20"/>
        </w:rPr>
        <w:t xml:space="preserve"> 2026</w:t>
      </w:r>
      <w:r w:rsidRPr="005A661C">
        <w:rPr>
          <w:sz w:val="20"/>
          <w:szCs w:val="20"/>
        </w:rPr>
        <w:t xml:space="preserve"> at 7.45pm</w:t>
      </w:r>
    </w:p>
    <w:p w14:paraId="2D6230EC" w14:textId="77777777" w:rsidR="00CF48CB" w:rsidRPr="005A661C" w:rsidRDefault="00AA3686" w:rsidP="005E6812">
      <w:pPr>
        <w:pStyle w:val="ListBullet"/>
        <w:spacing w:line="240" w:lineRule="auto"/>
        <w:rPr>
          <w:sz w:val="20"/>
          <w:szCs w:val="20"/>
        </w:rPr>
      </w:pPr>
      <w:r w:rsidRPr="005A661C">
        <w:rPr>
          <w:b/>
          <w:sz w:val="20"/>
          <w:szCs w:val="20"/>
        </w:rPr>
        <w:t xml:space="preserve">Venue: </w:t>
      </w:r>
      <w:r w:rsidRPr="005A661C">
        <w:rPr>
          <w:sz w:val="20"/>
          <w:szCs w:val="20"/>
        </w:rPr>
        <w:t>The Small Hall, Pagham Village Hall, Pagham, PO21 4NJ</w:t>
      </w:r>
    </w:p>
    <w:p w14:paraId="2AFB98A8" w14:textId="6356ABDD" w:rsidR="00CF48CB" w:rsidRPr="005A661C" w:rsidRDefault="00AA3686" w:rsidP="005E6812">
      <w:pPr>
        <w:pStyle w:val="ListBullet"/>
        <w:spacing w:line="240" w:lineRule="auto"/>
        <w:rPr>
          <w:sz w:val="20"/>
          <w:szCs w:val="20"/>
        </w:rPr>
      </w:pPr>
      <w:r w:rsidRPr="005A661C">
        <w:rPr>
          <w:b/>
          <w:sz w:val="20"/>
          <w:szCs w:val="20"/>
        </w:rPr>
        <w:t xml:space="preserve">Councillors Summoned: </w:t>
      </w:r>
      <w:r w:rsidRPr="005A661C">
        <w:rPr>
          <w:sz w:val="20"/>
          <w:szCs w:val="20"/>
        </w:rPr>
        <w:t xml:space="preserve">Mr P Atkins, Mrs J Behr, Mr P Cooper, </w:t>
      </w:r>
      <w:proofErr w:type="spellStart"/>
      <w:r w:rsidRPr="005A661C">
        <w:rPr>
          <w:sz w:val="20"/>
          <w:szCs w:val="20"/>
        </w:rPr>
        <w:t>Ms</w:t>
      </w:r>
      <w:proofErr w:type="spellEnd"/>
      <w:r w:rsidRPr="005A661C">
        <w:rPr>
          <w:sz w:val="20"/>
          <w:szCs w:val="20"/>
        </w:rPr>
        <w:t xml:space="preserve"> P Hilton, Mr M Howard, Mr D Huntley, Mr I Manion &amp; Mrs R Palmer</w:t>
      </w:r>
    </w:p>
    <w:p w14:paraId="5BCD681B" w14:textId="5B1664BE" w:rsidR="004902BF" w:rsidRPr="005A661C" w:rsidRDefault="004902BF" w:rsidP="005E6812">
      <w:pPr>
        <w:pStyle w:val="ListBullet"/>
        <w:spacing w:line="240" w:lineRule="auto"/>
        <w:rPr>
          <w:sz w:val="20"/>
          <w:szCs w:val="20"/>
        </w:rPr>
      </w:pPr>
      <w:r w:rsidRPr="005A661C">
        <w:rPr>
          <w:b/>
          <w:sz w:val="20"/>
          <w:szCs w:val="20"/>
        </w:rPr>
        <w:t>Notice Issued:</w:t>
      </w:r>
      <w:r w:rsidRPr="005A661C">
        <w:rPr>
          <w:sz w:val="20"/>
          <w:szCs w:val="20"/>
        </w:rPr>
        <w:t xml:space="preserve">  </w:t>
      </w:r>
      <w:r w:rsidR="00AA3BF6">
        <w:rPr>
          <w:color w:val="EE0000"/>
          <w:sz w:val="20"/>
          <w:szCs w:val="20"/>
        </w:rPr>
        <w:t>7</w:t>
      </w:r>
      <w:r w:rsidR="00AA3BF6" w:rsidRPr="00AA3BF6">
        <w:rPr>
          <w:color w:val="EE0000"/>
          <w:sz w:val="20"/>
          <w:szCs w:val="20"/>
          <w:vertAlign w:val="superscript"/>
        </w:rPr>
        <w:t>th</w:t>
      </w:r>
      <w:r w:rsidR="00AA3BF6">
        <w:rPr>
          <w:color w:val="EE0000"/>
          <w:sz w:val="20"/>
          <w:szCs w:val="20"/>
        </w:rPr>
        <w:t xml:space="preserve"> July</w:t>
      </w:r>
      <w:r w:rsidRPr="005A661C">
        <w:rPr>
          <w:color w:val="EE0000"/>
          <w:sz w:val="20"/>
          <w:szCs w:val="20"/>
        </w:rPr>
        <w:t xml:space="preserve"> 2026</w:t>
      </w:r>
    </w:p>
    <w:p w14:paraId="031E3795" w14:textId="1342ADD9" w:rsidR="004902BF" w:rsidRPr="005A661C" w:rsidRDefault="00AA3686" w:rsidP="005E6812">
      <w:pPr>
        <w:spacing w:before="160" w:line="240" w:lineRule="auto"/>
        <w:jc w:val="center"/>
        <w:rPr>
          <w:sz w:val="20"/>
          <w:szCs w:val="20"/>
        </w:rPr>
      </w:pPr>
      <w:r w:rsidRPr="005A661C">
        <w:rPr>
          <w:sz w:val="20"/>
          <w:szCs w:val="20"/>
        </w:rPr>
        <w:t>Members are hereby summoned to attend a</w:t>
      </w:r>
      <w:r w:rsidR="00814258">
        <w:rPr>
          <w:sz w:val="20"/>
          <w:szCs w:val="20"/>
        </w:rPr>
        <w:t>n EXTRAORDINARY</w:t>
      </w:r>
      <w:r w:rsidRPr="005A661C">
        <w:rPr>
          <w:sz w:val="20"/>
          <w:szCs w:val="20"/>
        </w:rPr>
        <w:t xml:space="preserve"> MEETING of </w:t>
      </w:r>
      <w:r w:rsidR="000C1711" w:rsidRPr="005A661C">
        <w:rPr>
          <w:sz w:val="20"/>
          <w:szCs w:val="20"/>
        </w:rPr>
        <w:t xml:space="preserve">the HIGHWAYS &amp; AMENITIES COMMITTEE of </w:t>
      </w:r>
      <w:r w:rsidRPr="005A661C">
        <w:rPr>
          <w:sz w:val="20"/>
          <w:szCs w:val="20"/>
        </w:rPr>
        <w:t>PAGHAM PARISH COUNCIL to transact the business detailed below.</w:t>
      </w:r>
    </w:p>
    <w:p w14:paraId="111C21D7" w14:textId="042E667B" w:rsidR="00CF48CB" w:rsidRPr="005A661C" w:rsidRDefault="00AA3686" w:rsidP="0029420C">
      <w:pPr>
        <w:spacing w:line="240" w:lineRule="auto"/>
        <w:jc w:val="center"/>
        <w:rPr>
          <w:sz w:val="20"/>
          <w:szCs w:val="20"/>
        </w:rPr>
      </w:pPr>
      <w:r w:rsidRPr="005A661C">
        <w:rPr>
          <w:sz w:val="20"/>
          <w:szCs w:val="20"/>
        </w:rPr>
        <w:t>Members of the Public and Press are welcome and encouraged to attend.</w:t>
      </w:r>
    </w:p>
    <w:p w14:paraId="7F4AE4CB" w14:textId="599BF3D3" w:rsidR="00CF48CB" w:rsidRPr="005A661C" w:rsidRDefault="00AA3686" w:rsidP="0029420C">
      <w:pPr>
        <w:pStyle w:val="Heading1"/>
        <w:spacing w:before="0" w:line="240" w:lineRule="auto"/>
        <w:jc w:val="center"/>
        <w:rPr>
          <w:sz w:val="48"/>
          <w:szCs w:val="48"/>
        </w:rPr>
      </w:pPr>
      <w:r w:rsidRPr="005A661C">
        <w:rPr>
          <w:sz w:val="48"/>
          <w:szCs w:val="48"/>
        </w:rPr>
        <w:t>Agenda</w:t>
      </w:r>
    </w:p>
    <w:p w14:paraId="34A99E02" w14:textId="77777777" w:rsidR="007A41CF" w:rsidRPr="007A41CF" w:rsidRDefault="007A41CF" w:rsidP="007A41CF">
      <w:pPr>
        <w:spacing w:after="0" w:line="240" w:lineRule="auto"/>
        <w:rPr>
          <w:b/>
          <w:sz w:val="20"/>
          <w:szCs w:val="20"/>
          <w:lang w:val="en-GB"/>
        </w:rPr>
      </w:pPr>
    </w:p>
    <w:p w14:paraId="26396F55" w14:textId="58B9E2A9" w:rsidR="004902BF" w:rsidRPr="007A41C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Apologies: To receive apologies from Members.</w:t>
      </w:r>
    </w:p>
    <w:p w14:paraId="58075D7A" w14:textId="77777777" w:rsidR="004902BF" w:rsidRPr="007A41CF" w:rsidRDefault="004902BF" w:rsidP="007A41CF">
      <w:pPr>
        <w:spacing w:after="0" w:line="240" w:lineRule="auto"/>
        <w:ind w:left="360"/>
        <w:rPr>
          <w:rFonts w:cs="Arial"/>
          <w:b/>
          <w:color w:val="000000"/>
          <w:sz w:val="20"/>
          <w:szCs w:val="20"/>
        </w:rPr>
      </w:pPr>
    </w:p>
    <w:p w14:paraId="0432DD54" w14:textId="2A3D85EF" w:rsidR="004902BF" w:rsidRPr="007A41C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Declarations of Interest and Dispensation Requests:</w:t>
      </w:r>
      <w:r w:rsidRPr="007A41CF">
        <w:rPr>
          <w:rFonts w:cs="Arial"/>
          <w:b/>
          <w:color w:val="000000"/>
          <w:sz w:val="20"/>
          <w:szCs w:val="20"/>
        </w:rPr>
        <w:br/>
      </w:r>
      <w:r w:rsidRPr="00180E28">
        <w:rPr>
          <w:rFonts w:cs="Arial"/>
          <w:bCs/>
          <w:color w:val="000000"/>
          <w:sz w:val="20"/>
          <w:szCs w:val="20"/>
        </w:rPr>
        <w:t>2.1</w:t>
      </w:r>
      <w:r w:rsidRPr="007A41CF">
        <w:rPr>
          <w:rFonts w:cs="Arial"/>
          <w:b/>
          <w:color w:val="000000"/>
          <w:sz w:val="20"/>
          <w:szCs w:val="20"/>
        </w:rPr>
        <w:t xml:space="preserve">. </w:t>
      </w:r>
      <w:r w:rsidRPr="00180E28">
        <w:rPr>
          <w:rFonts w:cs="Arial"/>
          <w:bCs/>
          <w:color w:val="000000"/>
          <w:sz w:val="20"/>
          <w:szCs w:val="20"/>
        </w:rPr>
        <w:t>To receive declarations of interest from councillors on items on the agenda.</w:t>
      </w:r>
      <w:r w:rsidRPr="007A41CF">
        <w:rPr>
          <w:rFonts w:cs="Arial"/>
          <w:b/>
          <w:color w:val="000000"/>
          <w:sz w:val="20"/>
          <w:szCs w:val="20"/>
        </w:rPr>
        <w:br/>
      </w:r>
    </w:p>
    <w:p w14:paraId="79759884" w14:textId="66A02198" w:rsidR="004902B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Public Session: limited to 10 minutes.</w:t>
      </w:r>
    </w:p>
    <w:p w14:paraId="4D3021EC" w14:textId="4A922F7A" w:rsidR="001F2FCE" w:rsidRPr="000B08AF" w:rsidRDefault="001F2FCE" w:rsidP="00180E28">
      <w:pPr>
        <w:widowControl w:val="0"/>
        <w:numPr>
          <w:ilvl w:val="1"/>
          <w:numId w:val="10"/>
        </w:numPr>
        <w:overflowPunct w:val="0"/>
        <w:autoSpaceDE w:val="0"/>
        <w:autoSpaceDN w:val="0"/>
        <w:adjustRightInd w:val="0"/>
        <w:spacing w:after="0" w:line="287" w:lineRule="atLeast"/>
        <w:rPr>
          <w:rFonts w:cs="Arial"/>
          <w:bCs/>
          <w:i/>
          <w:iCs/>
          <w:color w:val="000000"/>
          <w:sz w:val="20"/>
          <w:szCs w:val="20"/>
        </w:rPr>
      </w:pPr>
      <w:r w:rsidRPr="00180E28">
        <w:rPr>
          <w:rFonts w:cs="Arial"/>
          <w:bCs/>
          <w:color w:val="000000"/>
          <w:sz w:val="20"/>
          <w:szCs w:val="20"/>
        </w:rPr>
        <w:t xml:space="preserve">Request for a road safety review for Lower Bognor Road (B2166) Lagness </w:t>
      </w:r>
      <w:r w:rsidRPr="000B08AF">
        <w:rPr>
          <w:rFonts w:cs="Arial"/>
          <w:bCs/>
          <w:i/>
          <w:iCs/>
          <w:color w:val="000000"/>
          <w:sz w:val="20"/>
          <w:szCs w:val="20"/>
        </w:rPr>
        <w:t>(email circulated)</w:t>
      </w:r>
    </w:p>
    <w:p w14:paraId="0C885009" w14:textId="77777777" w:rsidR="004902BF" w:rsidRPr="007A41CF" w:rsidRDefault="004902BF" w:rsidP="007A41CF">
      <w:pPr>
        <w:spacing w:after="0" w:line="240" w:lineRule="auto"/>
        <w:ind w:left="360"/>
        <w:rPr>
          <w:rFonts w:cs="Arial"/>
          <w:b/>
          <w:color w:val="000000"/>
          <w:sz w:val="20"/>
          <w:szCs w:val="20"/>
        </w:rPr>
      </w:pPr>
    </w:p>
    <w:p w14:paraId="2F68EB07" w14:textId="05B9F6B2" w:rsidR="004902BF" w:rsidRPr="007A41CF" w:rsidRDefault="004902BF" w:rsidP="007A41CF">
      <w:pPr>
        <w:numPr>
          <w:ilvl w:val="0"/>
          <w:numId w:val="10"/>
        </w:numPr>
        <w:spacing w:after="0" w:line="240" w:lineRule="auto"/>
        <w:rPr>
          <w:rFonts w:cs="Arial"/>
          <w:b/>
          <w:color w:val="000000"/>
          <w:sz w:val="20"/>
          <w:szCs w:val="20"/>
        </w:rPr>
      </w:pPr>
      <w:r w:rsidRPr="007A41CF">
        <w:rPr>
          <w:rFonts w:cs="Arial"/>
          <w:b/>
          <w:color w:val="000000"/>
          <w:sz w:val="20"/>
          <w:szCs w:val="20"/>
        </w:rPr>
        <w:t xml:space="preserve">Minutes: To receive and approve the minutes of the Council meetings held </w:t>
      </w:r>
      <w:r w:rsidR="00D027A4">
        <w:rPr>
          <w:rFonts w:cs="Arial"/>
          <w:b/>
          <w:color w:val="000000"/>
          <w:sz w:val="20"/>
          <w:szCs w:val="20"/>
        </w:rPr>
        <w:t>26</w:t>
      </w:r>
      <w:r w:rsidR="00D027A4" w:rsidRPr="00D027A4">
        <w:rPr>
          <w:rFonts w:cs="Arial"/>
          <w:b/>
          <w:color w:val="000000"/>
          <w:sz w:val="20"/>
          <w:szCs w:val="20"/>
          <w:vertAlign w:val="superscript"/>
        </w:rPr>
        <w:t>th</w:t>
      </w:r>
      <w:r w:rsidR="00D027A4">
        <w:rPr>
          <w:rFonts w:cs="Arial"/>
          <w:b/>
          <w:color w:val="000000"/>
          <w:sz w:val="20"/>
          <w:szCs w:val="20"/>
        </w:rPr>
        <w:t xml:space="preserve"> May</w:t>
      </w:r>
      <w:r w:rsidRPr="007A41CF">
        <w:rPr>
          <w:rFonts w:cs="Arial"/>
          <w:b/>
          <w:color w:val="000000"/>
          <w:sz w:val="20"/>
          <w:szCs w:val="20"/>
        </w:rPr>
        <w:t xml:space="preserve"> 2026 (previously issued).</w:t>
      </w:r>
    </w:p>
    <w:p w14:paraId="133C0147" w14:textId="77777777" w:rsidR="004902BF" w:rsidRPr="007A41CF" w:rsidRDefault="004902BF" w:rsidP="007A41CF">
      <w:pPr>
        <w:spacing w:after="0" w:line="240" w:lineRule="auto"/>
        <w:ind w:left="360"/>
        <w:rPr>
          <w:rFonts w:cs="Arial"/>
          <w:b/>
          <w:color w:val="000000"/>
          <w:sz w:val="20"/>
          <w:szCs w:val="20"/>
        </w:rPr>
      </w:pPr>
    </w:p>
    <w:p w14:paraId="670D34BF" w14:textId="77777777" w:rsidR="004902BF" w:rsidRPr="000B08AF" w:rsidRDefault="004902BF" w:rsidP="007A41CF">
      <w:pPr>
        <w:numPr>
          <w:ilvl w:val="0"/>
          <w:numId w:val="10"/>
        </w:numPr>
        <w:spacing w:after="0" w:line="240" w:lineRule="auto"/>
        <w:rPr>
          <w:rFonts w:cs="Arial"/>
          <w:b/>
          <w:i/>
          <w:iCs/>
          <w:color w:val="000000"/>
          <w:sz w:val="20"/>
          <w:szCs w:val="20"/>
        </w:rPr>
      </w:pPr>
      <w:r w:rsidRPr="007A41CF">
        <w:rPr>
          <w:rFonts w:cs="Arial"/>
          <w:b/>
          <w:color w:val="000000"/>
          <w:sz w:val="20"/>
          <w:szCs w:val="20"/>
        </w:rPr>
        <w:t xml:space="preserve">Matters Arising: To discuss matters arising from the previous Minutes </w:t>
      </w:r>
      <w:r w:rsidRPr="000B08AF">
        <w:rPr>
          <w:rFonts w:cs="Arial"/>
          <w:b/>
          <w:i/>
          <w:iCs/>
          <w:color w:val="000000"/>
          <w:sz w:val="20"/>
          <w:szCs w:val="20"/>
        </w:rPr>
        <w:t>(for information sharing purposes only).</w:t>
      </w:r>
    </w:p>
    <w:p w14:paraId="1D93DD39" w14:textId="77777777" w:rsidR="004902BF" w:rsidRPr="007A41CF" w:rsidRDefault="004902BF" w:rsidP="007A41CF">
      <w:pPr>
        <w:spacing w:after="0" w:line="240" w:lineRule="auto"/>
        <w:ind w:left="360"/>
        <w:rPr>
          <w:rFonts w:cs="Arial"/>
          <w:b/>
          <w:color w:val="000000"/>
          <w:sz w:val="20"/>
          <w:szCs w:val="20"/>
        </w:rPr>
      </w:pPr>
    </w:p>
    <w:p w14:paraId="00AD6EFD" w14:textId="44EC987C" w:rsidR="004902BF" w:rsidRPr="007A41CF" w:rsidRDefault="00EC3BCD" w:rsidP="007A41CF">
      <w:pPr>
        <w:numPr>
          <w:ilvl w:val="0"/>
          <w:numId w:val="10"/>
        </w:numPr>
        <w:spacing w:after="0" w:line="240" w:lineRule="auto"/>
        <w:rPr>
          <w:rFonts w:cs="Arial"/>
          <w:b/>
          <w:color w:val="000000"/>
          <w:sz w:val="20"/>
          <w:szCs w:val="20"/>
        </w:rPr>
      </w:pPr>
      <w:r w:rsidRPr="007A41CF">
        <w:rPr>
          <w:rFonts w:cs="Arial"/>
          <w:b/>
          <w:color w:val="000000"/>
          <w:sz w:val="20"/>
          <w:szCs w:val="20"/>
        </w:rPr>
        <w:t>Schedule of Works</w:t>
      </w:r>
      <w:r w:rsidR="00741F99" w:rsidRPr="007A41CF">
        <w:rPr>
          <w:rFonts w:cs="Arial"/>
          <w:b/>
          <w:color w:val="000000"/>
          <w:sz w:val="20"/>
          <w:szCs w:val="20"/>
        </w:rPr>
        <w:t xml:space="preserve"> </w:t>
      </w:r>
      <w:r w:rsidR="00741F99" w:rsidRPr="000B08AF">
        <w:rPr>
          <w:rFonts w:cs="Arial"/>
          <w:b/>
          <w:i/>
          <w:iCs/>
          <w:color w:val="000000"/>
          <w:sz w:val="20"/>
          <w:szCs w:val="20"/>
        </w:rPr>
        <w:t>(a review of tasks completed since the last meeting)</w:t>
      </w:r>
    </w:p>
    <w:p w14:paraId="02270710" w14:textId="77777777" w:rsidR="00260F9D" w:rsidRPr="007A41CF" w:rsidRDefault="00260F9D" w:rsidP="007A41CF">
      <w:pPr>
        <w:spacing w:after="0" w:line="240" w:lineRule="auto"/>
        <w:ind w:left="360"/>
        <w:rPr>
          <w:rFonts w:cs="Arial"/>
          <w:b/>
          <w:color w:val="000000"/>
          <w:sz w:val="20"/>
          <w:szCs w:val="20"/>
        </w:rPr>
      </w:pPr>
    </w:p>
    <w:p w14:paraId="02B63AD1" w14:textId="68ABEA73" w:rsidR="004902BF" w:rsidRPr="007A41CF" w:rsidRDefault="00EC3BCD" w:rsidP="007A41CF">
      <w:pPr>
        <w:numPr>
          <w:ilvl w:val="0"/>
          <w:numId w:val="10"/>
        </w:numPr>
        <w:spacing w:after="0" w:line="240" w:lineRule="auto"/>
        <w:rPr>
          <w:rFonts w:cs="Arial"/>
          <w:b/>
          <w:color w:val="000000"/>
          <w:sz w:val="20"/>
          <w:szCs w:val="20"/>
        </w:rPr>
      </w:pPr>
      <w:r w:rsidRPr="007A41CF">
        <w:rPr>
          <w:rFonts w:cs="Arial"/>
          <w:b/>
          <w:color w:val="000000"/>
          <w:sz w:val="20"/>
          <w:szCs w:val="20"/>
        </w:rPr>
        <w:t>Clerk’s Report</w:t>
      </w:r>
    </w:p>
    <w:p w14:paraId="201495BB" w14:textId="77777777" w:rsidR="00260F9D" w:rsidRPr="007A41CF" w:rsidRDefault="00260F9D" w:rsidP="007A41CF">
      <w:pPr>
        <w:spacing w:after="0" w:line="240" w:lineRule="auto"/>
        <w:ind w:left="360"/>
        <w:rPr>
          <w:rFonts w:cs="Arial"/>
          <w:b/>
          <w:color w:val="000000"/>
          <w:sz w:val="20"/>
          <w:szCs w:val="20"/>
        </w:rPr>
      </w:pPr>
    </w:p>
    <w:p w14:paraId="5EA10FE8" w14:textId="1AB7DDC5" w:rsidR="004902BF" w:rsidRPr="007A41CF" w:rsidRDefault="00C15CC4" w:rsidP="007A41CF">
      <w:pPr>
        <w:numPr>
          <w:ilvl w:val="0"/>
          <w:numId w:val="10"/>
        </w:numPr>
        <w:spacing w:after="0" w:line="240" w:lineRule="auto"/>
        <w:rPr>
          <w:rFonts w:cs="Arial"/>
          <w:b/>
          <w:color w:val="000000"/>
          <w:sz w:val="20"/>
          <w:szCs w:val="20"/>
        </w:rPr>
      </w:pPr>
      <w:r w:rsidRPr="007A41CF">
        <w:rPr>
          <w:rFonts w:cs="Arial"/>
          <w:b/>
          <w:color w:val="000000"/>
          <w:sz w:val="20"/>
          <w:szCs w:val="20"/>
        </w:rPr>
        <w:t>Play Areas</w:t>
      </w:r>
      <w:r w:rsidR="00D12172">
        <w:rPr>
          <w:rFonts w:cs="Arial"/>
          <w:b/>
          <w:color w:val="000000"/>
          <w:sz w:val="20"/>
          <w:szCs w:val="20"/>
        </w:rPr>
        <w:t>/Paddock</w:t>
      </w:r>
      <w:r w:rsidR="004902BF" w:rsidRPr="007A41CF">
        <w:rPr>
          <w:rFonts w:cs="Arial"/>
          <w:b/>
          <w:color w:val="000000"/>
          <w:sz w:val="20"/>
          <w:szCs w:val="20"/>
        </w:rPr>
        <w:t>:</w:t>
      </w:r>
    </w:p>
    <w:p w14:paraId="2F3554B8" w14:textId="77777777" w:rsidR="00D12172" w:rsidRPr="00D12172" w:rsidRDefault="00D12172" w:rsidP="00D12172">
      <w:pPr>
        <w:widowControl w:val="0"/>
        <w:numPr>
          <w:ilvl w:val="1"/>
          <w:numId w:val="10"/>
        </w:numPr>
        <w:overflowPunct w:val="0"/>
        <w:autoSpaceDE w:val="0"/>
        <w:autoSpaceDN w:val="0"/>
        <w:adjustRightInd w:val="0"/>
        <w:spacing w:after="0" w:line="287" w:lineRule="atLeast"/>
        <w:rPr>
          <w:rFonts w:cs="Arial"/>
          <w:bCs/>
          <w:color w:val="000000"/>
          <w:sz w:val="20"/>
          <w:szCs w:val="20"/>
        </w:rPr>
      </w:pPr>
      <w:r w:rsidRPr="00D12172">
        <w:rPr>
          <w:rFonts w:cs="Arial"/>
          <w:bCs/>
          <w:color w:val="000000"/>
          <w:sz w:val="20"/>
          <w:szCs w:val="20"/>
        </w:rPr>
        <w:t>To consider quotes for repairs to the fence between The Paddock and Village Hall play area.</w:t>
      </w:r>
    </w:p>
    <w:p w14:paraId="2BFFF21C" w14:textId="77777777" w:rsidR="00D12172" w:rsidRPr="00D12172" w:rsidRDefault="00D12172" w:rsidP="00D12172">
      <w:pPr>
        <w:widowControl w:val="0"/>
        <w:numPr>
          <w:ilvl w:val="1"/>
          <w:numId w:val="10"/>
        </w:numPr>
        <w:overflowPunct w:val="0"/>
        <w:autoSpaceDE w:val="0"/>
        <w:autoSpaceDN w:val="0"/>
        <w:adjustRightInd w:val="0"/>
        <w:spacing w:after="0" w:line="287" w:lineRule="atLeast"/>
        <w:rPr>
          <w:rFonts w:cs="Arial"/>
          <w:bCs/>
          <w:color w:val="000000"/>
          <w:sz w:val="20"/>
          <w:szCs w:val="20"/>
        </w:rPr>
      </w:pPr>
      <w:r w:rsidRPr="00D12172">
        <w:rPr>
          <w:rFonts w:cs="Arial"/>
          <w:bCs/>
          <w:color w:val="000000"/>
          <w:sz w:val="20"/>
          <w:szCs w:val="20"/>
        </w:rPr>
        <w:t>To consider whether to facilitate an outdoor cinema event using The Paddock at the Village Hall (verbal report from the Chairman)</w:t>
      </w:r>
    </w:p>
    <w:p w14:paraId="492EE0B7" w14:textId="77777777" w:rsidR="000B08AF" w:rsidRDefault="000B08AF" w:rsidP="000B08AF">
      <w:pPr>
        <w:widowControl w:val="0"/>
        <w:overflowPunct w:val="0"/>
        <w:autoSpaceDE w:val="0"/>
        <w:autoSpaceDN w:val="0"/>
        <w:adjustRightInd w:val="0"/>
        <w:spacing w:after="0" w:line="287" w:lineRule="atLeast"/>
        <w:ind w:left="792"/>
        <w:rPr>
          <w:rFonts w:cs="Arial"/>
          <w:bCs/>
          <w:color w:val="000000"/>
          <w:sz w:val="20"/>
          <w:szCs w:val="20"/>
        </w:rPr>
      </w:pPr>
    </w:p>
    <w:p w14:paraId="66F36B7D" w14:textId="627916D0" w:rsidR="000B08AF" w:rsidRPr="000B08AF" w:rsidRDefault="00C15CC4" w:rsidP="000B08AF">
      <w:pPr>
        <w:widowControl w:val="0"/>
        <w:numPr>
          <w:ilvl w:val="0"/>
          <w:numId w:val="10"/>
        </w:numPr>
        <w:overflowPunct w:val="0"/>
        <w:autoSpaceDE w:val="0"/>
        <w:autoSpaceDN w:val="0"/>
        <w:adjustRightInd w:val="0"/>
        <w:spacing w:after="0" w:line="287" w:lineRule="atLeast"/>
        <w:rPr>
          <w:rFonts w:cs="Arial"/>
          <w:bCs/>
          <w:color w:val="000000"/>
          <w:sz w:val="20"/>
          <w:szCs w:val="20"/>
        </w:rPr>
      </w:pPr>
      <w:r w:rsidRPr="000B08AF">
        <w:rPr>
          <w:rFonts w:cs="Arial"/>
          <w:b/>
          <w:color w:val="000000"/>
          <w:sz w:val="20"/>
          <w:szCs w:val="20"/>
        </w:rPr>
        <w:t>Highways/Footpaths/Car Parks/Street Lighting</w:t>
      </w:r>
    </w:p>
    <w:p w14:paraId="767C6A6C" w14:textId="77777777" w:rsidR="0034445C" w:rsidRPr="0034445C" w:rsidRDefault="0034445C" w:rsidP="0034445C">
      <w:pPr>
        <w:widowControl w:val="0"/>
        <w:numPr>
          <w:ilvl w:val="1"/>
          <w:numId w:val="10"/>
        </w:numPr>
        <w:overflowPunct w:val="0"/>
        <w:autoSpaceDE w:val="0"/>
        <w:autoSpaceDN w:val="0"/>
        <w:adjustRightInd w:val="0"/>
        <w:spacing w:after="0" w:line="287" w:lineRule="atLeast"/>
        <w:rPr>
          <w:rFonts w:cs="Arial"/>
          <w:bCs/>
          <w:color w:val="000000"/>
          <w:sz w:val="20"/>
          <w:szCs w:val="20"/>
        </w:rPr>
      </w:pPr>
      <w:r w:rsidRPr="0034445C">
        <w:rPr>
          <w:rFonts w:cs="Arial"/>
          <w:bCs/>
          <w:color w:val="000000"/>
          <w:sz w:val="20"/>
          <w:szCs w:val="20"/>
        </w:rPr>
        <w:t>To</w:t>
      </w:r>
      <w:r>
        <w:rPr>
          <w:rFonts w:cs="Arial"/>
          <w:b/>
        </w:rPr>
        <w:t xml:space="preserve"> </w:t>
      </w:r>
      <w:r w:rsidRPr="0034445C">
        <w:rPr>
          <w:rFonts w:cs="Arial"/>
          <w:bCs/>
          <w:color w:val="000000"/>
          <w:sz w:val="20"/>
          <w:szCs w:val="20"/>
        </w:rPr>
        <w:t>review the safety of the plastic decking placed at the access to Pagham beach and to consider whether any remedial works or additional signage is necessary in relation to the slip hazard created by loose debris (verbal report by the Clerk)</w:t>
      </w:r>
    </w:p>
    <w:p w14:paraId="6061E646" w14:textId="77777777" w:rsidR="007A41CF" w:rsidRPr="007A41CF" w:rsidRDefault="007A41CF" w:rsidP="007A41CF">
      <w:pPr>
        <w:spacing w:after="0" w:line="240" w:lineRule="auto"/>
        <w:rPr>
          <w:rFonts w:cs="Arial"/>
          <w:b/>
          <w:color w:val="000000"/>
          <w:sz w:val="20"/>
          <w:szCs w:val="20"/>
        </w:rPr>
      </w:pPr>
    </w:p>
    <w:p w14:paraId="04EAE5AC" w14:textId="77777777" w:rsidR="00C3007F" w:rsidRPr="00C3007F" w:rsidRDefault="00C3007F" w:rsidP="00C3007F">
      <w:pPr>
        <w:widowControl w:val="0"/>
        <w:numPr>
          <w:ilvl w:val="0"/>
          <w:numId w:val="10"/>
        </w:numPr>
        <w:overflowPunct w:val="0"/>
        <w:autoSpaceDE w:val="0"/>
        <w:autoSpaceDN w:val="0"/>
        <w:adjustRightInd w:val="0"/>
        <w:spacing w:after="0" w:line="287" w:lineRule="atLeast"/>
        <w:rPr>
          <w:rFonts w:cs="Arial"/>
          <w:b/>
          <w:color w:val="000000"/>
          <w:sz w:val="20"/>
          <w:szCs w:val="20"/>
        </w:rPr>
      </w:pPr>
      <w:r w:rsidRPr="00C3007F">
        <w:rPr>
          <w:rFonts w:cs="Arial"/>
          <w:b/>
          <w:color w:val="000000"/>
          <w:sz w:val="20"/>
          <w:szCs w:val="20"/>
        </w:rPr>
        <w:t xml:space="preserve">Bus Shelters/Benches/Noticeboards/Bins </w:t>
      </w:r>
    </w:p>
    <w:p w14:paraId="4279A5DD" w14:textId="77777777" w:rsidR="00C3007F" w:rsidRDefault="00C3007F" w:rsidP="00C3007F">
      <w:pPr>
        <w:widowControl w:val="0"/>
        <w:numPr>
          <w:ilvl w:val="1"/>
          <w:numId w:val="10"/>
        </w:numPr>
        <w:overflowPunct w:val="0"/>
        <w:autoSpaceDE w:val="0"/>
        <w:autoSpaceDN w:val="0"/>
        <w:adjustRightInd w:val="0"/>
        <w:spacing w:after="0" w:line="287" w:lineRule="atLeast"/>
        <w:ind w:left="851" w:hanging="491"/>
        <w:rPr>
          <w:rFonts w:cs="Arial"/>
          <w:bCs/>
          <w:color w:val="000000"/>
          <w:sz w:val="20"/>
          <w:szCs w:val="20"/>
        </w:rPr>
      </w:pPr>
      <w:r w:rsidRPr="00C3007F">
        <w:rPr>
          <w:rFonts w:cs="Arial"/>
          <w:bCs/>
          <w:color w:val="000000"/>
          <w:sz w:val="20"/>
          <w:szCs w:val="20"/>
        </w:rPr>
        <w:t>To review the Council’s adopted Bench Policy in relation to charging options for renewal of adoption of a bench on the expiry of the initial 10 year term (report circulated)</w:t>
      </w:r>
    </w:p>
    <w:p w14:paraId="678672BA" w14:textId="77777777" w:rsidR="00C3007F" w:rsidRPr="00C3007F" w:rsidRDefault="00C3007F" w:rsidP="00C3007F">
      <w:pPr>
        <w:widowControl w:val="0"/>
        <w:overflowPunct w:val="0"/>
        <w:autoSpaceDE w:val="0"/>
        <w:autoSpaceDN w:val="0"/>
        <w:adjustRightInd w:val="0"/>
        <w:spacing w:after="0" w:line="287" w:lineRule="atLeast"/>
        <w:ind w:left="851"/>
        <w:rPr>
          <w:rFonts w:cs="Arial"/>
          <w:bCs/>
          <w:color w:val="000000"/>
          <w:sz w:val="20"/>
          <w:szCs w:val="20"/>
        </w:rPr>
      </w:pPr>
    </w:p>
    <w:p w14:paraId="603863E2" w14:textId="583EA1CB" w:rsidR="004902BF" w:rsidRPr="007A41CF" w:rsidRDefault="00561E56" w:rsidP="007A41CF">
      <w:pPr>
        <w:numPr>
          <w:ilvl w:val="0"/>
          <w:numId w:val="10"/>
        </w:numPr>
        <w:spacing w:after="0" w:line="240" w:lineRule="auto"/>
        <w:rPr>
          <w:rFonts w:cs="Arial"/>
          <w:b/>
          <w:color w:val="000000"/>
          <w:sz w:val="20"/>
          <w:szCs w:val="20"/>
        </w:rPr>
      </w:pPr>
      <w:r w:rsidRPr="007A41CF">
        <w:rPr>
          <w:rFonts w:cs="Arial"/>
          <w:b/>
          <w:color w:val="000000"/>
          <w:sz w:val="20"/>
          <w:szCs w:val="20"/>
        </w:rPr>
        <w:t>Ditches &amp; Drains</w:t>
      </w:r>
    </w:p>
    <w:p w14:paraId="520DB70D" w14:textId="77777777" w:rsidR="007A41CF" w:rsidRPr="007A41CF" w:rsidRDefault="007A41CF" w:rsidP="007A41CF">
      <w:pPr>
        <w:pStyle w:val="ListParagraph"/>
        <w:spacing w:after="0" w:line="240" w:lineRule="auto"/>
        <w:rPr>
          <w:rFonts w:cs="Arial"/>
          <w:b/>
          <w:color w:val="000000"/>
          <w:sz w:val="20"/>
          <w:szCs w:val="20"/>
        </w:rPr>
      </w:pPr>
    </w:p>
    <w:p w14:paraId="4540226F" w14:textId="378FD620" w:rsidR="004902BF" w:rsidRPr="007A41CF" w:rsidRDefault="00561E56" w:rsidP="007A41CF">
      <w:pPr>
        <w:numPr>
          <w:ilvl w:val="0"/>
          <w:numId w:val="10"/>
        </w:numPr>
        <w:spacing w:after="0" w:line="240" w:lineRule="auto"/>
        <w:rPr>
          <w:rFonts w:cs="Arial"/>
          <w:b/>
          <w:color w:val="000000"/>
          <w:sz w:val="20"/>
          <w:szCs w:val="20"/>
        </w:rPr>
      </w:pPr>
      <w:r w:rsidRPr="007A41CF">
        <w:rPr>
          <w:rFonts w:cs="Arial"/>
          <w:b/>
          <w:color w:val="000000"/>
          <w:sz w:val="20"/>
          <w:szCs w:val="20"/>
        </w:rPr>
        <w:t>Ord</w:t>
      </w:r>
      <w:r w:rsidR="00260F9D" w:rsidRPr="007A41CF">
        <w:rPr>
          <w:rFonts w:cs="Arial"/>
          <w:b/>
          <w:color w:val="000000"/>
          <w:sz w:val="20"/>
          <w:szCs w:val="20"/>
        </w:rPr>
        <w:t>e</w:t>
      </w:r>
      <w:r w:rsidRPr="007A41CF">
        <w:rPr>
          <w:rFonts w:cs="Arial"/>
          <w:b/>
          <w:color w:val="000000"/>
          <w:sz w:val="20"/>
          <w:szCs w:val="20"/>
        </w:rPr>
        <w:t>rs for Payment for authorisation (previously received)</w:t>
      </w:r>
    </w:p>
    <w:p w14:paraId="191E5847" w14:textId="77777777" w:rsidR="000D2F3B" w:rsidRPr="007A41CF" w:rsidRDefault="000D2F3B" w:rsidP="007A41CF">
      <w:pPr>
        <w:spacing w:after="0" w:line="240" w:lineRule="auto"/>
        <w:ind w:left="360"/>
        <w:rPr>
          <w:rFonts w:cs="Arial"/>
          <w:b/>
          <w:color w:val="000000"/>
          <w:sz w:val="20"/>
          <w:szCs w:val="20"/>
        </w:rPr>
      </w:pPr>
    </w:p>
    <w:p w14:paraId="4875DE1B" w14:textId="5D71AA2D" w:rsidR="004902BF" w:rsidRPr="007A41CF" w:rsidRDefault="00260F9D" w:rsidP="007A41CF">
      <w:pPr>
        <w:numPr>
          <w:ilvl w:val="0"/>
          <w:numId w:val="10"/>
        </w:numPr>
        <w:spacing w:after="0" w:line="240" w:lineRule="auto"/>
        <w:rPr>
          <w:rFonts w:cs="Arial"/>
          <w:b/>
          <w:color w:val="000000"/>
          <w:sz w:val="20"/>
          <w:szCs w:val="20"/>
        </w:rPr>
      </w:pPr>
      <w:r w:rsidRPr="007A41CF">
        <w:rPr>
          <w:rFonts w:cs="Arial"/>
          <w:b/>
          <w:color w:val="000000"/>
          <w:sz w:val="20"/>
          <w:szCs w:val="20"/>
        </w:rPr>
        <w:t>Risk Assessment</w:t>
      </w:r>
    </w:p>
    <w:p w14:paraId="7498AFA9" w14:textId="77777777" w:rsidR="000D2F3B" w:rsidRPr="007A41CF" w:rsidRDefault="000D2F3B" w:rsidP="007A41CF">
      <w:pPr>
        <w:spacing w:after="0" w:line="240" w:lineRule="auto"/>
        <w:ind w:left="360"/>
        <w:rPr>
          <w:rFonts w:cs="Arial"/>
          <w:b/>
          <w:color w:val="000000"/>
          <w:sz w:val="20"/>
          <w:szCs w:val="20"/>
        </w:rPr>
      </w:pPr>
    </w:p>
    <w:p w14:paraId="703A03C4" w14:textId="6CF554EE" w:rsidR="00580D43" w:rsidRPr="00580D43" w:rsidRDefault="004902BF" w:rsidP="00580D43">
      <w:pPr>
        <w:numPr>
          <w:ilvl w:val="0"/>
          <w:numId w:val="10"/>
        </w:numPr>
        <w:spacing w:after="0" w:line="240" w:lineRule="auto"/>
        <w:rPr>
          <w:rFonts w:cs="Arial"/>
          <w:b/>
          <w:color w:val="000000"/>
          <w:sz w:val="20"/>
          <w:szCs w:val="20"/>
        </w:rPr>
      </w:pPr>
      <w:r w:rsidRPr="00580D43">
        <w:rPr>
          <w:rFonts w:cs="Arial"/>
          <w:b/>
          <w:color w:val="000000"/>
          <w:sz w:val="20"/>
          <w:szCs w:val="20"/>
        </w:rPr>
        <w:t>Next Meeting: To note the date of the next scheduled meeting.</w:t>
      </w:r>
    </w:p>
    <w:p w14:paraId="7DF48E42" w14:textId="588A883B" w:rsidR="004902BF" w:rsidRPr="00580D43" w:rsidRDefault="004902BF" w:rsidP="007A41CF">
      <w:pPr>
        <w:numPr>
          <w:ilvl w:val="0"/>
          <w:numId w:val="10"/>
        </w:numPr>
        <w:spacing w:after="0" w:line="240" w:lineRule="auto"/>
        <w:rPr>
          <w:rFonts w:cs="Arial"/>
          <w:b/>
          <w:color w:val="000000"/>
          <w:sz w:val="20"/>
          <w:szCs w:val="20"/>
        </w:rPr>
      </w:pPr>
      <w:r w:rsidRPr="00580D43">
        <w:rPr>
          <w:rFonts w:cs="Arial"/>
          <w:b/>
          <w:color w:val="000000"/>
          <w:sz w:val="20"/>
          <w:szCs w:val="20"/>
        </w:rPr>
        <w:lastRenderedPageBreak/>
        <w:t xml:space="preserve">Signed: </w:t>
      </w:r>
      <w:r w:rsidRPr="00580D43">
        <w:rPr>
          <w:rFonts w:ascii="Baguet Script" w:hAnsi="Baguet Script" w:cs="Arial"/>
          <w:b/>
          <w:color w:val="000000"/>
          <w:sz w:val="20"/>
          <w:szCs w:val="20"/>
        </w:rPr>
        <w:t>Nicola Swann</w:t>
      </w:r>
      <w:r w:rsidRPr="00580D43">
        <w:rPr>
          <w:rFonts w:cs="Arial"/>
          <w:b/>
          <w:color w:val="000000"/>
          <w:sz w:val="20"/>
          <w:szCs w:val="20"/>
        </w:rPr>
        <w:t xml:space="preserve"> – Clerk to the Council</w:t>
      </w:r>
    </w:p>
    <w:sectPr w:rsidR="004902BF" w:rsidRPr="00580D43" w:rsidSect="00275428">
      <w:pgSz w:w="12240" w:h="15840"/>
      <w:pgMar w:top="851" w:right="1183" w:bottom="42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FC258F"/>
    <w:multiLevelType w:val="multilevel"/>
    <w:tmpl w:val="41F816F6"/>
    <w:lvl w:ilvl="0">
      <w:start w:val="1"/>
      <w:numFmt w:val="decimal"/>
      <w:lvlText w:val="%1."/>
      <w:lvlJc w:val="left"/>
      <w:pPr>
        <w:ind w:left="360" w:hanging="360"/>
      </w:pPr>
      <w:rPr>
        <w:b/>
        <w:i w:val="0"/>
        <w:iCs w:val="0"/>
        <w:sz w:val="22"/>
        <w:szCs w:val="22"/>
      </w:rPr>
    </w:lvl>
    <w:lvl w:ilvl="1">
      <w:start w:val="1"/>
      <w:numFmt w:val="decimal"/>
      <w:lvlText w:val="%1.%2."/>
      <w:lvlJc w:val="left"/>
      <w:pPr>
        <w:ind w:left="574" w:hanging="432"/>
      </w:pPr>
      <w:rPr>
        <w:b/>
        <w:i w:val="0"/>
        <w:sz w:val="22"/>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BC5C1A"/>
    <w:multiLevelType w:val="multilevel"/>
    <w:tmpl w:val="7A04788A"/>
    <w:lvl w:ilvl="0">
      <w:start w:val="1"/>
      <w:numFmt w:val="decimal"/>
      <w:lvlText w:val="%1."/>
      <w:lvlJc w:val="left"/>
      <w:pPr>
        <w:ind w:left="360" w:hanging="360"/>
      </w:pPr>
      <w:rPr>
        <w:b/>
        <w:bCs w:val="0"/>
        <w:i w:val="0"/>
        <w:i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E04B19"/>
    <w:multiLevelType w:val="multilevel"/>
    <w:tmpl w:val="3AC4D89C"/>
    <w:lvl w:ilvl="0">
      <w:start w:val="8"/>
      <w:numFmt w:val="decimal"/>
      <w:lvlText w:val="%1."/>
      <w:lvlJc w:val="left"/>
      <w:pPr>
        <w:tabs>
          <w:tab w:val="num" w:pos="720"/>
        </w:tabs>
        <w:ind w:left="720" w:hanging="360"/>
      </w:pPr>
      <w:rPr>
        <w:rFonts w:hint="default"/>
        <w:b/>
        <w:bCs w:val="0"/>
        <w:i w:val="0"/>
        <w:iCs w:val="0"/>
      </w:rPr>
    </w:lvl>
    <w:lvl w:ilvl="1">
      <w:start w:val="8"/>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E9E50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5958035">
    <w:abstractNumId w:val="8"/>
  </w:num>
  <w:num w:numId="2" w16cid:durableId="1509977971">
    <w:abstractNumId w:val="6"/>
  </w:num>
  <w:num w:numId="3" w16cid:durableId="1076972816">
    <w:abstractNumId w:val="5"/>
  </w:num>
  <w:num w:numId="4" w16cid:durableId="838427989">
    <w:abstractNumId w:val="4"/>
  </w:num>
  <w:num w:numId="5" w16cid:durableId="819083197">
    <w:abstractNumId w:val="7"/>
  </w:num>
  <w:num w:numId="6" w16cid:durableId="208611903">
    <w:abstractNumId w:val="3"/>
  </w:num>
  <w:num w:numId="7" w16cid:durableId="2137916909">
    <w:abstractNumId w:val="2"/>
  </w:num>
  <w:num w:numId="8" w16cid:durableId="954752855">
    <w:abstractNumId w:val="1"/>
  </w:num>
  <w:num w:numId="9" w16cid:durableId="520436716">
    <w:abstractNumId w:val="0"/>
  </w:num>
  <w:num w:numId="10" w16cid:durableId="1463428717">
    <w:abstractNumId w:val="10"/>
  </w:num>
  <w:num w:numId="11" w16cid:durableId="1119101958">
    <w:abstractNumId w:val="11"/>
  </w:num>
  <w:num w:numId="12" w16cid:durableId="1454517469">
    <w:abstractNumId w:val="12"/>
  </w:num>
  <w:num w:numId="13" w16cid:durableId="15144969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8AF"/>
    <w:rsid w:val="000C1711"/>
    <w:rsid w:val="000D2F3B"/>
    <w:rsid w:val="00124D0E"/>
    <w:rsid w:val="001349D1"/>
    <w:rsid w:val="0015074B"/>
    <w:rsid w:val="00166687"/>
    <w:rsid w:val="00180E28"/>
    <w:rsid w:val="001F2FCE"/>
    <w:rsid w:val="002159C2"/>
    <w:rsid w:val="00260F9D"/>
    <w:rsid w:val="00275428"/>
    <w:rsid w:val="0029420C"/>
    <w:rsid w:val="0029639D"/>
    <w:rsid w:val="002A4168"/>
    <w:rsid w:val="00326F90"/>
    <w:rsid w:val="0034445C"/>
    <w:rsid w:val="003D3706"/>
    <w:rsid w:val="004902BF"/>
    <w:rsid w:val="00561E56"/>
    <w:rsid w:val="00580D43"/>
    <w:rsid w:val="005A661C"/>
    <w:rsid w:val="005B6FEE"/>
    <w:rsid w:val="005E6812"/>
    <w:rsid w:val="006B7D46"/>
    <w:rsid w:val="00741F99"/>
    <w:rsid w:val="007A41CF"/>
    <w:rsid w:val="00814258"/>
    <w:rsid w:val="008A7A23"/>
    <w:rsid w:val="00A30409"/>
    <w:rsid w:val="00AA1D8D"/>
    <w:rsid w:val="00AA3686"/>
    <w:rsid w:val="00AA3BF6"/>
    <w:rsid w:val="00B47730"/>
    <w:rsid w:val="00C15CC4"/>
    <w:rsid w:val="00C3007F"/>
    <w:rsid w:val="00C51CB2"/>
    <w:rsid w:val="00CB0664"/>
    <w:rsid w:val="00CF48CB"/>
    <w:rsid w:val="00D027A4"/>
    <w:rsid w:val="00D12172"/>
    <w:rsid w:val="00D41109"/>
    <w:rsid w:val="00D95F9E"/>
    <w:rsid w:val="00E64195"/>
    <w:rsid w:val="00EC3B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FBAC1"/>
  <w14:defaultImageDpi w14:val="33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10</cp:revision>
  <dcterms:created xsi:type="dcterms:W3CDTF">2026-10-07T11:59:00Z</dcterms:created>
  <dcterms:modified xsi:type="dcterms:W3CDTF">2026-10-07T12:05:00Z</dcterms:modified>
  <cp:category/>
</cp:coreProperties>
</file>