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A04FBD" w:rsidRDefault="00AA3686" w:rsidP="005E6812">
      <w:pPr>
        <w:pStyle w:val="Heading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A04FBD">
        <w:rPr>
          <w:rFonts w:ascii="Arial" w:hAnsi="Arial" w:cs="Arial"/>
          <w:sz w:val="40"/>
          <w:szCs w:val="40"/>
        </w:rPr>
        <w:t>PAGHAM PARISH COUNCIL</w:t>
      </w:r>
    </w:p>
    <w:p w14:paraId="6EEC7F90" w14:textId="7E7E42D2" w:rsidR="00CF48CB" w:rsidRPr="00A04FBD" w:rsidRDefault="00AA3686" w:rsidP="005E6812">
      <w:pPr>
        <w:spacing w:before="240" w:after="0" w:line="240" w:lineRule="auto"/>
        <w:jc w:val="center"/>
        <w:rPr>
          <w:rFonts w:cs="Arial"/>
          <w:sz w:val="18"/>
          <w:szCs w:val="18"/>
        </w:rPr>
      </w:pPr>
      <w:r w:rsidRPr="00A04FBD">
        <w:rPr>
          <w:rFonts w:cs="Arial"/>
          <w:i/>
          <w:sz w:val="17"/>
          <w:szCs w:val="17"/>
        </w:rPr>
        <w:t>Tel: 01243 266424  |  E-mail: clerk@paghamparishcouncil.gov.uk</w:t>
      </w:r>
      <w:r w:rsidRPr="00A04FBD">
        <w:rPr>
          <w:rFonts w:cs="Arial"/>
          <w:i/>
          <w:sz w:val="17"/>
          <w:szCs w:val="17"/>
        </w:rPr>
        <w:br/>
      </w:r>
    </w:p>
    <w:p w14:paraId="01E6A490" w14:textId="77777777" w:rsidR="00CF48CB" w:rsidRPr="00A04FBD" w:rsidRDefault="00AA3686" w:rsidP="00A04FBD">
      <w:pPr>
        <w:pStyle w:val="Heading2"/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A04FBD">
        <w:rPr>
          <w:rFonts w:ascii="Arial" w:hAnsi="Arial" w:cs="Arial"/>
          <w:sz w:val="20"/>
          <w:szCs w:val="20"/>
        </w:rPr>
        <w:t>Meeting Information</w:t>
      </w:r>
    </w:p>
    <w:p w14:paraId="0843D57F" w14:textId="10635C4F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Date and Time: </w:t>
      </w:r>
      <w:r w:rsidRPr="00A04FBD">
        <w:rPr>
          <w:rFonts w:cs="Arial"/>
          <w:color w:val="EE0000"/>
          <w:sz w:val="20"/>
          <w:szCs w:val="20"/>
        </w:rPr>
        <w:t xml:space="preserve">Tuesday </w:t>
      </w:r>
      <w:r w:rsidR="00CD0D40">
        <w:rPr>
          <w:rFonts w:cs="Arial"/>
          <w:color w:val="EE0000"/>
          <w:sz w:val="20"/>
          <w:szCs w:val="20"/>
        </w:rPr>
        <w:t>14th</w:t>
      </w:r>
      <w:r w:rsidR="00A54B6C">
        <w:rPr>
          <w:rFonts w:cs="Arial"/>
          <w:color w:val="EE0000"/>
          <w:sz w:val="20"/>
          <w:szCs w:val="20"/>
        </w:rPr>
        <w:t xml:space="preserve"> Ju</w:t>
      </w:r>
      <w:r w:rsidR="00CD0D40">
        <w:rPr>
          <w:rFonts w:cs="Arial"/>
          <w:color w:val="EE0000"/>
          <w:sz w:val="20"/>
          <w:szCs w:val="20"/>
        </w:rPr>
        <w:t>ly</w:t>
      </w:r>
      <w:r w:rsidRPr="00A04FBD">
        <w:rPr>
          <w:rFonts w:cs="Arial"/>
          <w:color w:val="EE0000"/>
          <w:sz w:val="20"/>
          <w:szCs w:val="20"/>
        </w:rPr>
        <w:t xml:space="preserve"> 2026</w:t>
      </w:r>
      <w:r w:rsidRPr="00A04FBD">
        <w:rPr>
          <w:rFonts w:cs="Arial"/>
          <w:sz w:val="20"/>
          <w:szCs w:val="20"/>
        </w:rPr>
        <w:t xml:space="preserve"> at 7.</w:t>
      </w:r>
      <w:r w:rsidR="005E0475" w:rsidRPr="00A04FBD">
        <w:rPr>
          <w:rFonts w:cs="Arial"/>
          <w:sz w:val="20"/>
          <w:szCs w:val="20"/>
        </w:rPr>
        <w:t>1</w:t>
      </w:r>
      <w:r w:rsidRPr="00A04FBD">
        <w:rPr>
          <w:rFonts w:cs="Arial"/>
          <w:sz w:val="20"/>
          <w:szCs w:val="20"/>
        </w:rPr>
        <w:t>5pm</w:t>
      </w:r>
    </w:p>
    <w:p w14:paraId="2D6230EC" w14:textId="77777777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Venue: </w:t>
      </w:r>
      <w:r w:rsidRPr="00A04FBD">
        <w:rPr>
          <w:rFonts w:cs="Arial"/>
          <w:sz w:val="20"/>
          <w:szCs w:val="20"/>
        </w:rPr>
        <w:t>The Small Hall, Pagham Village Hall, Pagham, PO21 4NJ</w:t>
      </w:r>
    </w:p>
    <w:p w14:paraId="2AFB98A8" w14:textId="00F8DF3D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Councillors Summoned: </w:t>
      </w:r>
      <w:r w:rsidRPr="00A04FBD">
        <w:rPr>
          <w:rFonts w:cs="Arial"/>
          <w:sz w:val="20"/>
          <w:szCs w:val="20"/>
        </w:rPr>
        <w:t xml:space="preserve">Mr P Atkins, Mrs J Behr, </w:t>
      </w:r>
      <w:r w:rsidR="005E0475" w:rsidRPr="00A04FBD">
        <w:rPr>
          <w:rFonts w:cs="Arial"/>
          <w:sz w:val="20"/>
          <w:szCs w:val="20"/>
        </w:rPr>
        <w:t xml:space="preserve">Mr J Carr, </w:t>
      </w:r>
      <w:r w:rsidRPr="00A04FBD">
        <w:rPr>
          <w:rFonts w:cs="Arial"/>
          <w:sz w:val="20"/>
          <w:szCs w:val="20"/>
        </w:rPr>
        <w:t xml:space="preserve">Mr P Cooper, </w:t>
      </w:r>
      <w:r w:rsidR="006D5E9C" w:rsidRPr="00A04FBD">
        <w:rPr>
          <w:rFonts w:cs="Arial"/>
          <w:sz w:val="20"/>
          <w:szCs w:val="20"/>
        </w:rPr>
        <w:t xml:space="preserve">Mrs D Hall, </w:t>
      </w:r>
      <w:r w:rsidRPr="00A04FBD">
        <w:rPr>
          <w:rFonts w:cs="Arial"/>
          <w:sz w:val="20"/>
          <w:szCs w:val="20"/>
        </w:rPr>
        <w:t>Ms P Hilton, Mr M Howard, Mr D Huntley, Mr I Manion &amp; Mrs R Palmer</w:t>
      </w:r>
    </w:p>
    <w:p w14:paraId="5BCD681B" w14:textId="1ABF9FB0" w:rsidR="004902BF" w:rsidRPr="00A04FBD" w:rsidRDefault="004902BF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>Notice Issued:</w:t>
      </w:r>
      <w:r w:rsidRPr="00A04FBD">
        <w:rPr>
          <w:rFonts w:cs="Arial"/>
          <w:sz w:val="20"/>
          <w:szCs w:val="20"/>
        </w:rPr>
        <w:t xml:space="preserve">  </w:t>
      </w:r>
      <w:r w:rsidR="00CD0D40">
        <w:rPr>
          <w:rFonts w:cs="Arial"/>
          <w:color w:val="EE0000"/>
          <w:sz w:val="20"/>
          <w:szCs w:val="20"/>
        </w:rPr>
        <w:t>7</w:t>
      </w:r>
      <w:r w:rsidR="00CD0D40" w:rsidRPr="00CD0D40">
        <w:rPr>
          <w:rFonts w:cs="Arial"/>
          <w:color w:val="EE0000"/>
          <w:sz w:val="20"/>
          <w:szCs w:val="20"/>
          <w:vertAlign w:val="superscript"/>
        </w:rPr>
        <w:t>th</w:t>
      </w:r>
      <w:r w:rsidR="00CD0D40">
        <w:rPr>
          <w:rFonts w:cs="Arial"/>
          <w:color w:val="EE0000"/>
          <w:sz w:val="20"/>
          <w:szCs w:val="20"/>
        </w:rPr>
        <w:t xml:space="preserve"> July</w:t>
      </w:r>
      <w:r w:rsidR="00215797">
        <w:rPr>
          <w:rFonts w:cs="Arial"/>
          <w:color w:val="EE0000"/>
          <w:sz w:val="20"/>
          <w:szCs w:val="20"/>
        </w:rPr>
        <w:t xml:space="preserve"> 2026</w:t>
      </w:r>
    </w:p>
    <w:p w14:paraId="031E3795" w14:textId="5CAAC6E6" w:rsidR="004902BF" w:rsidRPr="00A04FBD" w:rsidRDefault="00AA3686" w:rsidP="005E6812">
      <w:pPr>
        <w:spacing w:before="160"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 xml:space="preserve">Members are hereby summoned to attend a MEETING of </w:t>
      </w:r>
      <w:r w:rsidR="000C1711" w:rsidRPr="00A04FBD">
        <w:rPr>
          <w:rFonts w:cs="Arial"/>
          <w:sz w:val="20"/>
          <w:szCs w:val="20"/>
        </w:rPr>
        <w:t xml:space="preserve">the </w:t>
      </w:r>
      <w:r w:rsidR="005E0475" w:rsidRPr="00A04FBD">
        <w:rPr>
          <w:rFonts w:cs="Arial"/>
          <w:sz w:val="20"/>
          <w:szCs w:val="20"/>
        </w:rPr>
        <w:t>PLANNING</w:t>
      </w:r>
      <w:r w:rsidR="000C1711" w:rsidRPr="00A04FBD">
        <w:rPr>
          <w:rFonts w:cs="Arial"/>
          <w:sz w:val="20"/>
          <w:szCs w:val="20"/>
        </w:rPr>
        <w:t xml:space="preserve"> COMMITTEE of </w:t>
      </w:r>
      <w:r w:rsidRPr="00A04FBD">
        <w:rPr>
          <w:rFonts w:cs="Arial"/>
          <w:sz w:val="20"/>
          <w:szCs w:val="20"/>
        </w:rPr>
        <w:t>PAGHAM PARISH COUNCIL to transact the business detailed below.</w:t>
      </w:r>
    </w:p>
    <w:p w14:paraId="111C21D7" w14:textId="042E667B" w:rsidR="00CF48CB" w:rsidRPr="00A04FBD" w:rsidRDefault="00AA3686" w:rsidP="0029420C">
      <w:pPr>
        <w:spacing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>Members of the Public and Press are welcome and encouraged to attend.</w:t>
      </w:r>
    </w:p>
    <w:p w14:paraId="7F4AE4CB" w14:textId="7C04D30F" w:rsidR="00CF48CB" w:rsidRPr="00345D4A" w:rsidRDefault="00AA3686" w:rsidP="00345D4A">
      <w:pPr>
        <w:pStyle w:val="Heading2"/>
        <w:jc w:val="center"/>
        <w:rPr>
          <w:sz w:val="52"/>
          <w:szCs w:val="52"/>
        </w:rPr>
      </w:pPr>
      <w:r w:rsidRPr="00345D4A">
        <w:rPr>
          <w:sz w:val="52"/>
          <w:szCs w:val="52"/>
        </w:rPr>
        <w:t>Agenda</w:t>
      </w:r>
    </w:p>
    <w:p w14:paraId="75D904BF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Apologies from Members.</w:t>
      </w:r>
    </w:p>
    <w:p w14:paraId="2197F83E" w14:textId="77777777" w:rsidR="00E02148" w:rsidRPr="00C76B40" w:rsidRDefault="00E02148" w:rsidP="00C76B40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E1B28E1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sz w:val="20"/>
          <w:szCs w:val="20"/>
        </w:rPr>
        <w:t>To receive declarations of interest by Councillors on any of the agenda items below.</w:t>
      </w:r>
      <w:r w:rsidRPr="00C76B40">
        <w:rPr>
          <w:rFonts w:cs="Arial"/>
          <w:b/>
          <w:bCs/>
          <w:color w:val="000000"/>
          <w:sz w:val="20"/>
          <w:szCs w:val="20"/>
        </w:rPr>
        <w:t xml:space="preserve"> </w:t>
      </w:r>
    </w:p>
    <w:p w14:paraId="52FC2F15" w14:textId="77777777" w:rsidR="00E02148" w:rsidRPr="00C76B40" w:rsidRDefault="00E02148" w:rsidP="001108A9">
      <w:pPr>
        <w:pStyle w:val="ListParagraph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A79B053" w14:textId="77777777" w:rsidR="00B051B5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Public Session (this will be limited to 10 minutes)</w:t>
      </w:r>
    </w:p>
    <w:p w14:paraId="596E4D52" w14:textId="77777777" w:rsidR="00B051B5" w:rsidRPr="00C76B40" w:rsidRDefault="00B051B5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6A66868" w14:textId="186EB746" w:rsidR="00B051B5" w:rsidRPr="00C76B40" w:rsidRDefault="00B051B5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receive and approve the minutes of the Planning Committee meeting held on 23rd June 2026 (previously issued).  </w:t>
      </w:r>
    </w:p>
    <w:p w14:paraId="59001F91" w14:textId="77777777" w:rsidR="00B051B5" w:rsidRPr="00C76B40" w:rsidRDefault="00B051B5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466D4D0" w14:textId="0E7ADA27" w:rsidR="00B051B5" w:rsidRPr="00C76B40" w:rsidRDefault="00B051B5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Matters arising from the previous Minutes (this is for information sharing purposes only)</w:t>
      </w:r>
      <w:r w:rsidRPr="00C76B40">
        <w:rPr>
          <w:rFonts w:cs="Arial"/>
          <w:b/>
          <w:color w:val="000000"/>
          <w:sz w:val="20"/>
          <w:szCs w:val="20"/>
        </w:rPr>
        <w:tab/>
      </w:r>
      <w:r w:rsidRPr="00C76B40">
        <w:rPr>
          <w:rFonts w:cs="Arial"/>
          <w:b/>
          <w:color w:val="000000"/>
          <w:sz w:val="20"/>
          <w:szCs w:val="20"/>
        </w:rPr>
        <w:tab/>
      </w:r>
    </w:p>
    <w:p w14:paraId="32306692" w14:textId="77777777" w:rsidR="00171576" w:rsidRPr="00C76B40" w:rsidRDefault="00B051B5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Planning applications: To consider responses to Planning Applications which have been submitted to Arun District Council and to delegate to the Parish Clerk to respond to each application. </w:t>
      </w:r>
    </w:p>
    <w:p w14:paraId="05DBB1A7" w14:textId="77777777" w:rsidR="00171576" w:rsidRPr="00C76B40" w:rsidRDefault="00171576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F3C7132" w14:textId="77777777" w:rsidR="00171576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P/66/26/PL – Land to the North of Nyetimber Forge Barton Close Pagham PO21 4NH. Extension and retention of resurfacing of land to form a permeable gravel area and front boundary fence (resubmission following P/165/25/PL). This application may affect the setting of listed buildings and is in CIL Zone 4 (Zero Rated) as other development. AMENDED DESCRIPTION – provision of a fence to the front of the site which ranges in height from 1m to 1.2m.</w:t>
      </w:r>
    </w:p>
    <w:p w14:paraId="2EA72367" w14:textId="77777777" w:rsidR="00171576" w:rsidRPr="00C76B40" w:rsidRDefault="00171576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1D8BC308" w14:textId="77777777" w:rsidR="00C76B40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P/80/26/HH – 44 Sea Lane Pagham PO21 4UJ.  Proposed single storey side extension</w:t>
      </w:r>
    </w:p>
    <w:p w14:paraId="15C5DD61" w14:textId="77777777" w:rsidR="00C76B40" w:rsidRPr="00C76B40" w:rsidRDefault="00C76B4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6D733D5A" w14:textId="77777777" w:rsidR="00C76B40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P/83/26/HH – 117 Harbour View Road Pagham PO21 4RJ.  Single storey side and rear extension, conversion of loft to habitable use with rear dormer and front rooflights and alterations to fenestration.</w:t>
      </w:r>
    </w:p>
    <w:p w14:paraId="7905975C" w14:textId="77777777" w:rsidR="00C76B40" w:rsidRPr="00C76B40" w:rsidRDefault="00C76B4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6576ADC1" w14:textId="77777777" w:rsidR="00C76B40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P/92/26/CLE – 12 Sea Lane Pagham PO21 4UL.  Lawful development certificate for a existing rear domestic extension to form sunroom area off living rom for single storey domestic property.</w:t>
      </w:r>
    </w:p>
    <w:p w14:paraId="14F4AEFD" w14:textId="77777777" w:rsidR="00C76B40" w:rsidRPr="00C76B40" w:rsidRDefault="00C76B4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036509DC" w14:textId="0FCDCE79" w:rsidR="00B051B5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P/87/26/HH – 31 Bishops Close Pagham Po21 4QR.  Demolish existing dilapidated conservatory and erect single storey side and rear replacement flat roof extension</w:t>
      </w:r>
    </w:p>
    <w:p w14:paraId="4F880BAB" w14:textId="77777777" w:rsidR="00E02148" w:rsidRPr="00C76B40" w:rsidRDefault="00E02148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ab/>
      </w:r>
    </w:p>
    <w:p w14:paraId="6FA5C87E" w14:textId="77777777" w:rsid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any decisions confirmed by Arun DC </w:t>
      </w:r>
    </w:p>
    <w:p w14:paraId="7386D59A" w14:textId="77777777" w:rsidR="00982F10" w:rsidRDefault="00982F1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BF8CB95" w14:textId="460972D3" w:rsidR="00E02148" w:rsidRP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82F10">
        <w:rPr>
          <w:rFonts w:cs="Arial"/>
          <w:b/>
          <w:color w:val="000000"/>
          <w:sz w:val="20"/>
          <w:szCs w:val="20"/>
        </w:rPr>
        <w:t>Enforcement &amp; ADC Planning Committees receive any updates &amp; consider any issues.</w:t>
      </w:r>
    </w:p>
    <w:p w14:paraId="12A70938" w14:textId="77777777" w:rsidR="00E02148" w:rsidRPr="00C76B40" w:rsidRDefault="00E02148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D196703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Discharge of conditions applications to receive details of discharge of conditions applications under consideration for strategic or larger sites which may be of interest to the Committee.</w:t>
      </w:r>
    </w:p>
    <w:p w14:paraId="43BF660D" w14:textId="77777777" w:rsidR="009D7AF3" w:rsidRPr="00C76B40" w:rsidRDefault="009D7AF3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3D1769C9" w14:textId="39D5DAB6" w:rsidR="00F041C3" w:rsidRPr="00C76B40" w:rsidRDefault="00B75CD6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the date of the next </w:t>
      </w:r>
      <w:r w:rsidR="00DB134D" w:rsidRPr="00C76B40">
        <w:rPr>
          <w:rFonts w:cs="Arial"/>
          <w:b/>
          <w:color w:val="000000"/>
          <w:sz w:val="20"/>
          <w:szCs w:val="20"/>
        </w:rPr>
        <w:t>meeting</w:t>
      </w:r>
    </w:p>
    <w:p w14:paraId="7DF48E42" w14:textId="7CC03342" w:rsidR="004902BF" w:rsidRPr="009D7AF3" w:rsidRDefault="004902BF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Signed: </w:t>
      </w:r>
      <w:r w:rsidRPr="009D7AF3">
        <w:rPr>
          <w:rFonts w:ascii="Brush Script MT" w:hAnsi="Brush Script MT" w:cs="Arial"/>
          <w:b/>
          <w:color w:val="000000"/>
          <w:sz w:val="20"/>
          <w:szCs w:val="20"/>
        </w:rPr>
        <w:t>Nicola Swann</w:t>
      </w:r>
      <w:r w:rsidRPr="009D7AF3">
        <w:rPr>
          <w:rFonts w:cs="Arial"/>
          <w:b/>
          <w:color w:val="000000"/>
          <w:sz w:val="20"/>
          <w:szCs w:val="20"/>
        </w:rPr>
        <w:t xml:space="preserve"> – Clerk to the Council</w:t>
      </w:r>
    </w:p>
    <w:sectPr w:rsidR="004902BF" w:rsidRPr="009D7AF3" w:rsidSect="001108A9">
      <w:pgSz w:w="12240" w:h="15840"/>
      <w:pgMar w:top="426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3DA40F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4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9"/>
  </w:num>
  <w:num w:numId="11" w16cid:durableId="1119101958">
    <w:abstractNumId w:val="10"/>
  </w:num>
  <w:num w:numId="12" w16cid:durableId="1454517469">
    <w:abstractNumId w:val="12"/>
  </w:num>
  <w:num w:numId="13" w16cid:durableId="1430853544">
    <w:abstractNumId w:val="13"/>
  </w:num>
  <w:num w:numId="14" w16cid:durableId="1370912637">
    <w:abstractNumId w:val="14"/>
  </w:num>
  <w:num w:numId="15" w16cid:durableId="576865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7E8"/>
    <w:rsid w:val="000C1711"/>
    <w:rsid w:val="000D2F3B"/>
    <w:rsid w:val="000E2D60"/>
    <w:rsid w:val="001108A9"/>
    <w:rsid w:val="00124D0E"/>
    <w:rsid w:val="0015074B"/>
    <w:rsid w:val="00166687"/>
    <w:rsid w:val="00171576"/>
    <w:rsid w:val="001C5254"/>
    <w:rsid w:val="00215797"/>
    <w:rsid w:val="002159C2"/>
    <w:rsid w:val="0025155F"/>
    <w:rsid w:val="00260F9D"/>
    <w:rsid w:val="00275428"/>
    <w:rsid w:val="0029420C"/>
    <w:rsid w:val="0029639D"/>
    <w:rsid w:val="00326F90"/>
    <w:rsid w:val="00345D4A"/>
    <w:rsid w:val="00373B6E"/>
    <w:rsid w:val="003D3706"/>
    <w:rsid w:val="00463C36"/>
    <w:rsid w:val="004902BF"/>
    <w:rsid w:val="004B5B3F"/>
    <w:rsid w:val="0053528E"/>
    <w:rsid w:val="00554F78"/>
    <w:rsid w:val="00561E56"/>
    <w:rsid w:val="005A661C"/>
    <w:rsid w:val="005E0475"/>
    <w:rsid w:val="005E6812"/>
    <w:rsid w:val="006B7D46"/>
    <w:rsid w:val="006D5E9C"/>
    <w:rsid w:val="00741F99"/>
    <w:rsid w:val="008A63C6"/>
    <w:rsid w:val="008A7A23"/>
    <w:rsid w:val="00940E85"/>
    <w:rsid w:val="00982F10"/>
    <w:rsid w:val="009C6A19"/>
    <w:rsid w:val="009D7AF3"/>
    <w:rsid w:val="00A04FBD"/>
    <w:rsid w:val="00A30409"/>
    <w:rsid w:val="00A54B6C"/>
    <w:rsid w:val="00AA1D8D"/>
    <w:rsid w:val="00AA3686"/>
    <w:rsid w:val="00AE0B55"/>
    <w:rsid w:val="00AE57B8"/>
    <w:rsid w:val="00B051B5"/>
    <w:rsid w:val="00B47730"/>
    <w:rsid w:val="00B75CD6"/>
    <w:rsid w:val="00BC1F8D"/>
    <w:rsid w:val="00BF293E"/>
    <w:rsid w:val="00C15CC4"/>
    <w:rsid w:val="00C31A30"/>
    <w:rsid w:val="00C76B40"/>
    <w:rsid w:val="00CB0664"/>
    <w:rsid w:val="00CD0D40"/>
    <w:rsid w:val="00CD60A4"/>
    <w:rsid w:val="00CF48CB"/>
    <w:rsid w:val="00D30B0B"/>
    <w:rsid w:val="00DB134D"/>
    <w:rsid w:val="00DD0993"/>
    <w:rsid w:val="00E02148"/>
    <w:rsid w:val="00EA5A7C"/>
    <w:rsid w:val="00EC3BCD"/>
    <w:rsid w:val="00F041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10</cp:revision>
  <dcterms:created xsi:type="dcterms:W3CDTF">2026-09-21T11:49:00Z</dcterms:created>
  <dcterms:modified xsi:type="dcterms:W3CDTF">2026-09-21T11:55:00Z</dcterms:modified>
  <cp:category/>
</cp:coreProperties>
</file>