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72F76B48" w:rsidR="00270F4F" w:rsidRDefault="00C04199">
      <w:pPr>
        <w:jc w:val="center"/>
      </w:pPr>
      <w:r>
        <w:rPr>
          <w:b/>
        </w:rPr>
        <w:t>Tel: 01243-266424 | E-mail: clerk@paghamparishcouncil.gov.uk</w:t>
      </w:r>
      <w:r>
        <w:rPr>
          <w:b/>
        </w:rPr>
        <w:br/>
      </w:r>
    </w:p>
    <w:p w14:paraId="699417A1" w14:textId="77777777" w:rsidR="00270F4F" w:rsidRDefault="00C04199">
      <w:pPr>
        <w:pStyle w:val="Heading2"/>
      </w:pPr>
      <w:r>
        <w:t>Meeting Details</w:t>
      </w:r>
    </w:p>
    <w:p w14:paraId="715B6609" w14:textId="39FA4FB5"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 xml:space="preserve">Tuesday </w:t>
      </w:r>
      <w:r w:rsidR="00E57598">
        <w:rPr>
          <w:sz w:val="20"/>
          <w:szCs w:val="20"/>
        </w:rPr>
        <w:t>14</w:t>
      </w:r>
      <w:r w:rsidR="00E57598" w:rsidRPr="00E57598">
        <w:rPr>
          <w:sz w:val="20"/>
          <w:szCs w:val="20"/>
          <w:vertAlign w:val="superscript"/>
        </w:rPr>
        <w:t>th</w:t>
      </w:r>
      <w:r w:rsidR="00E57598">
        <w:rPr>
          <w:sz w:val="20"/>
          <w:szCs w:val="20"/>
        </w:rPr>
        <w:t xml:space="preserve"> July</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Mrs J Behr, </w:t>
      </w:r>
      <w:r w:rsidR="0000157B">
        <w:rPr>
          <w:sz w:val="20"/>
          <w:szCs w:val="20"/>
        </w:rPr>
        <w:t xml:space="preserve">Mr J Carr, </w:t>
      </w:r>
      <w:r w:rsidR="00F83B4E">
        <w:rPr>
          <w:sz w:val="20"/>
          <w:szCs w:val="20"/>
        </w:rPr>
        <w:t>Mrs D Hall (Chairman)</w:t>
      </w:r>
      <w:r w:rsidR="00897E12" w:rsidRPr="008B6D00">
        <w:rPr>
          <w:sz w:val="20"/>
          <w:szCs w:val="20"/>
        </w:rPr>
        <w:t xml:space="preserve">, </w:t>
      </w:r>
      <w:r w:rsidRPr="008B6D00">
        <w:rPr>
          <w:sz w:val="20"/>
          <w:szCs w:val="20"/>
        </w:rPr>
        <w:t>Mr M Howard, Mr D Huntley</w:t>
      </w:r>
      <w:r w:rsidR="007B78B1">
        <w:rPr>
          <w:sz w:val="20"/>
          <w:szCs w:val="20"/>
        </w:rPr>
        <w:t xml:space="preserve"> </w:t>
      </w:r>
      <w:r w:rsidRPr="008B6D00">
        <w:rPr>
          <w:sz w:val="20"/>
          <w:szCs w:val="20"/>
        </w:rPr>
        <w:t xml:space="preserve">&amp; </w:t>
      </w:r>
      <w:proofErr w:type="spellStart"/>
      <w:r w:rsidRPr="008B6D00">
        <w:rPr>
          <w:sz w:val="20"/>
          <w:szCs w:val="20"/>
        </w:rPr>
        <w:t>Ms</w:t>
      </w:r>
      <w:proofErr w:type="spellEnd"/>
      <w:r w:rsidRPr="008B6D00">
        <w:rPr>
          <w:sz w:val="20"/>
          <w:szCs w:val="20"/>
        </w:rPr>
        <w:t xml:space="preserve">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5A664C59" w14:textId="18DBAB62" w:rsidR="00270F4F" w:rsidRPr="00AC71DA" w:rsidRDefault="00701CD6">
      <w:pPr>
        <w:pStyle w:val="Heading2"/>
        <w:rPr>
          <w:szCs w:val="28"/>
        </w:rPr>
      </w:pPr>
      <w:r w:rsidRPr="00AC71DA">
        <w:rPr>
          <w:szCs w:val="28"/>
        </w:rPr>
        <w:t>Minutes of the Planning Meeting</w:t>
      </w:r>
    </w:p>
    <w:p w14:paraId="10BEBE2C" w14:textId="77777777" w:rsidR="00B70FFC" w:rsidRPr="008B6D00" w:rsidRDefault="00B70FFC" w:rsidP="003D35FE">
      <w:pPr>
        <w:pStyle w:val="ListParagraph"/>
        <w:spacing w:after="120"/>
        <w:rPr>
          <w:sz w:val="20"/>
          <w:szCs w:val="20"/>
        </w:rPr>
      </w:pPr>
    </w:p>
    <w:p w14:paraId="2F6D1A5D" w14:textId="77777777" w:rsidR="00137D6A" w:rsidRPr="00137D6A" w:rsidRDefault="00137D6A" w:rsidP="00276A43">
      <w:pPr>
        <w:pStyle w:val="ListParagraph"/>
        <w:numPr>
          <w:ilvl w:val="0"/>
          <w:numId w:val="14"/>
        </w:numPr>
        <w:rPr>
          <w:b/>
          <w:bCs/>
          <w:sz w:val="20"/>
          <w:szCs w:val="20"/>
        </w:rPr>
      </w:pPr>
      <w:r w:rsidRPr="00137D6A">
        <w:rPr>
          <w:b/>
          <w:bCs/>
          <w:sz w:val="20"/>
          <w:szCs w:val="20"/>
        </w:rPr>
        <w:t>Apologies from Members</w:t>
      </w:r>
    </w:p>
    <w:p w14:paraId="07992EF8" w14:textId="6C8BFD28" w:rsidR="00137D6A" w:rsidRPr="00137D6A" w:rsidRDefault="0000157B" w:rsidP="00137D6A">
      <w:pPr>
        <w:pStyle w:val="ListParagraph"/>
        <w:numPr>
          <w:ilvl w:val="1"/>
          <w:numId w:val="14"/>
        </w:numPr>
        <w:rPr>
          <w:sz w:val="20"/>
          <w:szCs w:val="20"/>
        </w:rPr>
      </w:pPr>
      <w:r>
        <w:rPr>
          <w:sz w:val="20"/>
          <w:szCs w:val="20"/>
        </w:rPr>
        <w:t>Mr P Cooper, Mrs P Hilton &amp; Mr I Manion</w:t>
      </w:r>
      <w:r w:rsidR="00137D6A" w:rsidRPr="00137D6A">
        <w:rPr>
          <w:sz w:val="20"/>
          <w:szCs w:val="20"/>
        </w:rPr>
        <w:t>.</w:t>
      </w:r>
    </w:p>
    <w:p w14:paraId="1AAB87A9" w14:textId="77777777" w:rsidR="00137D6A" w:rsidRPr="00137D6A" w:rsidRDefault="00137D6A" w:rsidP="00137D6A">
      <w:pPr>
        <w:pStyle w:val="ListParagraph"/>
        <w:ind w:left="360"/>
        <w:rPr>
          <w:b/>
          <w:bCs/>
          <w:sz w:val="20"/>
          <w:szCs w:val="20"/>
        </w:rPr>
      </w:pPr>
    </w:p>
    <w:p w14:paraId="1ABDB7EF" w14:textId="77777777"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declarations of interest by Councillors on any of the agenda items below. </w:t>
      </w:r>
    </w:p>
    <w:p w14:paraId="7B460511" w14:textId="77777777" w:rsidR="00D12DAC" w:rsidRPr="00D12DAC" w:rsidRDefault="00D12DAC" w:rsidP="00D12DAC">
      <w:pPr>
        <w:pStyle w:val="ListParagraph"/>
        <w:numPr>
          <w:ilvl w:val="1"/>
          <w:numId w:val="25"/>
        </w:numPr>
        <w:rPr>
          <w:sz w:val="20"/>
          <w:szCs w:val="20"/>
        </w:rPr>
      </w:pPr>
      <w:r w:rsidRPr="00D12DAC">
        <w:rPr>
          <w:sz w:val="20"/>
          <w:szCs w:val="20"/>
        </w:rPr>
        <w:t>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time and I may come to a different decision”.</w:t>
      </w:r>
    </w:p>
    <w:p w14:paraId="483D54B0" w14:textId="77777777" w:rsidR="00D12DAC" w:rsidRDefault="00D12DAC" w:rsidP="006B7693">
      <w:pPr>
        <w:pStyle w:val="ListParagraph"/>
        <w:numPr>
          <w:ilvl w:val="1"/>
          <w:numId w:val="25"/>
        </w:numPr>
        <w:rPr>
          <w:sz w:val="20"/>
          <w:szCs w:val="20"/>
        </w:rPr>
      </w:pPr>
      <w:r w:rsidRPr="007873F3">
        <w:rPr>
          <w:sz w:val="20"/>
          <w:szCs w:val="20"/>
        </w:rPr>
        <w:t xml:space="preserve">Cllr </w:t>
      </w:r>
      <w:proofErr w:type="spellStart"/>
      <w:r w:rsidRPr="007873F3">
        <w:rPr>
          <w:sz w:val="20"/>
          <w:szCs w:val="20"/>
        </w:rPr>
        <w:t>Ms</w:t>
      </w:r>
      <w:proofErr w:type="spellEnd"/>
      <w:r w:rsidRPr="007873F3">
        <w:rPr>
          <w:sz w:val="20"/>
          <w:szCs w:val="20"/>
        </w:rPr>
        <w:t xml:space="preserve"> Palmer declared a personal interest as a friend and neighbour of the applicant for agenda item 6.1.  She would not vote on the matter.</w:t>
      </w:r>
    </w:p>
    <w:p w14:paraId="2576D9B5" w14:textId="77777777" w:rsidR="007873F3" w:rsidRPr="007873F3" w:rsidRDefault="007873F3" w:rsidP="007873F3">
      <w:pPr>
        <w:pStyle w:val="ListParagraph"/>
        <w:ind w:left="0"/>
        <w:rPr>
          <w:sz w:val="20"/>
          <w:szCs w:val="20"/>
        </w:rPr>
      </w:pPr>
    </w:p>
    <w:p w14:paraId="22F8E904" w14:textId="77777777" w:rsidR="00D12DAC" w:rsidRPr="007873F3" w:rsidRDefault="00D12DAC" w:rsidP="00D12DAC">
      <w:pPr>
        <w:pStyle w:val="ListParagraph"/>
        <w:numPr>
          <w:ilvl w:val="0"/>
          <w:numId w:val="14"/>
        </w:numPr>
        <w:rPr>
          <w:sz w:val="20"/>
          <w:szCs w:val="20"/>
        </w:rPr>
      </w:pPr>
      <w:r w:rsidRPr="00D12DAC">
        <w:rPr>
          <w:b/>
          <w:bCs/>
          <w:sz w:val="20"/>
          <w:szCs w:val="20"/>
        </w:rPr>
        <w:t xml:space="preserve">Public Session </w:t>
      </w:r>
      <w:r w:rsidRPr="007873F3">
        <w:rPr>
          <w:sz w:val="20"/>
          <w:szCs w:val="20"/>
        </w:rPr>
        <w:t xml:space="preserve">Questions and comments from Members of the Public Present </w:t>
      </w:r>
    </w:p>
    <w:p w14:paraId="42100B1B" w14:textId="77777777" w:rsidR="00D12DAC" w:rsidRPr="002374FF" w:rsidRDefault="00D12DAC" w:rsidP="007873F3">
      <w:pPr>
        <w:pStyle w:val="ListParagraph"/>
        <w:numPr>
          <w:ilvl w:val="1"/>
          <w:numId w:val="14"/>
        </w:numPr>
        <w:rPr>
          <w:sz w:val="20"/>
          <w:szCs w:val="20"/>
        </w:rPr>
      </w:pPr>
      <w:r w:rsidRPr="002374FF">
        <w:rPr>
          <w:sz w:val="20"/>
          <w:szCs w:val="20"/>
        </w:rPr>
        <w:t>Two members of the public were present.</w:t>
      </w:r>
    </w:p>
    <w:p w14:paraId="7C86DDAD" w14:textId="77777777" w:rsidR="00D12DAC" w:rsidRPr="00D12DAC" w:rsidRDefault="00D12DAC" w:rsidP="002374FF">
      <w:pPr>
        <w:pStyle w:val="ListParagraph"/>
        <w:ind w:left="360"/>
        <w:rPr>
          <w:b/>
          <w:bCs/>
          <w:sz w:val="20"/>
          <w:szCs w:val="20"/>
        </w:rPr>
      </w:pPr>
    </w:p>
    <w:p w14:paraId="5CF33201" w14:textId="77777777"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and approve the minutes of the Planning Committee meeting held on 23rd June 2026 </w:t>
      </w:r>
      <w:r w:rsidRPr="002374FF">
        <w:rPr>
          <w:i/>
          <w:iCs/>
          <w:sz w:val="20"/>
          <w:szCs w:val="20"/>
        </w:rPr>
        <w:t>(previously issued)</w:t>
      </w:r>
    </w:p>
    <w:p w14:paraId="78D22973" w14:textId="77777777" w:rsidR="00D12DAC" w:rsidRPr="006B7693" w:rsidRDefault="00D12DAC" w:rsidP="006B7693">
      <w:pPr>
        <w:pStyle w:val="ListParagraph"/>
        <w:numPr>
          <w:ilvl w:val="1"/>
          <w:numId w:val="25"/>
        </w:numPr>
        <w:rPr>
          <w:sz w:val="20"/>
          <w:szCs w:val="20"/>
        </w:rPr>
      </w:pPr>
      <w:r w:rsidRPr="006B7693">
        <w:rPr>
          <w:sz w:val="20"/>
          <w:szCs w:val="20"/>
        </w:rPr>
        <w:t xml:space="preserve">It was RESOLVED to APPROVE the Minutes, and the Chairman was </w:t>
      </w:r>
      <w:proofErr w:type="spellStart"/>
      <w:r w:rsidRPr="006B7693">
        <w:rPr>
          <w:sz w:val="20"/>
          <w:szCs w:val="20"/>
        </w:rPr>
        <w:t>authorised</w:t>
      </w:r>
      <w:proofErr w:type="spellEnd"/>
      <w:r w:rsidRPr="006B7693">
        <w:rPr>
          <w:sz w:val="20"/>
          <w:szCs w:val="20"/>
        </w:rPr>
        <w:t xml:space="preserve"> to sign them as an accurate record of that meeting.  </w:t>
      </w:r>
    </w:p>
    <w:p w14:paraId="318D1FDB" w14:textId="77777777" w:rsidR="00D12DAC" w:rsidRPr="00D12DAC" w:rsidRDefault="00D12DAC" w:rsidP="006B7693">
      <w:pPr>
        <w:pStyle w:val="ListParagraph"/>
        <w:ind w:left="360"/>
        <w:rPr>
          <w:b/>
          <w:bCs/>
          <w:sz w:val="20"/>
          <w:szCs w:val="20"/>
        </w:rPr>
      </w:pPr>
    </w:p>
    <w:p w14:paraId="0E0BF0CC" w14:textId="77777777" w:rsidR="00D12DAC" w:rsidRPr="00D12DAC" w:rsidRDefault="00D12DAC" w:rsidP="00D12DAC">
      <w:pPr>
        <w:pStyle w:val="ListParagraph"/>
        <w:numPr>
          <w:ilvl w:val="0"/>
          <w:numId w:val="14"/>
        </w:numPr>
        <w:rPr>
          <w:b/>
          <w:bCs/>
          <w:sz w:val="20"/>
          <w:szCs w:val="20"/>
        </w:rPr>
      </w:pPr>
      <w:r w:rsidRPr="00D12DAC">
        <w:rPr>
          <w:b/>
          <w:bCs/>
          <w:sz w:val="20"/>
          <w:szCs w:val="20"/>
        </w:rPr>
        <w:t>Matters arising from the Minutes</w:t>
      </w:r>
    </w:p>
    <w:p w14:paraId="7B218C96" w14:textId="77777777" w:rsidR="00D12DAC" w:rsidRPr="006B7693" w:rsidRDefault="00D12DAC" w:rsidP="006B7693">
      <w:pPr>
        <w:pStyle w:val="ListParagraph"/>
        <w:numPr>
          <w:ilvl w:val="1"/>
          <w:numId w:val="14"/>
        </w:numPr>
        <w:rPr>
          <w:sz w:val="20"/>
          <w:szCs w:val="20"/>
        </w:rPr>
      </w:pPr>
      <w:r w:rsidRPr="006B7693">
        <w:rPr>
          <w:sz w:val="20"/>
          <w:szCs w:val="20"/>
        </w:rPr>
        <w:t>None</w:t>
      </w:r>
    </w:p>
    <w:p w14:paraId="511B4576" w14:textId="77777777" w:rsidR="00D12DAC" w:rsidRPr="00D12DAC" w:rsidRDefault="00D12DAC" w:rsidP="006B7693">
      <w:pPr>
        <w:pStyle w:val="ListParagraph"/>
        <w:ind w:left="360"/>
        <w:rPr>
          <w:b/>
          <w:bCs/>
          <w:sz w:val="20"/>
          <w:szCs w:val="20"/>
        </w:rPr>
      </w:pPr>
    </w:p>
    <w:p w14:paraId="1E449A28" w14:textId="77777777" w:rsidR="00D12DAC" w:rsidRPr="00D12DAC" w:rsidRDefault="00D12DAC" w:rsidP="00D12DAC">
      <w:pPr>
        <w:pStyle w:val="ListParagraph"/>
        <w:numPr>
          <w:ilvl w:val="0"/>
          <w:numId w:val="14"/>
        </w:numPr>
        <w:rPr>
          <w:b/>
          <w:bCs/>
          <w:sz w:val="20"/>
          <w:szCs w:val="20"/>
        </w:rPr>
      </w:pPr>
      <w:r w:rsidRPr="00D12DAC">
        <w:rPr>
          <w:b/>
          <w:bCs/>
          <w:sz w:val="20"/>
          <w:szCs w:val="20"/>
        </w:rPr>
        <w:t>Planning Applications</w:t>
      </w:r>
    </w:p>
    <w:p w14:paraId="48DAC5A6" w14:textId="77777777" w:rsidR="00D12DAC" w:rsidRPr="006B7693" w:rsidRDefault="00D12DAC" w:rsidP="006B7693">
      <w:pPr>
        <w:rPr>
          <w:sz w:val="20"/>
          <w:szCs w:val="20"/>
        </w:rPr>
      </w:pPr>
      <w:r w:rsidRPr="006B7693">
        <w:rPr>
          <w:sz w:val="20"/>
          <w:szCs w:val="20"/>
        </w:rPr>
        <w:t>To consider responses to Planning Applications which have been submitted to Arun District Council and to delegate to the Parish Clerk to respond to each application in accordance with the Parish Council’s resolution</w:t>
      </w:r>
    </w:p>
    <w:p w14:paraId="0BDD5856" w14:textId="77777777" w:rsidR="00D12DAC" w:rsidRPr="00D12DAC" w:rsidRDefault="00D12DAC" w:rsidP="006B7693">
      <w:pPr>
        <w:pStyle w:val="ListParagraph"/>
        <w:ind w:left="360"/>
        <w:rPr>
          <w:b/>
          <w:bCs/>
          <w:sz w:val="20"/>
          <w:szCs w:val="20"/>
        </w:rPr>
      </w:pPr>
    </w:p>
    <w:p w14:paraId="2112AAAF" w14:textId="63660131" w:rsidR="00D12DAC" w:rsidRPr="006B7693" w:rsidRDefault="00D12DAC" w:rsidP="006B7693">
      <w:pPr>
        <w:pStyle w:val="ListParagraph"/>
        <w:numPr>
          <w:ilvl w:val="1"/>
          <w:numId w:val="26"/>
        </w:numPr>
        <w:rPr>
          <w:b/>
          <w:bCs/>
          <w:sz w:val="20"/>
          <w:szCs w:val="20"/>
        </w:rPr>
      </w:pPr>
      <w:r w:rsidRPr="006B7693">
        <w:rPr>
          <w:b/>
          <w:bCs/>
          <w:sz w:val="20"/>
          <w:szCs w:val="20"/>
        </w:rPr>
        <w:t>P/66/26/PL – Land to the North of Nyetimber Forge Barton Close Pagham PO21 4NH. Extension and retention of resurfacing of land to form a permeable gravel area and front boundary fence (resubmission following P/165/25/PL). This application may affect the setting of listed buildings and is in CIL Zone 4 (Zero Rated) as other development. AMENDED DESCRIPTION – provision of a fence to the front of the site which ranges in height from 1m to 1.2m.  RESOLVED: NO OBJECTION.  Cllr Mr Huntley abstained.</w:t>
      </w:r>
    </w:p>
    <w:p w14:paraId="642ABF02" w14:textId="77777777" w:rsidR="00D12DAC" w:rsidRPr="006B7693" w:rsidRDefault="00D12DAC" w:rsidP="006B7693">
      <w:pPr>
        <w:pStyle w:val="ListParagraph"/>
        <w:ind w:left="851"/>
        <w:rPr>
          <w:b/>
          <w:bCs/>
          <w:sz w:val="20"/>
          <w:szCs w:val="20"/>
        </w:rPr>
      </w:pPr>
    </w:p>
    <w:p w14:paraId="1ADDB1CB" w14:textId="27293554" w:rsidR="00D12DAC" w:rsidRPr="006B7693" w:rsidRDefault="00D12DAC" w:rsidP="006B7693">
      <w:pPr>
        <w:pStyle w:val="ListParagraph"/>
        <w:numPr>
          <w:ilvl w:val="1"/>
          <w:numId w:val="26"/>
        </w:numPr>
        <w:rPr>
          <w:b/>
          <w:bCs/>
          <w:sz w:val="20"/>
          <w:szCs w:val="20"/>
        </w:rPr>
      </w:pPr>
      <w:r w:rsidRPr="006B7693">
        <w:rPr>
          <w:b/>
          <w:bCs/>
          <w:sz w:val="20"/>
          <w:szCs w:val="20"/>
        </w:rPr>
        <w:t xml:space="preserve"> P/80/26/HH – 44 Sea Lane Pagham PO21 4UJ.  Proposed single </w:t>
      </w:r>
      <w:proofErr w:type="spellStart"/>
      <w:r w:rsidRPr="006B7693">
        <w:rPr>
          <w:b/>
          <w:bCs/>
          <w:sz w:val="20"/>
          <w:szCs w:val="20"/>
        </w:rPr>
        <w:t>storey</w:t>
      </w:r>
      <w:proofErr w:type="spellEnd"/>
      <w:r w:rsidRPr="006B7693">
        <w:rPr>
          <w:b/>
          <w:bCs/>
          <w:sz w:val="20"/>
          <w:szCs w:val="20"/>
        </w:rPr>
        <w:t xml:space="preserve"> side extension</w:t>
      </w:r>
      <w:r w:rsidR="006B7693" w:rsidRPr="006B7693">
        <w:rPr>
          <w:b/>
          <w:bCs/>
          <w:sz w:val="20"/>
          <w:szCs w:val="20"/>
        </w:rPr>
        <w:t>.</w:t>
      </w:r>
      <w:r w:rsidR="00B31340">
        <w:rPr>
          <w:b/>
          <w:bCs/>
          <w:sz w:val="20"/>
          <w:szCs w:val="20"/>
        </w:rPr>
        <w:t xml:space="preserve"> </w:t>
      </w:r>
      <w:r w:rsidRPr="006B7693">
        <w:rPr>
          <w:b/>
          <w:bCs/>
          <w:sz w:val="20"/>
          <w:szCs w:val="20"/>
        </w:rPr>
        <w:t>RESOLVED: NO OBJECTION</w:t>
      </w:r>
    </w:p>
    <w:p w14:paraId="45FA8A0B" w14:textId="77777777" w:rsidR="00D12DAC" w:rsidRPr="006B7693" w:rsidRDefault="00D12DAC" w:rsidP="00B31340">
      <w:pPr>
        <w:pStyle w:val="ListParagraph"/>
        <w:ind w:left="851"/>
        <w:rPr>
          <w:sz w:val="20"/>
          <w:szCs w:val="20"/>
        </w:rPr>
      </w:pPr>
    </w:p>
    <w:p w14:paraId="76593B1C" w14:textId="6C39687E" w:rsidR="00D12DAC" w:rsidRPr="00B31340" w:rsidRDefault="00D12DAC" w:rsidP="006B7693">
      <w:pPr>
        <w:pStyle w:val="ListParagraph"/>
        <w:numPr>
          <w:ilvl w:val="1"/>
          <w:numId w:val="26"/>
        </w:numPr>
        <w:rPr>
          <w:b/>
          <w:bCs/>
          <w:sz w:val="20"/>
          <w:szCs w:val="20"/>
        </w:rPr>
      </w:pPr>
      <w:r w:rsidRPr="00B31340">
        <w:rPr>
          <w:b/>
          <w:bCs/>
          <w:sz w:val="20"/>
          <w:szCs w:val="20"/>
        </w:rPr>
        <w:lastRenderedPageBreak/>
        <w:t xml:space="preserve">P/83/26/HH – 117 Harbour View Road Pagham PO21 4RJ.  Single </w:t>
      </w:r>
      <w:proofErr w:type="spellStart"/>
      <w:r w:rsidRPr="00B31340">
        <w:rPr>
          <w:b/>
          <w:bCs/>
          <w:sz w:val="20"/>
          <w:szCs w:val="20"/>
        </w:rPr>
        <w:t>storey</w:t>
      </w:r>
      <w:proofErr w:type="spellEnd"/>
      <w:r w:rsidRPr="00B31340">
        <w:rPr>
          <w:b/>
          <w:bCs/>
          <w:sz w:val="20"/>
          <w:szCs w:val="20"/>
        </w:rPr>
        <w:t xml:space="preserve"> side and rear extension, conversion of loft to habitable use with rear dormer and front </w:t>
      </w:r>
      <w:proofErr w:type="spellStart"/>
      <w:r w:rsidRPr="00B31340">
        <w:rPr>
          <w:b/>
          <w:bCs/>
          <w:sz w:val="20"/>
          <w:szCs w:val="20"/>
        </w:rPr>
        <w:t>rooflights</w:t>
      </w:r>
      <w:proofErr w:type="spellEnd"/>
      <w:r w:rsidRPr="00B31340">
        <w:rPr>
          <w:b/>
          <w:bCs/>
          <w:sz w:val="20"/>
          <w:szCs w:val="20"/>
        </w:rPr>
        <w:t xml:space="preserve"> and alterations to fenestration.</w:t>
      </w:r>
      <w:r w:rsidR="00B31340">
        <w:rPr>
          <w:b/>
          <w:bCs/>
          <w:sz w:val="20"/>
          <w:szCs w:val="20"/>
        </w:rPr>
        <w:t xml:space="preserve"> </w:t>
      </w:r>
      <w:r w:rsidRPr="00B31340">
        <w:rPr>
          <w:b/>
          <w:bCs/>
          <w:sz w:val="20"/>
          <w:szCs w:val="20"/>
        </w:rPr>
        <w:t>RESOLVED:  NO OBJECTION</w:t>
      </w:r>
    </w:p>
    <w:p w14:paraId="4D006D3E" w14:textId="77777777" w:rsidR="00D12DAC" w:rsidRPr="006B7693" w:rsidRDefault="00D12DAC" w:rsidP="00B31340">
      <w:pPr>
        <w:pStyle w:val="ListParagraph"/>
        <w:ind w:left="851"/>
        <w:rPr>
          <w:sz w:val="20"/>
          <w:szCs w:val="20"/>
        </w:rPr>
      </w:pPr>
    </w:p>
    <w:p w14:paraId="246BC648" w14:textId="3BD818BA" w:rsidR="00D12DAC" w:rsidRPr="00B31340" w:rsidRDefault="00D12DAC" w:rsidP="006B7693">
      <w:pPr>
        <w:pStyle w:val="ListParagraph"/>
        <w:numPr>
          <w:ilvl w:val="1"/>
          <w:numId w:val="26"/>
        </w:numPr>
        <w:rPr>
          <w:b/>
          <w:bCs/>
          <w:sz w:val="20"/>
          <w:szCs w:val="20"/>
        </w:rPr>
      </w:pPr>
      <w:r w:rsidRPr="00B31340">
        <w:rPr>
          <w:b/>
          <w:bCs/>
          <w:sz w:val="20"/>
          <w:szCs w:val="20"/>
        </w:rPr>
        <w:t xml:space="preserve">P/92/26/CLE – 12 Sea Lane Pagham PO21 4UL.  Lawful development certificate for </w:t>
      </w:r>
      <w:proofErr w:type="spellStart"/>
      <w:r w:rsidRPr="00B31340">
        <w:rPr>
          <w:b/>
          <w:bCs/>
          <w:sz w:val="20"/>
          <w:szCs w:val="20"/>
        </w:rPr>
        <w:t>a</w:t>
      </w:r>
      <w:proofErr w:type="spellEnd"/>
      <w:r w:rsidRPr="00B31340">
        <w:rPr>
          <w:b/>
          <w:bCs/>
          <w:sz w:val="20"/>
          <w:szCs w:val="20"/>
        </w:rPr>
        <w:t xml:space="preserve"> existing rear domestic extension to form sunroom area off living room for single </w:t>
      </w:r>
      <w:proofErr w:type="spellStart"/>
      <w:r w:rsidRPr="00B31340">
        <w:rPr>
          <w:b/>
          <w:bCs/>
          <w:sz w:val="20"/>
          <w:szCs w:val="20"/>
        </w:rPr>
        <w:t>storey</w:t>
      </w:r>
      <w:proofErr w:type="spellEnd"/>
      <w:r w:rsidRPr="00B31340">
        <w:rPr>
          <w:b/>
          <w:bCs/>
          <w:sz w:val="20"/>
          <w:szCs w:val="20"/>
        </w:rPr>
        <w:t xml:space="preserve"> domestic property.  RESOLVED: NO OBJECTION</w:t>
      </w:r>
    </w:p>
    <w:p w14:paraId="55581CE2" w14:textId="77777777" w:rsidR="00D12DAC" w:rsidRPr="00B31340" w:rsidRDefault="00D12DAC" w:rsidP="00B31340">
      <w:pPr>
        <w:pStyle w:val="ListParagraph"/>
        <w:ind w:left="851"/>
        <w:rPr>
          <w:sz w:val="20"/>
          <w:szCs w:val="20"/>
        </w:rPr>
      </w:pPr>
    </w:p>
    <w:p w14:paraId="3058DE8C" w14:textId="77777777" w:rsidR="00D12DAC" w:rsidRPr="00B31340" w:rsidRDefault="00D12DAC" w:rsidP="006B7693">
      <w:pPr>
        <w:pStyle w:val="ListParagraph"/>
        <w:numPr>
          <w:ilvl w:val="1"/>
          <w:numId w:val="26"/>
        </w:numPr>
        <w:rPr>
          <w:b/>
          <w:bCs/>
          <w:sz w:val="20"/>
          <w:szCs w:val="20"/>
        </w:rPr>
      </w:pPr>
      <w:r w:rsidRPr="00B31340">
        <w:rPr>
          <w:b/>
          <w:bCs/>
          <w:sz w:val="20"/>
          <w:szCs w:val="20"/>
        </w:rPr>
        <w:t xml:space="preserve">P/87/26/HH – 31 Bishops Close Pagham Po21 4QR.  Demolish existing dilapidated conservatory and erect single </w:t>
      </w:r>
      <w:proofErr w:type="spellStart"/>
      <w:r w:rsidRPr="00B31340">
        <w:rPr>
          <w:b/>
          <w:bCs/>
          <w:sz w:val="20"/>
          <w:szCs w:val="20"/>
        </w:rPr>
        <w:t>storey</w:t>
      </w:r>
      <w:proofErr w:type="spellEnd"/>
      <w:r w:rsidRPr="00B31340">
        <w:rPr>
          <w:b/>
          <w:bCs/>
          <w:sz w:val="20"/>
          <w:szCs w:val="20"/>
        </w:rPr>
        <w:t xml:space="preserve"> side and rear replacement flat roof extension.  RESOLVED:  NO OBJECTION</w:t>
      </w:r>
    </w:p>
    <w:p w14:paraId="782A68B4" w14:textId="77777777" w:rsidR="00D12DAC" w:rsidRPr="00B31340" w:rsidRDefault="00D12DAC" w:rsidP="00B31340">
      <w:pPr>
        <w:pStyle w:val="ListParagraph"/>
        <w:ind w:left="851"/>
        <w:rPr>
          <w:sz w:val="20"/>
          <w:szCs w:val="20"/>
        </w:rPr>
      </w:pPr>
    </w:p>
    <w:p w14:paraId="0DFFCAE3" w14:textId="77777777" w:rsidR="00D12DAC" w:rsidRPr="00B31340" w:rsidRDefault="00D12DAC" w:rsidP="00D12DAC">
      <w:pPr>
        <w:pStyle w:val="ListParagraph"/>
        <w:numPr>
          <w:ilvl w:val="0"/>
          <w:numId w:val="14"/>
        </w:numPr>
        <w:rPr>
          <w:b/>
          <w:bCs/>
          <w:sz w:val="20"/>
          <w:szCs w:val="20"/>
        </w:rPr>
      </w:pPr>
      <w:r w:rsidRPr="00B31340">
        <w:rPr>
          <w:b/>
          <w:bCs/>
          <w:sz w:val="20"/>
          <w:szCs w:val="20"/>
        </w:rPr>
        <w:t>To note any decisions confirmed by Arun DC</w:t>
      </w:r>
    </w:p>
    <w:p w14:paraId="291725EE" w14:textId="77777777" w:rsidR="00D12DAC" w:rsidRPr="006B7693" w:rsidRDefault="00D12DAC" w:rsidP="00B31340">
      <w:pPr>
        <w:pStyle w:val="ListParagraph"/>
        <w:numPr>
          <w:ilvl w:val="1"/>
          <w:numId w:val="25"/>
        </w:numPr>
        <w:rPr>
          <w:sz w:val="20"/>
          <w:szCs w:val="20"/>
        </w:rPr>
      </w:pPr>
      <w:r w:rsidRPr="006B7693">
        <w:rPr>
          <w:sz w:val="20"/>
          <w:szCs w:val="20"/>
        </w:rPr>
        <w:t>P/11/26/PL – Pagham Beach Amusements 1 Beach Road and 129 East Front Road Pagham PO21 4SL.  Part change of use of existing amusement arcade to manager accommodation alongside associated extension and alterations.  This application is in CIL Zone 4 and is CIL Liable as a new dwelling.  REFUSE</w:t>
      </w:r>
    </w:p>
    <w:p w14:paraId="7816EF87" w14:textId="77777777" w:rsidR="00D12DAC" w:rsidRPr="006B7693" w:rsidRDefault="00D12DAC" w:rsidP="00B31340">
      <w:pPr>
        <w:pStyle w:val="ListParagraph"/>
        <w:ind w:left="794"/>
        <w:rPr>
          <w:sz w:val="20"/>
          <w:szCs w:val="20"/>
        </w:rPr>
      </w:pPr>
    </w:p>
    <w:p w14:paraId="22F0069B" w14:textId="77777777" w:rsidR="00D12DAC" w:rsidRPr="006B7693" w:rsidRDefault="00D12DAC" w:rsidP="00B31340">
      <w:pPr>
        <w:pStyle w:val="ListParagraph"/>
        <w:numPr>
          <w:ilvl w:val="1"/>
          <w:numId w:val="25"/>
        </w:numPr>
        <w:rPr>
          <w:sz w:val="20"/>
          <w:szCs w:val="20"/>
        </w:rPr>
      </w:pPr>
      <w:r w:rsidRPr="006B7693">
        <w:rPr>
          <w:sz w:val="20"/>
          <w:szCs w:val="20"/>
        </w:rPr>
        <w:t>P/57/26/PL – St Ninians United Reform Church Pagham Road Pagham PO21 4NJ.  Change of use from a place of worship to a funeral director.  PERMIT</w:t>
      </w:r>
    </w:p>
    <w:p w14:paraId="6D3A25D3" w14:textId="77777777" w:rsidR="00D12DAC" w:rsidRPr="006B7693" w:rsidRDefault="00D12DAC" w:rsidP="00B31340">
      <w:pPr>
        <w:pStyle w:val="ListParagraph"/>
        <w:ind w:left="794"/>
        <w:rPr>
          <w:sz w:val="20"/>
          <w:szCs w:val="20"/>
        </w:rPr>
      </w:pPr>
    </w:p>
    <w:p w14:paraId="6AC9EE5C" w14:textId="77777777" w:rsidR="00D12DAC" w:rsidRPr="006B7693" w:rsidRDefault="00D12DAC" w:rsidP="00B31340">
      <w:pPr>
        <w:pStyle w:val="ListParagraph"/>
        <w:numPr>
          <w:ilvl w:val="1"/>
          <w:numId w:val="25"/>
        </w:numPr>
        <w:rPr>
          <w:sz w:val="20"/>
          <w:szCs w:val="20"/>
        </w:rPr>
      </w:pPr>
      <w:r w:rsidRPr="006B7693">
        <w:rPr>
          <w:sz w:val="20"/>
          <w:szCs w:val="20"/>
        </w:rPr>
        <w:t xml:space="preserve">P/64/26/HH – 11 Barons Mead Pagham PO21 4SF.  Rear single </w:t>
      </w:r>
      <w:proofErr w:type="spellStart"/>
      <w:r w:rsidRPr="006B7693">
        <w:rPr>
          <w:sz w:val="20"/>
          <w:szCs w:val="20"/>
        </w:rPr>
        <w:t>storey</w:t>
      </w:r>
      <w:proofErr w:type="spellEnd"/>
      <w:r w:rsidRPr="006B7693">
        <w:rPr>
          <w:sz w:val="20"/>
          <w:szCs w:val="20"/>
        </w:rPr>
        <w:t xml:space="preserve"> extension.  PERMIT</w:t>
      </w:r>
    </w:p>
    <w:p w14:paraId="5BC6781C" w14:textId="77777777" w:rsidR="00D12DAC" w:rsidRPr="006B7693" w:rsidRDefault="00D12DAC" w:rsidP="00B31340">
      <w:pPr>
        <w:pStyle w:val="ListParagraph"/>
        <w:ind w:left="794"/>
        <w:rPr>
          <w:sz w:val="20"/>
          <w:szCs w:val="20"/>
        </w:rPr>
      </w:pPr>
    </w:p>
    <w:p w14:paraId="67FAB970" w14:textId="77777777" w:rsidR="00D12DAC" w:rsidRPr="00B31340" w:rsidRDefault="00D12DAC" w:rsidP="00864351">
      <w:pPr>
        <w:pStyle w:val="ListParagraph"/>
        <w:numPr>
          <w:ilvl w:val="0"/>
          <w:numId w:val="25"/>
        </w:numPr>
        <w:rPr>
          <w:b/>
          <w:bCs/>
          <w:sz w:val="20"/>
          <w:szCs w:val="20"/>
        </w:rPr>
      </w:pPr>
      <w:r w:rsidRPr="00B31340">
        <w:rPr>
          <w:b/>
          <w:bCs/>
          <w:sz w:val="20"/>
          <w:szCs w:val="20"/>
        </w:rPr>
        <w:t>Enforcement &amp; ADC Planning Committee</w:t>
      </w:r>
    </w:p>
    <w:p w14:paraId="18A8F3C7" w14:textId="77777777" w:rsidR="00D12DAC" w:rsidRPr="006B7693" w:rsidRDefault="00D12DAC" w:rsidP="00B31340">
      <w:pPr>
        <w:pStyle w:val="ListParagraph"/>
        <w:numPr>
          <w:ilvl w:val="1"/>
          <w:numId w:val="25"/>
        </w:numPr>
        <w:rPr>
          <w:sz w:val="20"/>
          <w:szCs w:val="20"/>
        </w:rPr>
      </w:pPr>
      <w:r w:rsidRPr="006B7693">
        <w:rPr>
          <w:sz w:val="20"/>
          <w:szCs w:val="20"/>
        </w:rPr>
        <w:t>P/30/26/OUT and P/31/26/OUT to be considered at ADC Planning Committee on 22nd July 2026.  Cllr Mrs Hall asked to be registered to speak on the Council’s behalf.</w:t>
      </w:r>
    </w:p>
    <w:p w14:paraId="249CD6F6" w14:textId="77777777" w:rsidR="00D12DAC" w:rsidRPr="006B7693" w:rsidRDefault="00D12DAC" w:rsidP="00B31340">
      <w:pPr>
        <w:pStyle w:val="ListParagraph"/>
        <w:ind w:left="794"/>
        <w:rPr>
          <w:sz w:val="20"/>
          <w:szCs w:val="20"/>
        </w:rPr>
      </w:pPr>
    </w:p>
    <w:p w14:paraId="2FEF61A7" w14:textId="77777777" w:rsidR="00D12DAC" w:rsidRPr="00864351" w:rsidRDefault="00D12DAC" w:rsidP="00864351">
      <w:pPr>
        <w:pStyle w:val="ListParagraph"/>
        <w:numPr>
          <w:ilvl w:val="0"/>
          <w:numId w:val="25"/>
        </w:numPr>
        <w:rPr>
          <w:i/>
          <w:iCs/>
          <w:sz w:val="20"/>
          <w:szCs w:val="20"/>
        </w:rPr>
      </w:pPr>
      <w:r w:rsidRPr="00864351">
        <w:rPr>
          <w:b/>
          <w:bCs/>
          <w:sz w:val="20"/>
          <w:szCs w:val="20"/>
        </w:rPr>
        <w:t xml:space="preserve">Discharge of conditions applications </w:t>
      </w:r>
      <w:r w:rsidRPr="00864351">
        <w:rPr>
          <w:i/>
          <w:iCs/>
          <w:sz w:val="20"/>
          <w:szCs w:val="20"/>
        </w:rPr>
        <w:t>to receive details of discharge of conditions applications under consideration for strategic or larger sites which may be of interest to the Committee</w:t>
      </w:r>
    </w:p>
    <w:p w14:paraId="0D8205AF" w14:textId="77777777" w:rsidR="00D12DAC" w:rsidRPr="006B7693" w:rsidRDefault="00D12DAC" w:rsidP="00B31340">
      <w:pPr>
        <w:pStyle w:val="ListParagraph"/>
        <w:numPr>
          <w:ilvl w:val="1"/>
          <w:numId w:val="25"/>
        </w:numPr>
        <w:rPr>
          <w:sz w:val="20"/>
          <w:szCs w:val="20"/>
        </w:rPr>
      </w:pPr>
      <w:r w:rsidRPr="006B7693">
        <w:rPr>
          <w:sz w:val="20"/>
          <w:szCs w:val="20"/>
        </w:rPr>
        <w:t xml:space="preserve">None  </w:t>
      </w:r>
    </w:p>
    <w:p w14:paraId="5020BF06" w14:textId="77777777" w:rsidR="00D12DAC" w:rsidRPr="006B7693" w:rsidRDefault="00D12DAC" w:rsidP="00864351">
      <w:pPr>
        <w:pStyle w:val="ListParagraph"/>
        <w:ind w:left="794"/>
        <w:rPr>
          <w:sz w:val="20"/>
          <w:szCs w:val="20"/>
        </w:rPr>
      </w:pPr>
    </w:p>
    <w:p w14:paraId="134D28B7" w14:textId="77777777" w:rsidR="00D12DAC" w:rsidRPr="006B7693" w:rsidRDefault="00D12DAC" w:rsidP="00864351">
      <w:pPr>
        <w:pStyle w:val="ListParagraph"/>
        <w:numPr>
          <w:ilvl w:val="0"/>
          <w:numId w:val="25"/>
        </w:numPr>
        <w:rPr>
          <w:sz w:val="20"/>
          <w:szCs w:val="20"/>
        </w:rPr>
      </w:pPr>
      <w:r w:rsidRPr="006B7693">
        <w:rPr>
          <w:sz w:val="20"/>
          <w:szCs w:val="20"/>
        </w:rPr>
        <w:t>Date of next meeting</w:t>
      </w:r>
    </w:p>
    <w:p w14:paraId="121FBEAA" w14:textId="77777777" w:rsidR="00D12DAC" w:rsidRPr="00864351" w:rsidRDefault="00D12DAC" w:rsidP="00864351">
      <w:pPr>
        <w:rPr>
          <w:sz w:val="20"/>
          <w:szCs w:val="20"/>
        </w:rPr>
      </w:pPr>
      <w:r w:rsidRPr="00864351">
        <w:rPr>
          <w:sz w:val="20"/>
          <w:szCs w:val="20"/>
        </w:rPr>
        <w:t xml:space="preserve">28th July 2026 </w:t>
      </w:r>
    </w:p>
    <w:p w14:paraId="7121CF8C" w14:textId="77777777" w:rsidR="0078734F" w:rsidRDefault="0078734F" w:rsidP="006113E8">
      <w:pPr>
        <w:rPr>
          <w:b/>
          <w:bCs/>
          <w:sz w:val="20"/>
          <w:szCs w:val="20"/>
        </w:rPr>
      </w:pPr>
    </w:p>
    <w:p w14:paraId="6A6BE2A8" w14:textId="5877BCBE"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4B07CAA"/>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37E57DE6"/>
    <w:multiLevelType w:val="multilevel"/>
    <w:tmpl w:val="A62ED03E"/>
    <w:lvl w:ilvl="0">
      <w:start w:val="31"/>
      <w:numFmt w:val="decimal"/>
      <w:lvlText w:val="%1."/>
      <w:lvlJc w:val="left"/>
      <w:pPr>
        <w:ind w:left="360" w:hanging="360"/>
      </w:pPr>
      <w:rPr>
        <w:rFonts w:hint="default"/>
        <w:b/>
        <w:bCs/>
        <w:i w:val="0"/>
        <w:iCs w:val="0"/>
      </w:rPr>
    </w:lvl>
    <w:lvl w:ilvl="1">
      <w:start w:val="1"/>
      <w:numFmt w:val="decimal"/>
      <w:lvlText w:val="%1.%2."/>
      <w:lvlJc w:val="left"/>
      <w:pPr>
        <w:ind w:left="0" w:firstLine="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AE5780"/>
    <w:multiLevelType w:val="hybridMultilevel"/>
    <w:tmpl w:val="F998D2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E6AE3"/>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42F4423C"/>
    <w:multiLevelType w:val="hybridMultilevel"/>
    <w:tmpl w:val="735E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34AE2"/>
    <w:multiLevelType w:val="hybridMultilevel"/>
    <w:tmpl w:val="026C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69076D96"/>
    <w:multiLevelType w:val="hybridMultilevel"/>
    <w:tmpl w:val="A894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22"/>
  </w:num>
  <w:num w:numId="11" w16cid:durableId="772480451">
    <w:abstractNumId w:val="23"/>
  </w:num>
  <w:num w:numId="12" w16cid:durableId="428743944">
    <w:abstractNumId w:val="20"/>
  </w:num>
  <w:num w:numId="13" w16cid:durableId="1385326859">
    <w:abstractNumId w:val="11"/>
  </w:num>
  <w:num w:numId="14" w16cid:durableId="1674143465">
    <w:abstractNumId w:val="14"/>
  </w:num>
  <w:num w:numId="15" w16cid:durableId="1946687201">
    <w:abstractNumId w:val="19"/>
  </w:num>
  <w:num w:numId="16" w16cid:durableId="1184394266">
    <w:abstractNumId w:val="10"/>
  </w:num>
  <w:num w:numId="17" w16cid:durableId="601034372">
    <w:abstractNumId w:val="9"/>
  </w:num>
  <w:num w:numId="18" w16cid:durableId="1705251865">
    <w:abstractNumId w:val="12"/>
  </w:num>
  <w:num w:numId="19" w16cid:durableId="429356264">
    <w:abstractNumId w:val="16"/>
  </w:num>
  <w:num w:numId="20" w16cid:durableId="1581596350">
    <w:abstractNumId w:val="13"/>
  </w:num>
  <w:num w:numId="21" w16cid:durableId="354117326">
    <w:abstractNumId w:val="18"/>
  </w:num>
  <w:num w:numId="22" w16cid:durableId="1256209020">
    <w:abstractNumId w:val="21"/>
  </w:num>
  <w:num w:numId="23" w16cid:durableId="2016880206">
    <w:abstractNumId w:val="17"/>
  </w:num>
  <w:num w:numId="24" w16cid:durableId="724182383">
    <w:abstractNumId w:val="15"/>
  </w:num>
  <w:num w:numId="25" w16cid:durableId="462776541">
    <w:abstractNumId w:val="14"/>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794" w:hanging="79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658702502">
    <w:abstractNumId w:val="14"/>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7B"/>
    <w:rsid w:val="00034616"/>
    <w:rsid w:val="0006063C"/>
    <w:rsid w:val="000B3E1B"/>
    <w:rsid w:val="000E2FC1"/>
    <w:rsid w:val="00137D6A"/>
    <w:rsid w:val="0015074B"/>
    <w:rsid w:val="00183796"/>
    <w:rsid w:val="001C1989"/>
    <w:rsid w:val="001E7403"/>
    <w:rsid w:val="002159C2"/>
    <w:rsid w:val="002374FF"/>
    <w:rsid w:val="00270F4F"/>
    <w:rsid w:val="00276A43"/>
    <w:rsid w:val="0029639D"/>
    <w:rsid w:val="00326F90"/>
    <w:rsid w:val="00366167"/>
    <w:rsid w:val="003B45C4"/>
    <w:rsid w:val="003C798D"/>
    <w:rsid w:val="003D35FE"/>
    <w:rsid w:val="003F4B62"/>
    <w:rsid w:val="00465009"/>
    <w:rsid w:val="00472921"/>
    <w:rsid w:val="004C5A34"/>
    <w:rsid w:val="004E4C71"/>
    <w:rsid w:val="00512E98"/>
    <w:rsid w:val="005300B3"/>
    <w:rsid w:val="00554601"/>
    <w:rsid w:val="006113E8"/>
    <w:rsid w:val="00616E45"/>
    <w:rsid w:val="006B7693"/>
    <w:rsid w:val="00701CD6"/>
    <w:rsid w:val="0078021F"/>
    <w:rsid w:val="0078734F"/>
    <w:rsid w:val="007873F3"/>
    <w:rsid w:val="007B78B1"/>
    <w:rsid w:val="007C6620"/>
    <w:rsid w:val="00864351"/>
    <w:rsid w:val="00882E10"/>
    <w:rsid w:val="00897E12"/>
    <w:rsid w:val="008B6D00"/>
    <w:rsid w:val="008C6648"/>
    <w:rsid w:val="009365C9"/>
    <w:rsid w:val="009A6C2F"/>
    <w:rsid w:val="009D1F5A"/>
    <w:rsid w:val="00AA1D8D"/>
    <w:rsid w:val="00AC71DA"/>
    <w:rsid w:val="00AD0495"/>
    <w:rsid w:val="00AD719B"/>
    <w:rsid w:val="00B31340"/>
    <w:rsid w:val="00B33543"/>
    <w:rsid w:val="00B3489E"/>
    <w:rsid w:val="00B47730"/>
    <w:rsid w:val="00B70FFC"/>
    <w:rsid w:val="00BC088E"/>
    <w:rsid w:val="00BF3CC1"/>
    <w:rsid w:val="00C04199"/>
    <w:rsid w:val="00C210B2"/>
    <w:rsid w:val="00C32842"/>
    <w:rsid w:val="00C71E36"/>
    <w:rsid w:val="00CB0664"/>
    <w:rsid w:val="00CB27F9"/>
    <w:rsid w:val="00CE3FE7"/>
    <w:rsid w:val="00D12DAC"/>
    <w:rsid w:val="00D23D8A"/>
    <w:rsid w:val="00D605AD"/>
    <w:rsid w:val="00D942A3"/>
    <w:rsid w:val="00E57598"/>
    <w:rsid w:val="00E71F28"/>
    <w:rsid w:val="00EE27C3"/>
    <w:rsid w:val="00F62CAE"/>
    <w:rsid w:val="00F62D4D"/>
    <w:rsid w:val="00F7259D"/>
    <w:rsid w:val="00F83B4E"/>
    <w:rsid w:val="00FB02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13</cp:revision>
  <dcterms:created xsi:type="dcterms:W3CDTF">2026-09-21T13:43:00Z</dcterms:created>
  <dcterms:modified xsi:type="dcterms:W3CDTF">2026-09-21T13:52:00Z</dcterms:modified>
  <cp:category/>
</cp:coreProperties>
</file>