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DA696" w14:textId="77777777" w:rsidR="00CF48CB" w:rsidRPr="005A661C" w:rsidRDefault="00AA3686" w:rsidP="005E6812">
      <w:pPr>
        <w:pStyle w:val="Heading1"/>
        <w:spacing w:before="0" w:line="240" w:lineRule="auto"/>
        <w:jc w:val="center"/>
        <w:rPr>
          <w:sz w:val="32"/>
          <w:szCs w:val="32"/>
        </w:rPr>
      </w:pPr>
      <w:r w:rsidRPr="005A661C">
        <w:rPr>
          <w:sz w:val="32"/>
          <w:szCs w:val="32"/>
        </w:rPr>
        <w:t>PAGHAM PARISH COUNCIL</w:t>
      </w:r>
    </w:p>
    <w:p w14:paraId="6EEC7F90" w14:textId="7E7E42D2" w:rsidR="00CF48CB" w:rsidRPr="00124D0E" w:rsidRDefault="00AA3686" w:rsidP="005E6812">
      <w:pPr>
        <w:spacing w:before="240" w:after="0" w:line="240" w:lineRule="auto"/>
        <w:jc w:val="center"/>
        <w:rPr>
          <w:sz w:val="19"/>
          <w:szCs w:val="19"/>
        </w:rPr>
      </w:pPr>
      <w:r w:rsidRPr="00124D0E">
        <w:rPr>
          <w:i/>
          <w:sz w:val="17"/>
          <w:szCs w:val="17"/>
        </w:rPr>
        <w:t>Tel: 01243 266424  |  E-mail: clerk@paghamparishcouncil.gov.uk</w:t>
      </w:r>
      <w:r w:rsidRPr="00124D0E">
        <w:rPr>
          <w:i/>
          <w:sz w:val="17"/>
          <w:szCs w:val="17"/>
        </w:rPr>
        <w:br/>
      </w:r>
    </w:p>
    <w:p w14:paraId="01E6A490" w14:textId="77777777" w:rsidR="00CF48CB" w:rsidRPr="00124D0E" w:rsidRDefault="00AA3686" w:rsidP="005E6812">
      <w:pPr>
        <w:pStyle w:val="Heading2"/>
        <w:spacing w:line="240" w:lineRule="auto"/>
        <w:jc w:val="center"/>
        <w:rPr>
          <w:sz w:val="23"/>
          <w:szCs w:val="23"/>
        </w:rPr>
      </w:pPr>
      <w:r w:rsidRPr="00124D0E">
        <w:rPr>
          <w:sz w:val="23"/>
          <w:szCs w:val="23"/>
        </w:rPr>
        <w:t>Meeting Information</w:t>
      </w:r>
    </w:p>
    <w:p w14:paraId="0843D57F" w14:textId="313654C7" w:rsidR="00CF48CB" w:rsidRPr="005A661C" w:rsidRDefault="00AA3686" w:rsidP="005E6812">
      <w:pPr>
        <w:pStyle w:val="ListBullet"/>
        <w:spacing w:line="240" w:lineRule="auto"/>
        <w:rPr>
          <w:sz w:val="20"/>
          <w:szCs w:val="20"/>
        </w:rPr>
      </w:pPr>
      <w:r w:rsidRPr="005A661C">
        <w:rPr>
          <w:b/>
          <w:sz w:val="20"/>
          <w:szCs w:val="20"/>
        </w:rPr>
        <w:t xml:space="preserve">Date and Time: </w:t>
      </w:r>
      <w:r w:rsidR="005B6FEE">
        <w:rPr>
          <w:color w:val="EE0000"/>
          <w:sz w:val="20"/>
          <w:szCs w:val="20"/>
        </w:rPr>
        <w:t xml:space="preserve">Tuesday </w:t>
      </w:r>
      <w:r w:rsidR="00F10DD3">
        <w:rPr>
          <w:color w:val="EE0000"/>
          <w:sz w:val="20"/>
          <w:szCs w:val="20"/>
        </w:rPr>
        <w:t>25</w:t>
      </w:r>
      <w:r w:rsidR="00F10DD3" w:rsidRPr="00F10DD3">
        <w:rPr>
          <w:color w:val="EE0000"/>
          <w:sz w:val="20"/>
          <w:szCs w:val="20"/>
          <w:vertAlign w:val="superscript"/>
        </w:rPr>
        <w:t>th</w:t>
      </w:r>
      <w:r w:rsidR="00F10DD3">
        <w:rPr>
          <w:color w:val="EE0000"/>
          <w:sz w:val="20"/>
          <w:szCs w:val="20"/>
        </w:rPr>
        <w:t xml:space="preserve"> August</w:t>
      </w:r>
      <w:r w:rsidRPr="005A661C">
        <w:rPr>
          <w:color w:val="EE0000"/>
          <w:sz w:val="20"/>
          <w:szCs w:val="20"/>
        </w:rPr>
        <w:t xml:space="preserve"> 2026</w:t>
      </w:r>
      <w:r w:rsidRPr="005A661C">
        <w:rPr>
          <w:sz w:val="20"/>
          <w:szCs w:val="20"/>
        </w:rPr>
        <w:t xml:space="preserve"> at 7.45pm</w:t>
      </w:r>
    </w:p>
    <w:p w14:paraId="2D6230EC" w14:textId="77777777" w:rsidR="00CF48CB" w:rsidRPr="005A661C" w:rsidRDefault="00AA3686" w:rsidP="005E6812">
      <w:pPr>
        <w:pStyle w:val="ListBullet"/>
        <w:spacing w:line="240" w:lineRule="auto"/>
        <w:rPr>
          <w:sz w:val="20"/>
          <w:szCs w:val="20"/>
        </w:rPr>
      </w:pPr>
      <w:r w:rsidRPr="005A661C">
        <w:rPr>
          <w:b/>
          <w:sz w:val="20"/>
          <w:szCs w:val="20"/>
        </w:rPr>
        <w:t xml:space="preserve">Venue: </w:t>
      </w:r>
      <w:r w:rsidRPr="005A661C">
        <w:rPr>
          <w:sz w:val="20"/>
          <w:szCs w:val="20"/>
        </w:rPr>
        <w:t>The Small Hall, Pagham Village Hall, Pagham, PO21 4NJ</w:t>
      </w:r>
    </w:p>
    <w:p w14:paraId="2AFB98A8" w14:textId="6356ABDD" w:rsidR="00CF48CB" w:rsidRPr="005A661C" w:rsidRDefault="00AA3686" w:rsidP="005E6812">
      <w:pPr>
        <w:pStyle w:val="ListBullet"/>
        <w:spacing w:line="240" w:lineRule="auto"/>
        <w:rPr>
          <w:sz w:val="20"/>
          <w:szCs w:val="20"/>
        </w:rPr>
      </w:pPr>
      <w:r w:rsidRPr="005A661C">
        <w:rPr>
          <w:b/>
          <w:sz w:val="20"/>
          <w:szCs w:val="20"/>
        </w:rPr>
        <w:t xml:space="preserve">Councillors Summoned: </w:t>
      </w:r>
      <w:r w:rsidRPr="005A661C">
        <w:rPr>
          <w:sz w:val="20"/>
          <w:szCs w:val="20"/>
        </w:rPr>
        <w:t xml:space="preserve">Mr P Atkins, Mrs J Behr, Mr P Cooper, </w:t>
      </w:r>
      <w:proofErr w:type="spellStart"/>
      <w:r w:rsidRPr="005A661C">
        <w:rPr>
          <w:sz w:val="20"/>
          <w:szCs w:val="20"/>
        </w:rPr>
        <w:t>Ms</w:t>
      </w:r>
      <w:proofErr w:type="spellEnd"/>
      <w:r w:rsidRPr="005A661C">
        <w:rPr>
          <w:sz w:val="20"/>
          <w:szCs w:val="20"/>
        </w:rPr>
        <w:t xml:space="preserve"> P Hilton, Mr M Howard, Mr D Huntley, Mr I Manion &amp; Mrs R Palmer</w:t>
      </w:r>
    </w:p>
    <w:p w14:paraId="5BCD681B" w14:textId="34B5E1D7" w:rsidR="004902BF" w:rsidRPr="005A661C" w:rsidRDefault="004902BF" w:rsidP="005E6812">
      <w:pPr>
        <w:pStyle w:val="ListBullet"/>
        <w:spacing w:line="240" w:lineRule="auto"/>
        <w:rPr>
          <w:sz w:val="20"/>
          <w:szCs w:val="20"/>
        </w:rPr>
      </w:pPr>
      <w:r w:rsidRPr="005A661C">
        <w:rPr>
          <w:b/>
          <w:sz w:val="20"/>
          <w:szCs w:val="20"/>
        </w:rPr>
        <w:t>Notice Issued:</w:t>
      </w:r>
      <w:r w:rsidRPr="005A661C">
        <w:rPr>
          <w:sz w:val="20"/>
          <w:szCs w:val="20"/>
        </w:rPr>
        <w:t xml:space="preserve">  </w:t>
      </w:r>
      <w:r w:rsidR="007030E6">
        <w:rPr>
          <w:color w:val="EE0000"/>
          <w:sz w:val="20"/>
          <w:szCs w:val="20"/>
        </w:rPr>
        <w:t>19</w:t>
      </w:r>
      <w:r w:rsidR="007030E6" w:rsidRPr="007030E6">
        <w:rPr>
          <w:color w:val="EE0000"/>
          <w:sz w:val="20"/>
          <w:szCs w:val="20"/>
          <w:vertAlign w:val="superscript"/>
        </w:rPr>
        <w:t>th</w:t>
      </w:r>
      <w:r w:rsidR="007030E6">
        <w:rPr>
          <w:color w:val="EE0000"/>
          <w:sz w:val="20"/>
          <w:szCs w:val="20"/>
        </w:rPr>
        <w:t xml:space="preserve"> August</w:t>
      </w:r>
      <w:r w:rsidRPr="005A661C">
        <w:rPr>
          <w:color w:val="EE0000"/>
          <w:sz w:val="20"/>
          <w:szCs w:val="20"/>
        </w:rPr>
        <w:t xml:space="preserve"> 2026</w:t>
      </w:r>
    </w:p>
    <w:p w14:paraId="031E3795" w14:textId="40A5CC06" w:rsidR="004902BF" w:rsidRPr="005A661C" w:rsidRDefault="00AA3686" w:rsidP="005E6812">
      <w:pPr>
        <w:spacing w:before="160" w:line="240" w:lineRule="auto"/>
        <w:jc w:val="center"/>
        <w:rPr>
          <w:sz w:val="20"/>
          <w:szCs w:val="20"/>
        </w:rPr>
      </w:pPr>
      <w:r w:rsidRPr="005A661C">
        <w:rPr>
          <w:sz w:val="20"/>
          <w:szCs w:val="20"/>
        </w:rPr>
        <w:t>Members are hereby summoned to attend a</w:t>
      </w:r>
      <w:r w:rsidR="00814258">
        <w:rPr>
          <w:sz w:val="20"/>
          <w:szCs w:val="20"/>
        </w:rPr>
        <w:t xml:space="preserve">n </w:t>
      </w:r>
      <w:r w:rsidRPr="005A661C">
        <w:rPr>
          <w:sz w:val="20"/>
          <w:szCs w:val="20"/>
        </w:rPr>
        <w:t xml:space="preserve">MEETING of </w:t>
      </w:r>
      <w:r w:rsidR="000C1711" w:rsidRPr="005A661C">
        <w:rPr>
          <w:sz w:val="20"/>
          <w:szCs w:val="20"/>
        </w:rPr>
        <w:t xml:space="preserve">the HIGHWAYS &amp; AMENITIES COMMITTEE of </w:t>
      </w:r>
      <w:r w:rsidRPr="005A661C">
        <w:rPr>
          <w:sz w:val="20"/>
          <w:szCs w:val="20"/>
        </w:rPr>
        <w:t>PAGHAM PARISH COUNCIL to transact the business detailed below.</w:t>
      </w:r>
    </w:p>
    <w:p w14:paraId="111C21D7" w14:textId="042E667B" w:rsidR="00CF48CB" w:rsidRPr="005A661C" w:rsidRDefault="00AA3686" w:rsidP="0029420C">
      <w:pPr>
        <w:spacing w:line="240" w:lineRule="auto"/>
        <w:jc w:val="center"/>
        <w:rPr>
          <w:sz w:val="20"/>
          <w:szCs w:val="20"/>
        </w:rPr>
      </w:pPr>
      <w:r w:rsidRPr="005A661C">
        <w:rPr>
          <w:sz w:val="20"/>
          <w:szCs w:val="20"/>
        </w:rPr>
        <w:t>Members of the Public and Press are welcome and encouraged to attend.</w:t>
      </w:r>
    </w:p>
    <w:p w14:paraId="7F4AE4CB" w14:textId="599BF3D3" w:rsidR="00CF48CB" w:rsidRPr="005A661C" w:rsidRDefault="00AA3686" w:rsidP="0029420C">
      <w:pPr>
        <w:pStyle w:val="Heading1"/>
        <w:spacing w:before="0" w:line="240" w:lineRule="auto"/>
        <w:jc w:val="center"/>
        <w:rPr>
          <w:sz w:val="48"/>
          <w:szCs w:val="48"/>
        </w:rPr>
      </w:pPr>
      <w:r w:rsidRPr="005A661C">
        <w:rPr>
          <w:sz w:val="48"/>
          <w:szCs w:val="48"/>
        </w:rPr>
        <w:t>Agenda</w:t>
      </w:r>
    </w:p>
    <w:p w14:paraId="34A99E02" w14:textId="77777777" w:rsidR="007A41CF" w:rsidRPr="007A41CF" w:rsidRDefault="007A41CF" w:rsidP="007A41CF">
      <w:pPr>
        <w:spacing w:after="0" w:line="240" w:lineRule="auto"/>
        <w:rPr>
          <w:b/>
          <w:sz w:val="20"/>
          <w:szCs w:val="20"/>
          <w:lang w:val="en-GB"/>
        </w:rPr>
      </w:pPr>
    </w:p>
    <w:p w14:paraId="26396F55" w14:textId="58B9E2A9" w:rsidR="004902BF" w:rsidRPr="007A41CF" w:rsidRDefault="004902BF" w:rsidP="007A41CF">
      <w:pPr>
        <w:numPr>
          <w:ilvl w:val="0"/>
          <w:numId w:val="10"/>
        </w:numPr>
        <w:spacing w:after="0" w:line="240" w:lineRule="auto"/>
        <w:rPr>
          <w:rFonts w:cs="Arial"/>
          <w:b/>
          <w:color w:val="000000"/>
          <w:sz w:val="20"/>
          <w:szCs w:val="20"/>
        </w:rPr>
      </w:pPr>
      <w:r w:rsidRPr="007A41CF">
        <w:rPr>
          <w:rFonts w:cs="Arial"/>
          <w:b/>
          <w:color w:val="000000"/>
          <w:sz w:val="20"/>
          <w:szCs w:val="20"/>
        </w:rPr>
        <w:t>Apologies: To receive apologies from Members.</w:t>
      </w:r>
    </w:p>
    <w:p w14:paraId="58075D7A" w14:textId="77777777" w:rsidR="004902BF" w:rsidRPr="007A41CF" w:rsidRDefault="004902BF" w:rsidP="007A41CF">
      <w:pPr>
        <w:spacing w:after="0" w:line="240" w:lineRule="auto"/>
        <w:ind w:left="360"/>
        <w:rPr>
          <w:rFonts w:cs="Arial"/>
          <w:b/>
          <w:color w:val="000000"/>
          <w:sz w:val="20"/>
          <w:szCs w:val="20"/>
        </w:rPr>
      </w:pPr>
    </w:p>
    <w:p w14:paraId="0432DD54" w14:textId="2A3D85EF" w:rsidR="004902BF" w:rsidRPr="007A41CF" w:rsidRDefault="004902BF" w:rsidP="007A41CF">
      <w:pPr>
        <w:numPr>
          <w:ilvl w:val="0"/>
          <w:numId w:val="10"/>
        </w:numPr>
        <w:spacing w:after="0" w:line="240" w:lineRule="auto"/>
        <w:rPr>
          <w:rFonts w:cs="Arial"/>
          <w:b/>
          <w:color w:val="000000"/>
          <w:sz w:val="20"/>
          <w:szCs w:val="20"/>
        </w:rPr>
      </w:pPr>
      <w:r w:rsidRPr="007A41CF">
        <w:rPr>
          <w:rFonts w:cs="Arial"/>
          <w:b/>
          <w:color w:val="000000"/>
          <w:sz w:val="20"/>
          <w:szCs w:val="20"/>
        </w:rPr>
        <w:t>Declarations of Interest and Dispensation Requests:</w:t>
      </w:r>
      <w:r w:rsidRPr="007A41CF">
        <w:rPr>
          <w:rFonts w:cs="Arial"/>
          <w:b/>
          <w:color w:val="000000"/>
          <w:sz w:val="20"/>
          <w:szCs w:val="20"/>
        </w:rPr>
        <w:br/>
      </w:r>
      <w:r w:rsidRPr="00180E28">
        <w:rPr>
          <w:rFonts w:cs="Arial"/>
          <w:bCs/>
          <w:color w:val="000000"/>
          <w:sz w:val="20"/>
          <w:szCs w:val="20"/>
        </w:rPr>
        <w:t>2.1</w:t>
      </w:r>
      <w:r w:rsidRPr="007A41CF">
        <w:rPr>
          <w:rFonts w:cs="Arial"/>
          <w:b/>
          <w:color w:val="000000"/>
          <w:sz w:val="20"/>
          <w:szCs w:val="20"/>
        </w:rPr>
        <w:t xml:space="preserve">. </w:t>
      </w:r>
      <w:r w:rsidRPr="00180E28">
        <w:rPr>
          <w:rFonts w:cs="Arial"/>
          <w:bCs/>
          <w:color w:val="000000"/>
          <w:sz w:val="20"/>
          <w:szCs w:val="20"/>
        </w:rPr>
        <w:t>To receive declarations of interest from councillors on items on the agenda.</w:t>
      </w:r>
      <w:r w:rsidRPr="007A41CF">
        <w:rPr>
          <w:rFonts w:cs="Arial"/>
          <w:b/>
          <w:color w:val="000000"/>
          <w:sz w:val="20"/>
          <w:szCs w:val="20"/>
        </w:rPr>
        <w:br/>
      </w:r>
    </w:p>
    <w:p w14:paraId="79759884" w14:textId="66A02198" w:rsidR="004902BF" w:rsidRDefault="004902BF" w:rsidP="007A41CF">
      <w:pPr>
        <w:numPr>
          <w:ilvl w:val="0"/>
          <w:numId w:val="10"/>
        </w:numPr>
        <w:spacing w:after="0" w:line="240" w:lineRule="auto"/>
        <w:rPr>
          <w:rFonts w:cs="Arial"/>
          <w:b/>
          <w:color w:val="000000"/>
          <w:sz w:val="20"/>
          <w:szCs w:val="20"/>
        </w:rPr>
      </w:pPr>
      <w:r w:rsidRPr="007A41CF">
        <w:rPr>
          <w:rFonts w:cs="Arial"/>
          <w:b/>
          <w:color w:val="000000"/>
          <w:sz w:val="20"/>
          <w:szCs w:val="20"/>
        </w:rPr>
        <w:t>Public Session: limited to 10 minutes.</w:t>
      </w:r>
    </w:p>
    <w:p w14:paraId="0C885009" w14:textId="77777777" w:rsidR="004902BF" w:rsidRPr="007A41CF" w:rsidRDefault="004902BF" w:rsidP="007A41CF">
      <w:pPr>
        <w:spacing w:after="0" w:line="240" w:lineRule="auto"/>
        <w:ind w:left="360"/>
        <w:rPr>
          <w:rFonts w:cs="Arial"/>
          <w:b/>
          <w:color w:val="000000"/>
          <w:sz w:val="20"/>
          <w:szCs w:val="20"/>
        </w:rPr>
      </w:pPr>
    </w:p>
    <w:p w14:paraId="2F68EB07" w14:textId="60E89FB2" w:rsidR="004902BF" w:rsidRPr="007A41CF" w:rsidRDefault="004902BF" w:rsidP="007A41CF">
      <w:pPr>
        <w:numPr>
          <w:ilvl w:val="0"/>
          <w:numId w:val="10"/>
        </w:numPr>
        <w:spacing w:after="0" w:line="240" w:lineRule="auto"/>
        <w:rPr>
          <w:rFonts w:cs="Arial"/>
          <w:b/>
          <w:color w:val="000000"/>
          <w:sz w:val="20"/>
          <w:szCs w:val="20"/>
        </w:rPr>
      </w:pPr>
      <w:r w:rsidRPr="007A41CF">
        <w:rPr>
          <w:rFonts w:cs="Arial"/>
          <w:b/>
          <w:color w:val="000000"/>
          <w:sz w:val="20"/>
          <w:szCs w:val="20"/>
        </w:rPr>
        <w:t xml:space="preserve">Minutes: To receive and approve the minutes of the Council meetings held </w:t>
      </w:r>
      <w:r w:rsidR="00F10DD3">
        <w:rPr>
          <w:rFonts w:cs="Arial"/>
          <w:b/>
          <w:color w:val="000000"/>
          <w:sz w:val="20"/>
          <w:szCs w:val="20"/>
        </w:rPr>
        <w:t>14</w:t>
      </w:r>
      <w:r w:rsidR="00F10DD3" w:rsidRPr="00F10DD3">
        <w:rPr>
          <w:rFonts w:cs="Arial"/>
          <w:b/>
          <w:color w:val="000000"/>
          <w:sz w:val="20"/>
          <w:szCs w:val="20"/>
          <w:vertAlign w:val="superscript"/>
        </w:rPr>
        <w:t>th</w:t>
      </w:r>
      <w:r w:rsidR="00F10DD3">
        <w:rPr>
          <w:rFonts w:cs="Arial"/>
          <w:b/>
          <w:color w:val="000000"/>
          <w:sz w:val="20"/>
          <w:szCs w:val="20"/>
        </w:rPr>
        <w:t xml:space="preserve"> July</w:t>
      </w:r>
      <w:r w:rsidRPr="007A41CF">
        <w:rPr>
          <w:rFonts w:cs="Arial"/>
          <w:b/>
          <w:color w:val="000000"/>
          <w:sz w:val="20"/>
          <w:szCs w:val="20"/>
        </w:rPr>
        <w:t xml:space="preserve"> 2026 (previously issued).</w:t>
      </w:r>
    </w:p>
    <w:p w14:paraId="133C0147" w14:textId="77777777" w:rsidR="004902BF" w:rsidRPr="007A41CF" w:rsidRDefault="004902BF" w:rsidP="007A41CF">
      <w:pPr>
        <w:spacing w:after="0" w:line="240" w:lineRule="auto"/>
        <w:ind w:left="360"/>
        <w:rPr>
          <w:rFonts w:cs="Arial"/>
          <w:b/>
          <w:color w:val="000000"/>
          <w:sz w:val="20"/>
          <w:szCs w:val="20"/>
        </w:rPr>
      </w:pPr>
    </w:p>
    <w:p w14:paraId="670D34BF" w14:textId="77777777" w:rsidR="004902BF" w:rsidRPr="000B08AF" w:rsidRDefault="004902BF" w:rsidP="007A41CF">
      <w:pPr>
        <w:numPr>
          <w:ilvl w:val="0"/>
          <w:numId w:val="10"/>
        </w:numPr>
        <w:spacing w:after="0" w:line="240" w:lineRule="auto"/>
        <w:rPr>
          <w:rFonts w:cs="Arial"/>
          <w:b/>
          <w:i/>
          <w:iCs/>
          <w:color w:val="000000"/>
          <w:sz w:val="20"/>
          <w:szCs w:val="20"/>
        </w:rPr>
      </w:pPr>
      <w:r w:rsidRPr="007A41CF">
        <w:rPr>
          <w:rFonts w:cs="Arial"/>
          <w:b/>
          <w:color w:val="000000"/>
          <w:sz w:val="20"/>
          <w:szCs w:val="20"/>
        </w:rPr>
        <w:t xml:space="preserve">Matters Arising: To discuss matters arising from the previous Minutes </w:t>
      </w:r>
      <w:r w:rsidRPr="000B08AF">
        <w:rPr>
          <w:rFonts w:cs="Arial"/>
          <w:b/>
          <w:i/>
          <w:iCs/>
          <w:color w:val="000000"/>
          <w:sz w:val="20"/>
          <w:szCs w:val="20"/>
        </w:rPr>
        <w:t>(for information sharing purposes only).</w:t>
      </w:r>
    </w:p>
    <w:p w14:paraId="1D93DD39" w14:textId="77777777" w:rsidR="004902BF" w:rsidRPr="007A41CF" w:rsidRDefault="004902BF" w:rsidP="007A41CF">
      <w:pPr>
        <w:spacing w:after="0" w:line="240" w:lineRule="auto"/>
        <w:ind w:left="360"/>
        <w:rPr>
          <w:rFonts w:cs="Arial"/>
          <w:b/>
          <w:color w:val="000000"/>
          <w:sz w:val="20"/>
          <w:szCs w:val="20"/>
        </w:rPr>
      </w:pPr>
    </w:p>
    <w:p w14:paraId="00AD6EFD" w14:textId="44EC987C" w:rsidR="004902BF" w:rsidRPr="007A41CF" w:rsidRDefault="00EC3BCD" w:rsidP="007A41CF">
      <w:pPr>
        <w:numPr>
          <w:ilvl w:val="0"/>
          <w:numId w:val="10"/>
        </w:numPr>
        <w:spacing w:after="0" w:line="240" w:lineRule="auto"/>
        <w:rPr>
          <w:rFonts w:cs="Arial"/>
          <w:b/>
          <w:color w:val="000000"/>
          <w:sz w:val="20"/>
          <w:szCs w:val="20"/>
        </w:rPr>
      </w:pPr>
      <w:r w:rsidRPr="007A41CF">
        <w:rPr>
          <w:rFonts w:cs="Arial"/>
          <w:b/>
          <w:color w:val="000000"/>
          <w:sz w:val="20"/>
          <w:szCs w:val="20"/>
        </w:rPr>
        <w:t>Schedule of Works</w:t>
      </w:r>
      <w:r w:rsidR="00741F99" w:rsidRPr="007A41CF">
        <w:rPr>
          <w:rFonts w:cs="Arial"/>
          <w:b/>
          <w:color w:val="000000"/>
          <w:sz w:val="20"/>
          <w:szCs w:val="20"/>
        </w:rPr>
        <w:t xml:space="preserve"> </w:t>
      </w:r>
      <w:r w:rsidR="00741F99" w:rsidRPr="000B08AF">
        <w:rPr>
          <w:rFonts w:cs="Arial"/>
          <w:b/>
          <w:i/>
          <w:iCs/>
          <w:color w:val="000000"/>
          <w:sz w:val="20"/>
          <w:szCs w:val="20"/>
        </w:rPr>
        <w:t>(a review of tasks completed since the last meeting)</w:t>
      </w:r>
    </w:p>
    <w:p w14:paraId="02270710" w14:textId="77777777" w:rsidR="00260F9D" w:rsidRPr="007A41CF" w:rsidRDefault="00260F9D" w:rsidP="007A41CF">
      <w:pPr>
        <w:spacing w:after="0" w:line="240" w:lineRule="auto"/>
        <w:ind w:left="360"/>
        <w:rPr>
          <w:rFonts w:cs="Arial"/>
          <w:b/>
          <w:color w:val="000000"/>
          <w:sz w:val="20"/>
          <w:szCs w:val="20"/>
        </w:rPr>
      </w:pPr>
    </w:p>
    <w:p w14:paraId="02B63AD1" w14:textId="68ABEA73" w:rsidR="004902BF" w:rsidRPr="007A41CF" w:rsidRDefault="00EC3BCD" w:rsidP="007A41CF">
      <w:pPr>
        <w:numPr>
          <w:ilvl w:val="0"/>
          <w:numId w:val="10"/>
        </w:numPr>
        <w:spacing w:after="0" w:line="240" w:lineRule="auto"/>
        <w:rPr>
          <w:rFonts w:cs="Arial"/>
          <w:b/>
          <w:color w:val="000000"/>
          <w:sz w:val="20"/>
          <w:szCs w:val="20"/>
        </w:rPr>
      </w:pPr>
      <w:r w:rsidRPr="007A41CF">
        <w:rPr>
          <w:rFonts w:cs="Arial"/>
          <w:b/>
          <w:color w:val="000000"/>
          <w:sz w:val="20"/>
          <w:szCs w:val="20"/>
        </w:rPr>
        <w:t>Clerk’s Report</w:t>
      </w:r>
    </w:p>
    <w:p w14:paraId="201495BB" w14:textId="77777777" w:rsidR="00260F9D" w:rsidRPr="007A41CF" w:rsidRDefault="00260F9D" w:rsidP="007A41CF">
      <w:pPr>
        <w:spacing w:after="0" w:line="240" w:lineRule="auto"/>
        <w:ind w:left="360"/>
        <w:rPr>
          <w:rFonts w:cs="Arial"/>
          <w:b/>
          <w:color w:val="000000"/>
          <w:sz w:val="20"/>
          <w:szCs w:val="20"/>
        </w:rPr>
      </w:pPr>
    </w:p>
    <w:p w14:paraId="5EA10FE8" w14:textId="1AB7DDC5" w:rsidR="004902BF" w:rsidRPr="007A41CF" w:rsidRDefault="00C15CC4" w:rsidP="007A41CF">
      <w:pPr>
        <w:numPr>
          <w:ilvl w:val="0"/>
          <w:numId w:val="10"/>
        </w:numPr>
        <w:spacing w:after="0" w:line="240" w:lineRule="auto"/>
        <w:rPr>
          <w:rFonts w:cs="Arial"/>
          <w:b/>
          <w:color w:val="000000"/>
          <w:sz w:val="20"/>
          <w:szCs w:val="20"/>
        </w:rPr>
      </w:pPr>
      <w:r w:rsidRPr="007A41CF">
        <w:rPr>
          <w:rFonts w:cs="Arial"/>
          <w:b/>
          <w:color w:val="000000"/>
          <w:sz w:val="20"/>
          <w:szCs w:val="20"/>
        </w:rPr>
        <w:t>Play Areas</w:t>
      </w:r>
      <w:r w:rsidR="00D12172">
        <w:rPr>
          <w:rFonts w:cs="Arial"/>
          <w:b/>
          <w:color w:val="000000"/>
          <w:sz w:val="20"/>
          <w:szCs w:val="20"/>
        </w:rPr>
        <w:t>/Paddock</w:t>
      </w:r>
      <w:r w:rsidR="004902BF" w:rsidRPr="007A41CF">
        <w:rPr>
          <w:rFonts w:cs="Arial"/>
          <w:b/>
          <w:color w:val="000000"/>
          <w:sz w:val="20"/>
          <w:szCs w:val="20"/>
        </w:rPr>
        <w:t>:</w:t>
      </w:r>
    </w:p>
    <w:p w14:paraId="426C847D" w14:textId="77777777" w:rsidR="00066FF3" w:rsidRPr="00066FF3" w:rsidRDefault="00066FF3" w:rsidP="00066FF3">
      <w:pPr>
        <w:widowControl w:val="0"/>
        <w:numPr>
          <w:ilvl w:val="1"/>
          <w:numId w:val="10"/>
        </w:numPr>
        <w:overflowPunct w:val="0"/>
        <w:autoSpaceDE w:val="0"/>
        <w:autoSpaceDN w:val="0"/>
        <w:adjustRightInd w:val="0"/>
        <w:spacing w:after="0" w:line="287" w:lineRule="atLeast"/>
        <w:rPr>
          <w:rFonts w:cs="Arial"/>
          <w:bCs/>
          <w:color w:val="000000"/>
          <w:sz w:val="20"/>
          <w:szCs w:val="20"/>
        </w:rPr>
      </w:pPr>
      <w:r w:rsidRPr="00066FF3">
        <w:rPr>
          <w:rFonts w:cs="Arial"/>
          <w:bCs/>
          <w:color w:val="000000"/>
          <w:sz w:val="20"/>
          <w:szCs w:val="20"/>
        </w:rPr>
        <w:t xml:space="preserve">Village Hall Play Area – to receive an update from the Chairman on outstanding tasks </w:t>
      </w:r>
    </w:p>
    <w:p w14:paraId="58238C8B" w14:textId="659AD072" w:rsidR="00066FF3" w:rsidRPr="00066FF3" w:rsidRDefault="00066FF3" w:rsidP="00066FF3">
      <w:pPr>
        <w:widowControl w:val="0"/>
        <w:numPr>
          <w:ilvl w:val="1"/>
          <w:numId w:val="10"/>
        </w:numPr>
        <w:overflowPunct w:val="0"/>
        <w:autoSpaceDE w:val="0"/>
        <w:autoSpaceDN w:val="0"/>
        <w:adjustRightInd w:val="0"/>
        <w:spacing w:after="0" w:line="287" w:lineRule="atLeast"/>
        <w:rPr>
          <w:rFonts w:cs="Arial"/>
          <w:bCs/>
          <w:color w:val="000000"/>
          <w:sz w:val="20"/>
          <w:szCs w:val="20"/>
        </w:rPr>
      </w:pPr>
      <w:r w:rsidRPr="00066FF3">
        <w:rPr>
          <w:rFonts w:cs="Arial"/>
          <w:bCs/>
          <w:color w:val="000000"/>
          <w:sz w:val="20"/>
          <w:szCs w:val="20"/>
        </w:rPr>
        <w:t>Hook Lane Play Area</w:t>
      </w:r>
    </w:p>
    <w:p w14:paraId="492EE0B7" w14:textId="77777777" w:rsidR="000B08AF" w:rsidRDefault="000B08AF" w:rsidP="000B08AF">
      <w:pPr>
        <w:widowControl w:val="0"/>
        <w:overflowPunct w:val="0"/>
        <w:autoSpaceDE w:val="0"/>
        <w:autoSpaceDN w:val="0"/>
        <w:adjustRightInd w:val="0"/>
        <w:spacing w:after="0" w:line="287" w:lineRule="atLeast"/>
        <w:ind w:left="792"/>
        <w:rPr>
          <w:rFonts w:cs="Arial"/>
          <w:bCs/>
          <w:color w:val="000000"/>
          <w:sz w:val="20"/>
          <w:szCs w:val="20"/>
        </w:rPr>
      </w:pPr>
    </w:p>
    <w:p w14:paraId="66F36B7D" w14:textId="627916D0" w:rsidR="000B08AF" w:rsidRPr="000B08AF" w:rsidRDefault="00C15CC4" w:rsidP="000B08AF">
      <w:pPr>
        <w:widowControl w:val="0"/>
        <w:numPr>
          <w:ilvl w:val="0"/>
          <w:numId w:val="10"/>
        </w:numPr>
        <w:overflowPunct w:val="0"/>
        <w:autoSpaceDE w:val="0"/>
        <w:autoSpaceDN w:val="0"/>
        <w:adjustRightInd w:val="0"/>
        <w:spacing w:after="0" w:line="287" w:lineRule="atLeast"/>
        <w:rPr>
          <w:rFonts w:cs="Arial"/>
          <w:bCs/>
          <w:color w:val="000000"/>
          <w:sz w:val="20"/>
          <w:szCs w:val="20"/>
        </w:rPr>
      </w:pPr>
      <w:r w:rsidRPr="000B08AF">
        <w:rPr>
          <w:rFonts w:cs="Arial"/>
          <w:b/>
          <w:color w:val="000000"/>
          <w:sz w:val="20"/>
          <w:szCs w:val="20"/>
        </w:rPr>
        <w:t>Highways/Footpaths/Car Parks/Street Lighting</w:t>
      </w:r>
    </w:p>
    <w:p w14:paraId="6061E646" w14:textId="77777777" w:rsidR="007A41CF" w:rsidRPr="007A41CF" w:rsidRDefault="007A41CF" w:rsidP="007A41CF">
      <w:pPr>
        <w:spacing w:after="0" w:line="240" w:lineRule="auto"/>
        <w:rPr>
          <w:rFonts w:cs="Arial"/>
          <w:b/>
          <w:color w:val="000000"/>
          <w:sz w:val="20"/>
          <w:szCs w:val="20"/>
        </w:rPr>
      </w:pPr>
    </w:p>
    <w:p w14:paraId="04EAE5AC" w14:textId="77777777" w:rsidR="00C3007F" w:rsidRDefault="00C3007F" w:rsidP="00C3007F">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C3007F">
        <w:rPr>
          <w:rFonts w:cs="Arial"/>
          <w:b/>
          <w:color w:val="000000"/>
          <w:sz w:val="20"/>
          <w:szCs w:val="20"/>
        </w:rPr>
        <w:t xml:space="preserve">Bus Shelters/Benches/Noticeboards/Bins </w:t>
      </w:r>
    </w:p>
    <w:p w14:paraId="7B6293F8" w14:textId="77777777" w:rsidR="000F3959" w:rsidRPr="00C3007F" w:rsidRDefault="000F3959" w:rsidP="000F3959">
      <w:pPr>
        <w:widowControl w:val="0"/>
        <w:overflowPunct w:val="0"/>
        <w:autoSpaceDE w:val="0"/>
        <w:autoSpaceDN w:val="0"/>
        <w:adjustRightInd w:val="0"/>
        <w:spacing w:after="0" w:line="287" w:lineRule="atLeast"/>
        <w:rPr>
          <w:rFonts w:cs="Arial"/>
          <w:b/>
          <w:color w:val="000000"/>
          <w:sz w:val="20"/>
          <w:szCs w:val="20"/>
        </w:rPr>
      </w:pPr>
    </w:p>
    <w:p w14:paraId="603863E2" w14:textId="583EA1CB" w:rsidR="004902BF" w:rsidRPr="007A41CF" w:rsidRDefault="00561E56" w:rsidP="007A41CF">
      <w:pPr>
        <w:numPr>
          <w:ilvl w:val="0"/>
          <w:numId w:val="10"/>
        </w:numPr>
        <w:spacing w:after="0" w:line="240" w:lineRule="auto"/>
        <w:rPr>
          <w:rFonts w:cs="Arial"/>
          <w:b/>
          <w:color w:val="000000"/>
          <w:sz w:val="20"/>
          <w:szCs w:val="20"/>
        </w:rPr>
      </w:pPr>
      <w:r w:rsidRPr="007A41CF">
        <w:rPr>
          <w:rFonts w:cs="Arial"/>
          <w:b/>
          <w:color w:val="000000"/>
          <w:sz w:val="20"/>
          <w:szCs w:val="20"/>
        </w:rPr>
        <w:t>Ditches &amp; Drains</w:t>
      </w:r>
    </w:p>
    <w:p w14:paraId="520DB70D" w14:textId="77777777" w:rsidR="007A41CF" w:rsidRPr="007A41CF" w:rsidRDefault="007A41CF" w:rsidP="007A41CF">
      <w:pPr>
        <w:pStyle w:val="ListParagraph"/>
        <w:spacing w:after="0" w:line="240" w:lineRule="auto"/>
        <w:rPr>
          <w:rFonts w:cs="Arial"/>
          <w:b/>
          <w:color w:val="000000"/>
          <w:sz w:val="20"/>
          <w:szCs w:val="20"/>
        </w:rPr>
      </w:pPr>
    </w:p>
    <w:p w14:paraId="4540226F" w14:textId="378FD620" w:rsidR="004902BF" w:rsidRPr="007A41CF" w:rsidRDefault="00561E56" w:rsidP="007A41CF">
      <w:pPr>
        <w:numPr>
          <w:ilvl w:val="0"/>
          <w:numId w:val="10"/>
        </w:numPr>
        <w:spacing w:after="0" w:line="240" w:lineRule="auto"/>
        <w:rPr>
          <w:rFonts w:cs="Arial"/>
          <w:b/>
          <w:color w:val="000000"/>
          <w:sz w:val="20"/>
          <w:szCs w:val="20"/>
        </w:rPr>
      </w:pPr>
      <w:r w:rsidRPr="007A41CF">
        <w:rPr>
          <w:rFonts w:cs="Arial"/>
          <w:b/>
          <w:color w:val="000000"/>
          <w:sz w:val="20"/>
          <w:szCs w:val="20"/>
        </w:rPr>
        <w:t>Ord</w:t>
      </w:r>
      <w:r w:rsidR="00260F9D" w:rsidRPr="007A41CF">
        <w:rPr>
          <w:rFonts w:cs="Arial"/>
          <w:b/>
          <w:color w:val="000000"/>
          <w:sz w:val="20"/>
          <w:szCs w:val="20"/>
        </w:rPr>
        <w:t>e</w:t>
      </w:r>
      <w:r w:rsidRPr="007A41CF">
        <w:rPr>
          <w:rFonts w:cs="Arial"/>
          <w:b/>
          <w:color w:val="000000"/>
          <w:sz w:val="20"/>
          <w:szCs w:val="20"/>
        </w:rPr>
        <w:t>rs for Payment for authorisation (previously received)</w:t>
      </w:r>
    </w:p>
    <w:p w14:paraId="191E5847" w14:textId="77777777" w:rsidR="000D2F3B" w:rsidRPr="007A41CF" w:rsidRDefault="000D2F3B" w:rsidP="007A41CF">
      <w:pPr>
        <w:spacing w:after="0" w:line="240" w:lineRule="auto"/>
        <w:ind w:left="360"/>
        <w:rPr>
          <w:rFonts w:cs="Arial"/>
          <w:b/>
          <w:color w:val="000000"/>
          <w:sz w:val="20"/>
          <w:szCs w:val="20"/>
        </w:rPr>
      </w:pPr>
    </w:p>
    <w:p w14:paraId="4875DE1B" w14:textId="5D71AA2D" w:rsidR="004902BF" w:rsidRDefault="00260F9D" w:rsidP="007A41CF">
      <w:pPr>
        <w:numPr>
          <w:ilvl w:val="0"/>
          <w:numId w:val="10"/>
        </w:numPr>
        <w:spacing w:after="0" w:line="240" w:lineRule="auto"/>
        <w:rPr>
          <w:rFonts w:cs="Arial"/>
          <w:b/>
          <w:color w:val="000000"/>
          <w:sz w:val="20"/>
          <w:szCs w:val="20"/>
        </w:rPr>
      </w:pPr>
      <w:r w:rsidRPr="007A41CF">
        <w:rPr>
          <w:rFonts w:cs="Arial"/>
          <w:b/>
          <w:color w:val="000000"/>
          <w:sz w:val="20"/>
          <w:szCs w:val="20"/>
        </w:rPr>
        <w:t>Risk Assessment</w:t>
      </w:r>
    </w:p>
    <w:p w14:paraId="4289B246" w14:textId="77777777" w:rsidR="006A4A44" w:rsidRDefault="006A4A44" w:rsidP="006A4A44">
      <w:pPr>
        <w:widowControl w:val="0"/>
        <w:overflowPunct w:val="0"/>
        <w:autoSpaceDE w:val="0"/>
        <w:autoSpaceDN w:val="0"/>
        <w:adjustRightInd w:val="0"/>
        <w:spacing w:after="0" w:line="287" w:lineRule="atLeast"/>
        <w:ind w:left="360"/>
        <w:rPr>
          <w:rFonts w:cs="Arial"/>
          <w:b/>
          <w:color w:val="000000"/>
        </w:rPr>
      </w:pPr>
    </w:p>
    <w:p w14:paraId="235FEF11" w14:textId="5489B8F7" w:rsidR="006A4A44" w:rsidRPr="006A4A44" w:rsidRDefault="006A4A44" w:rsidP="006A4A44">
      <w:pPr>
        <w:numPr>
          <w:ilvl w:val="0"/>
          <w:numId w:val="10"/>
        </w:numPr>
        <w:spacing w:after="0" w:line="240" w:lineRule="auto"/>
        <w:rPr>
          <w:rFonts w:cs="Arial"/>
          <w:b/>
          <w:color w:val="000000"/>
          <w:sz w:val="20"/>
          <w:szCs w:val="20"/>
        </w:rPr>
      </w:pPr>
      <w:r w:rsidRPr="006A4A44">
        <w:rPr>
          <w:rFonts w:cs="Arial"/>
          <w:b/>
          <w:color w:val="000000"/>
          <w:sz w:val="20"/>
          <w:szCs w:val="20"/>
        </w:rPr>
        <w:t xml:space="preserve">Confidential business - To resolve that, under the Public Bodies (Admission to Meetings) Act 1960, the public and press be excluded from the meeting during the discussion of the following item due to the confidential nature of the business to be transacted. </w:t>
      </w:r>
    </w:p>
    <w:p w14:paraId="32632A41" w14:textId="77777777" w:rsidR="006A4A44" w:rsidRPr="006A4A44" w:rsidRDefault="006A4A44" w:rsidP="006A4A44">
      <w:pPr>
        <w:spacing w:after="0" w:line="240" w:lineRule="auto"/>
        <w:ind w:left="360"/>
        <w:rPr>
          <w:rFonts w:cs="Arial"/>
          <w:b/>
          <w:color w:val="000000"/>
          <w:sz w:val="20"/>
          <w:szCs w:val="20"/>
        </w:rPr>
      </w:pPr>
    </w:p>
    <w:p w14:paraId="2158D99B" w14:textId="77777777" w:rsidR="006A4A44" w:rsidRPr="006A4A44" w:rsidRDefault="006A4A44" w:rsidP="006A4A44">
      <w:pPr>
        <w:numPr>
          <w:ilvl w:val="0"/>
          <w:numId w:val="10"/>
        </w:numPr>
        <w:spacing w:after="0" w:line="240" w:lineRule="auto"/>
        <w:rPr>
          <w:rFonts w:cs="Arial"/>
          <w:b/>
          <w:color w:val="000000"/>
          <w:sz w:val="20"/>
          <w:szCs w:val="20"/>
        </w:rPr>
      </w:pPr>
      <w:r w:rsidRPr="006A4A44">
        <w:rPr>
          <w:rFonts w:cs="Arial"/>
          <w:b/>
          <w:color w:val="000000"/>
          <w:sz w:val="20"/>
          <w:szCs w:val="20"/>
        </w:rPr>
        <w:t xml:space="preserve">  To receive a verbal update from the Clerk regarding an incident at Pagham Beach entrance</w:t>
      </w:r>
    </w:p>
    <w:p w14:paraId="6EB77DE4" w14:textId="77777777" w:rsidR="006A4A44" w:rsidRPr="007A41CF" w:rsidRDefault="006A4A44" w:rsidP="006A4A44">
      <w:pPr>
        <w:spacing w:after="0" w:line="240" w:lineRule="auto"/>
        <w:ind w:left="360"/>
        <w:rPr>
          <w:rFonts w:cs="Arial"/>
          <w:b/>
          <w:color w:val="000000"/>
          <w:sz w:val="20"/>
          <w:szCs w:val="20"/>
        </w:rPr>
      </w:pPr>
    </w:p>
    <w:p w14:paraId="7498AFA9" w14:textId="77777777" w:rsidR="000D2F3B" w:rsidRPr="007A41CF" w:rsidRDefault="000D2F3B" w:rsidP="007A41CF">
      <w:pPr>
        <w:spacing w:after="0" w:line="240" w:lineRule="auto"/>
        <w:ind w:left="360"/>
        <w:rPr>
          <w:rFonts w:cs="Arial"/>
          <w:b/>
          <w:color w:val="000000"/>
          <w:sz w:val="20"/>
          <w:szCs w:val="20"/>
        </w:rPr>
      </w:pPr>
    </w:p>
    <w:p w14:paraId="703A03C4" w14:textId="6CF554EE" w:rsidR="00580D43" w:rsidRPr="00580D43" w:rsidRDefault="004902BF" w:rsidP="00580D43">
      <w:pPr>
        <w:numPr>
          <w:ilvl w:val="0"/>
          <w:numId w:val="10"/>
        </w:numPr>
        <w:spacing w:after="0" w:line="240" w:lineRule="auto"/>
        <w:rPr>
          <w:rFonts w:cs="Arial"/>
          <w:b/>
          <w:color w:val="000000"/>
          <w:sz w:val="20"/>
          <w:szCs w:val="20"/>
        </w:rPr>
      </w:pPr>
      <w:r w:rsidRPr="00580D43">
        <w:rPr>
          <w:rFonts w:cs="Arial"/>
          <w:b/>
          <w:color w:val="000000"/>
          <w:sz w:val="20"/>
          <w:szCs w:val="20"/>
        </w:rPr>
        <w:t>Next Meeting: To note the date of the next scheduled meeting.</w:t>
      </w:r>
    </w:p>
    <w:p w14:paraId="7DF48E42" w14:textId="588A883B" w:rsidR="004902BF" w:rsidRPr="00580D43" w:rsidRDefault="004902BF" w:rsidP="00E128B2">
      <w:pPr>
        <w:spacing w:after="0" w:line="240" w:lineRule="auto"/>
        <w:rPr>
          <w:rFonts w:cs="Arial"/>
          <w:b/>
          <w:color w:val="000000"/>
          <w:sz w:val="20"/>
          <w:szCs w:val="20"/>
        </w:rPr>
      </w:pPr>
      <w:r w:rsidRPr="00580D43">
        <w:rPr>
          <w:rFonts w:cs="Arial"/>
          <w:b/>
          <w:color w:val="000000"/>
          <w:sz w:val="20"/>
          <w:szCs w:val="20"/>
        </w:rPr>
        <w:t xml:space="preserve">Signed: </w:t>
      </w:r>
      <w:r w:rsidRPr="00580D43">
        <w:rPr>
          <w:rFonts w:ascii="Baguet Script" w:hAnsi="Baguet Script" w:cs="Arial"/>
          <w:b/>
          <w:color w:val="000000"/>
          <w:sz w:val="20"/>
          <w:szCs w:val="20"/>
        </w:rPr>
        <w:t>Nicola Swann</w:t>
      </w:r>
      <w:r w:rsidRPr="00580D43">
        <w:rPr>
          <w:rFonts w:cs="Arial"/>
          <w:b/>
          <w:color w:val="000000"/>
          <w:sz w:val="20"/>
          <w:szCs w:val="20"/>
        </w:rPr>
        <w:t xml:space="preserve"> – Clerk to the Council</w:t>
      </w:r>
    </w:p>
    <w:sectPr w:rsidR="004902BF" w:rsidRPr="00580D43" w:rsidSect="00275428">
      <w:pgSz w:w="12240" w:h="15840"/>
      <w:pgMar w:top="851" w:right="1183" w:bottom="426"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EFC258F"/>
    <w:multiLevelType w:val="multilevel"/>
    <w:tmpl w:val="41F816F6"/>
    <w:lvl w:ilvl="0">
      <w:start w:val="1"/>
      <w:numFmt w:val="decimal"/>
      <w:lvlText w:val="%1."/>
      <w:lvlJc w:val="left"/>
      <w:pPr>
        <w:ind w:left="360" w:hanging="360"/>
      </w:pPr>
      <w:rPr>
        <w:b/>
        <w:i w:val="0"/>
        <w:iCs w:val="0"/>
        <w:sz w:val="22"/>
        <w:szCs w:val="22"/>
      </w:rPr>
    </w:lvl>
    <w:lvl w:ilvl="1">
      <w:start w:val="1"/>
      <w:numFmt w:val="decimal"/>
      <w:lvlText w:val="%1.%2."/>
      <w:lvlJc w:val="left"/>
      <w:pPr>
        <w:ind w:left="574" w:hanging="432"/>
      </w:pPr>
      <w:rPr>
        <w:b/>
        <w:i w:val="0"/>
        <w:sz w:val="22"/>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BC5C1A"/>
    <w:multiLevelType w:val="multilevel"/>
    <w:tmpl w:val="7A04788A"/>
    <w:lvl w:ilvl="0">
      <w:start w:val="1"/>
      <w:numFmt w:val="decimal"/>
      <w:lvlText w:val="%1."/>
      <w:lvlJc w:val="left"/>
      <w:pPr>
        <w:ind w:left="360" w:hanging="360"/>
      </w:pPr>
      <w:rPr>
        <w:b/>
        <w:bCs w:val="0"/>
        <w:i w:val="0"/>
        <w:iCs w:val="0"/>
      </w:r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7E04B19"/>
    <w:multiLevelType w:val="multilevel"/>
    <w:tmpl w:val="3AC4D89C"/>
    <w:lvl w:ilvl="0">
      <w:start w:val="8"/>
      <w:numFmt w:val="decimal"/>
      <w:lvlText w:val="%1."/>
      <w:lvlJc w:val="left"/>
      <w:pPr>
        <w:tabs>
          <w:tab w:val="num" w:pos="720"/>
        </w:tabs>
        <w:ind w:left="720" w:hanging="360"/>
      </w:pPr>
      <w:rPr>
        <w:rFonts w:hint="default"/>
        <w:b/>
        <w:bCs w:val="0"/>
        <w:i w:val="0"/>
        <w:iCs w:val="0"/>
      </w:rPr>
    </w:lvl>
    <w:lvl w:ilvl="1">
      <w:start w:val="8"/>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4E9E505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5958035">
    <w:abstractNumId w:val="8"/>
  </w:num>
  <w:num w:numId="2" w16cid:durableId="1509977971">
    <w:abstractNumId w:val="6"/>
  </w:num>
  <w:num w:numId="3" w16cid:durableId="1076972816">
    <w:abstractNumId w:val="5"/>
  </w:num>
  <w:num w:numId="4" w16cid:durableId="838427989">
    <w:abstractNumId w:val="4"/>
  </w:num>
  <w:num w:numId="5" w16cid:durableId="819083197">
    <w:abstractNumId w:val="7"/>
  </w:num>
  <w:num w:numId="6" w16cid:durableId="208611903">
    <w:abstractNumId w:val="3"/>
  </w:num>
  <w:num w:numId="7" w16cid:durableId="2137916909">
    <w:abstractNumId w:val="2"/>
  </w:num>
  <w:num w:numId="8" w16cid:durableId="954752855">
    <w:abstractNumId w:val="1"/>
  </w:num>
  <w:num w:numId="9" w16cid:durableId="520436716">
    <w:abstractNumId w:val="0"/>
  </w:num>
  <w:num w:numId="10" w16cid:durableId="1463428717">
    <w:abstractNumId w:val="10"/>
  </w:num>
  <w:num w:numId="11" w16cid:durableId="1119101958">
    <w:abstractNumId w:val="11"/>
  </w:num>
  <w:num w:numId="12" w16cid:durableId="1454517469">
    <w:abstractNumId w:val="12"/>
  </w:num>
  <w:num w:numId="13" w16cid:durableId="15144969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FF3"/>
    <w:rsid w:val="000B08AF"/>
    <w:rsid w:val="000C1711"/>
    <w:rsid w:val="000D2F3B"/>
    <w:rsid w:val="000F3959"/>
    <w:rsid w:val="00124D0E"/>
    <w:rsid w:val="001349D1"/>
    <w:rsid w:val="0015074B"/>
    <w:rsid w:val="00166687"/>
    <w:rsid w:val="00180E28"/>
    <w:rsid w:val="001F2FCE"/>
    <w:rsid w:val="002159C2"/>
    <w:rsid w:val="00260F9D"/>
    <w:rsid w:val="00275428"/>
    <w:rsid w:val="0029420C"/>
    <w:rsid w:val="0029639D"/>
    <w:rsid w:val="002A4168"/>
    <w:rsid w:val="00326F90"/>
    <w:rsid w:val="0034445C"/>
    <w:rsid w:val="003D3706"/>
    <w:rsid w:val="004902BF"/>
    <w:rsid w:val="00561E56"/>
    <w:rsid w:val="00580D43"/>
    <w:rsid w:val="005A661C"/>
    <w:rsid w:val="005B6FEE"/>
    <w:rsid w:val="005E6812"/>
    <w:rsid w:val="006A4A44"/>
    <w:rsid w:val="006B7D46"/>
    <w:rsid w:val="007030E6"/>
    <w:rsid w:val="00741F99"/>
    <w:rsid w:val="007A41CF"/>
    <w:rsid w:val="00814258"/>
    <w:rsid w:val="008A7A23"/>
    <w:rsid w:val="00A30409"/>
    <w:rsid w:val="00AA1D8D"/>
    <w:rsid w:val="00AA3686"/>
    <w:rsid w:val="00AA3BF6"/>
    <w:rsid w:val="00B47730"/>
    <w:rsid w:val="00C15CC4"/>
    <w:rsid w:val="00C3007F"/>
    <w:rsid w:val="00C51CB2"/>
    <w:rsid w:val="00CB0664"/>
    <w:rsid w:val="00CF48CB"/>
    <w:rsid w:val="00D027A4"/>
    <w:rsid w:val="00D12172"/>
    <w:rsid w:val="00D41109"/>
    <w:rsid w:val="00D95F9E"/>
    <w:rsid w:val="00E128B2"/>
    <w:rsid w:val="00E64195"/>
    <w:rsid w:val="00EC3BCD"/>
    <w:rsid w:val="00F10D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FFBAC1"/>
  <w14:defaultImageDpi w14:val="33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8</cp:revision>
  <dcterms:created xsi:type="dcterms:W3CDTF">2026-10-07T12:06:00Z</dcterms:created>
  <dcterms:modified xsi:type="dcterms:W3CDTF">2026-10-07T12:09:00Z</dcterms:modified>
  <cp:category/>
</cp:coreProperties>
</file>