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0B61CF" w14:textId="77777777" w:rsidR="00270F4F" w:rsidRDefault="00C04199">
      <w:pPr>
        <w:pStyle w:val="Heading1"/>
        <w:jc w:val="center"/>
      </w:pPr>
      <w:r>
        <w:t>PAGHAM PARISH COUNCIL</w:t>
      </w:r>
    </w:p>
    <w:p w14:paraId="4EB3FA3F" w14:textId="72F76B48" w:rsidR="00270F4F" w:rsidRDefault="00C04199">
      <w:pPr>
        <w:jc w:val="center"/>
      </w:pPr>
      <w:r>
        <w:rPr>
          <w:b/>
        </w:rPr>
        <w:t>Tel: 01243-266424 | E-mail: clerk@paghamparishcouncil.gov.uk</w:t>
      </w:r>
      <w:r>
        <w:rPr>
          <w:b/>
        </w:rPr>
        <w:br/>
      </w:r>
    </w:p>
    <w:p w14:paraId="699417A1" w14:textId="77777777" w:rsidR="00270F4F" w:rsidRDefault="00C04199">
      <w:pPr>
        <w:pStyle w:val="Heading2"/>
      </w:pPr>
      <w:r>
        <w:t>Meeting Details</w:t>
      </w:r>
    </w:p>
    <w:p w14:paraId="715B6609" w14:textId="04005704" w:rsidR="00270F4F" w:rsidRPr="008B6D00" w:rsidRDefault="00C04199">
      <w:pPr>
        <w:rPr>
          <w:sz w:val="20"/>
          <w:szCs w:val="20"/>
        </w:rPr>
      </w:pPr>
      <w:r>
        <w:rPr>
          <w:b/>
        </w:rPr>
        <w:t xml:space="preserve">• </w:t>
      </w:r>
      <w:r w:rsidRPr="008B6D00">
        <w:rPr>
          <w:b/>
          <w:sz w:val="20"/>
          <w:szCs w:val="20"/>
        </w:rPr>
        <w:t xml:space="preserve">Date and Time: </w:t>
      </w:r>
      <w:r w:rsidRPr="008B6D00">
        <w:rPr>
          <w:sz w:val="20"/>
          <w:szCs w:val="20"/>
        </w:rPr>
        <w:t xml:space="preserve">Tuesday </w:t>
      </w:r>
      <w:r w:rsidR="00DF676F">
        <w:rPr>
          <w:sz w:val="20"/>
          <w:szCs w:val="20"/>
        </w:rPr>
        <w:t>28</w:t>
      </w:r>
      <w:r w:rsidR="00E57598" w:rsidRPr="00E57598">
        <w:rPr>
          <w:sz w:val="20"/>
          <w:szCs w:val="20"/>
          <w:vertAlign w:val="superscript"/>
        </w:rPr>
        <w:t>th</w:t>
      </w:r>
      <w:r w:rsidR="00E57598">
        <w:rPr>
          <w:sz w:val="20"/>
          <w:szCs w:val="20"/>
        </w:rPr>
        <w:t xml:space="preserve"> July</w:t>
      </w:r>
      <w:r w:rsidRPr="008B6D00">
        <w:rPr>
          <w:sz w:val="20"/>
          <w:szCs w:val="20"/>
        </w:rPr>
        <w:t xml:space="preserve"> 2026 at 7.</w:t>
      </w:r>
      <w:r w:rsidR="00897E12" w:rsidRPr="008B6D00">
        <w:rPr>
          <w:sz w:val="20"/>
          <w:szCs w:val="20"/>
        </w:rPr>
        <w:t>1</w:t>
      </w:r>
      <w:r w:rsidRPr="008B6D00">
        <w:rPr>
          <w:sz w:val="20"/>
          <w:szCs w:val="20"/>
        </w:rPr>
        <w:t>5pm</w:t>
      </w:r>
      <w:r w:rsidRPr="008B6D00">
        <w:rPr>
          <w:sz w:val="20"/>
          <w:szCs w:val="20"/>
        </w:rPr>
        <w:br/>
      </w:r>
      <w:r w:rsidRPr="008B6D00">
        <w:rPr>
          <w:b/>
          <w:sz w:val="20"/>
          <w:szCs w:val="20"/>
        </w:rPr>
        <w:t xml:space="preserve">• Venue: </w:t>
      </w:r>
      <w:r w:rsidRPr="008B6D00">
        <w:rPr>
          <w:sz w:val="20"/>
          <w:szCs w:val="20"/>
        </w:rPr>
        <w:t>The Small Hall, Pagham Village Hall, Pagham Road, Pagham, PO21 4NJ</w:t>
      </w:r>
      <w:r w:rsidRPr="008B6D00">
        <w:rPr>
          <w:sz w:val="20"/>
          <w:szCs w:val="20"/>
        </w:rPr>
        <w:br/>
      </w:r>
      <w:r w:rsidRPr="008B6D00">
        <w:rPr>
          <w:b/>
          <w:sz w:val="20"/>
          <w:szCs w:val="20"/>
        </w:rPr>
        <w:t xml:space="preserve">• Present: </w:t>
      </w:r>
      <w:r w:rsidRPr="008B6D00">
        <w:rPr>
          <w:sz w:val="20"/>
          <w:szCs w:val="20"/>
        </w:rPr>
        <w:t xml:space="preserve">Councillors Mr P Atkins, Mrs J Behr, </w:t>
      </w:r>
      <w:r w:rsidR="0000157B">
        <w:rPr>
          <w:sz w:val="20"/>
          <w:szCs w:val="20"/>
        </w:rPr>
        <w:t xml:space="preserve">Mr J Carr, </w:t>
      </w:r>
      <w:r w:rsidR="00435799">
        <w:rPr>
          <w:sz w:val="20"/>
          <w:szCs w:val="20"/>
        </w:rPr>
        <w:t xml:space="preserve">Mr P Cooper, </w:t>
      </w:r>
      <w:r w:rsidR="00F83B4E">
        <w:rPr>
          <w:sz w:val="20"/>
          <w:szCs w:val="20"/>
        </w:rPr>
        <w:t>Mrs D Hall (Chairman)</w:t>
      </w:r>
      <w:r w:rsidR="00897E12" w:rsidRPr="008B6D00">
        <w:rPr>
          <w:sz w:val="20"/>
          <w:szCs w:val="20"/>
        </w:rPr>
        <w:t xml:space="preserve">, </w:t>
      </w:r>
      <w:r w:rsidRPr="008B6D00">
        <w:rPr>
          <w:sz w:val="20"/>
          <w:szCs w:val="20"/>
        </w:rPr>
        <w:t>Mr M Howard, Mr D Huntley</w:t>
      </w:r>
      <w:r w:rsidR="00435799">
        <w:rPr>
          <w:sz w:val="20"/>
          <w:szCs w:val="20"/>
        </w:rPr>
        <w:t xml:space="preserve"> Mr I Manion</w:t>
      </w:r>
      <w:r w:rsidR="007B78B1">
        <w:rPr>
          <w:sz w:val="20"/>
          <w:szCs w:val="20"/>
        </w:rPr>
        <w:t xml:space="preserve"> </w:t>
      </w:r>
      <w:r w:rsidRPr="008B6D00">
        <w:rPr>
          <w:sz w:val="20"/>
          <w:szCs w:val="20"/>
        </w:rPr>
        <w:t xml:space="preserve">&amp; </w:t>
      </w:r>
      <w:proofErr w:type="spellStart"/>
      <w:r w:rsidRPr="008B6D00">
        <w:rPr>
          <w:sz w:val="20"/>
          <w:szCs w:val="20"/>
        </w:rPr>
        <w:t>Ms</w:t>
      </w:r>
      <w:proofErr w:type="spellEnd"/>
      <w:r w:rsidRPr="008B6D00">
        <w:rPr>
          <w:sz w:val="20"/>
          <w:szCs w:val="20"/>
        </w:rPr>
        <w:t xml:space="preserve"> R Palmer</w:t>
      </w:r>
      <w:r w:rsidRPr="008B6D00">
        <w:rPr>
          <w:sz w:val="20"/>
          <w:szCs w:val="20"/>
        </w:rPr>
        <w:br/>
      </w:r>
      <w:r w:rsidRPr="008B6D00">
        <w:rPr>
          <w:b/>
          <w:sz w:val="20"/>
          <w:szCs w:val="20"/>
        </w:rPr>
        <w:t xml:space="preserve">• In Attendance: </w:t>
      </w:r>
      <w:r w:rsidRPr="008B6D00">
        <w:rPr>
          <w:sz w:val="20"/>
          <w:szCs w:val="20"/>
        </w:rPr>
        <w:t>Mrs Nicola Swann (Clerk &amp; RFO)</w:t>
      </w:r>
    </w:p>
    <w:p w14:paraId="5A664C59" w14:textId="18DBAB62" w:rsidR="00270F4F" w:rsidRPr="00AC71DA" w:rsidRDefault="00701CD6">
      <w:pPr>
        <w:pStyle w:val="Heading2"/>
        <w:rPr>
          <w:szCs w:val="28"/>
        </w:rPr>
      </w:pPr>
      <w:r w:rsidRPr="00AC71DA">
        <w:rPr>
          <w:szCs w:val="28"/>
        </w:rPr>
        <w:t>Minutes of the Planning Meeting</w:t>
      </w:r>
    </w:p>
    <w:p w14:paraId="10BEBE2C" w14:textId="77777777" w:rsidR="00B70FFC" w:rsidRPr="008B6D00" w:rsidRDefault="00B70FFC" w:rsidP="003D35FE">
      <w:pPr>
        <w:pStyle w:val="ListParagraph"/>
        <w:spacing w:after="120"/>
        <w:rPr>
          <w:sz w:val="20"/>
          <w:szCs w:val="20"/>
        </w:rPr>
      </w:pPr>
    </w:p>
    <w:p w14:paraId="2F6D1A5D" w14:textId="77777777" w:rsidR="00137D6A" w:rsidRPr="00137D6A" w:rsidRDefault="00137D6A" w:rsidP="00435799">
      <w:pPr>
        <w:pStyle w:val="ListParagraph"/>
        <w:numPr>
          <w:ilvl w:val="0"/>
          <w:numId w:val="14"/>
        </w:numPr>
        <w:rPr>
          <w:b/>
          <w:bCs/>
          <w:sz w:val="20"/>
          <w:szCs w:val="20"/>
        </w:rPr>
      </w:pPr>
      <w:r w:rsidRPr="00137D6A">
        <w:rPr>
          <w:b/>
          <w:bCs/>
          <w:sz w:val="20"/>
          <w:szCs w:val="20"/>
        </w:rPr>
        <w:t>Apologies from Members</w:t>
      </w:r>
    </w:p>
    <w:p w14:paraId="07992EF8" w14:textId="75F8D6BB" w:rsidR="00137D6A" w:rsidRPr="00137D6A" w:rsidRDefault="0000157B" w:rsidP="00137D6A">
      <w:pPr>
        <w:pStyle w:val="ListParagraph"/>
        <w:numPr>
          <w:ilvl w:val="1"/>
          <w:numId w:val="14"/>
        </w:numPr>
        <w:rPr>
          <w:sz w:val="20"/>
          <w:szCs w:val="20"/>
        </w:rPr>
      </w:pPr>
      <w:r>
        <w:rPr>
          <w:sz w:val="20"/>
          <w:szCs w:val="20"/>
        </w:rPr>
        <w:t>Mr P Cooper</w:t>
      </w:r>
    </w:p>
    <w:p w14:paraId="1AAB87A9" w14:textId="77777777" w:rsidR="00137D6A" w:rsidRPr="00137D6A" w:rsidRDefault="00137D6A" w:rsidP="00137D6A">
      <w:pPr>
        <w:pStyle w:val="ListParagraph"/>
        <w:ind w:left="360"/>
        <w:rPr>
          <w:b/>
          <w:bCs/>
          <w:sz w:val="20"/>
          <w:szCs w:val="20"/>
        </w:rPr>
      </w:pPr>
    </w:p>
    <w:p w14:paraId="1ABDB7EF" w14:textId="77777777" w:rsidR="00D12DAC" w:rsidRPr="00D12DAC" w:rsidRDefault="00D12DAC" w:rsidP="00D12DAC">
      <w:pPr>
        <w:pStyle w:val="ListParagraph"/>
        <w:numPr>
          <w:ilvl w:val="0"/>
          <w:numId w:val="14"/>
        </w:numPr>
        <w:rPr>
          <w:b/>
          <w:bCs/>
          <w:sz w:val="20"/>
          <w:szCs w:val="20"/>
        </w:rPr>
      </w:pPr>
      <w:r w:rsidRPr="00D12DAC">
        <w:rPr>
          <w:b/>
          <w:bCs/>
          <w:sz w:val="20"/>
          <w:szCs w:val="20"/>
        </w:rPr>
        <w:t xml:space="preserve">To receive declarations of interest by Councillors on any of the agenda items below. </w:t>
      </w:r>
    </w:p>
    <w:p w14:paraId="7B460511" w14:textId="77777777" w:rsidR="00D12DAC" w:rsidRDefault="00D12DAC" w:rsidP="00D12DAC">
      <w:pPr>
        <w:pStyle w:val="ListParagraph"/>
        <w:numPr>
          <w:ilvl w:val="1"/>
          <w:numId w:val="25"/>
        </w:numPr>
        <w:rPr>
          <w:sz w:val="20"/>
          <w:szCs w:val="20"/>
        </w:rPr>
      </w:pPr>
      <w:r w:rsidRPr="00D12DAC">
        <w:rPr>
          <w:sz w:val="20"/>
          <w:szCs w:val="20"/>
        </w:rPr>
        <w:t xml:space="preserve">Cllr Mr Huntley, in his capacity as Arun District Councillor, gave the following declaration “I will be considering the matter before me, having regard only to such information as placed before the Parish Council. If I come to consider the matter again at the District Council further information will be available and I will consider all the information available at that </w:t>
      </w:r>
      <w:proofErr w:type="gramStart"/>
      <w:r w:rsidRPr="00D12DAC">
        <w:rPr>
          <w:sz w:val="20"/>
          <w:szCs w:val="20"/>
        </w:rPr>
        <w:t>time</w:t>
      </w:r>
      <w:proofErr w:type="gramEnd"/>
      <w:r w:rsidRPr="00D12DAC">
        <w:rPr>
          <w:sz w:val="20"/>
          <w:szCs w:val="20"/>
        </w:rPr>
        <w:t xml:space="preserve"> and I may come to a different decision”.</w:t>
      </w:r>
    </w:p>
    <w:p w14:paraId="12FBE0C2" w14:textId="77777777" w:rsidR="00F6765A" w:rsidRPr="00D12DAC" w:rsidRDefault="00F6765A" w:rsidP="00F6765A">
      <w:pPr>
        <w:pStyle w:val="ListParagraph"/>
        <w:ind w:left="794"/>
        <w:rPr>
          <w:sz w:val="20"/>
          <w:szCs w:val="20"/>
        </w:rPr>
      </w:pPr>
    </w:p>
    <w:p w14:paraId="22F8E904" w14:textId="159916D8" w:rsidR="00D12DAC" w:rsidRPr="007873F3" w:rsidRDefault="00F6765A" w:rsidP="00D12DAC">
      <w:pPr>
        <w:pStyle w:val="ListParagraph"/>
        <w:numPr>
          <w:ilvl w:val="0"/>
          <w:numId w:val="14"/>
        </w:numPr>
        <w:rPr>
          <w:sz w:val="20"/>
          <w:szCs w:val="20"/>
        </w:rPr>
      </w:pPr>
      <w:r>
        <w:rPr>
          <w:b/>
          <w:bCs/>
          <w:sz w:val="20"/>
          <w:szCs w:val="20"/>
        </w:rPr>
        <w:t xml:space="preserve"> </w:t>
      </w:r>
      <w:r w:rsidR="00D12DAC" w:rsidRPr="00D12DAC">
        <w:rPr>
          <w:b/>
          <w:bCs/>
          <w:sz w:val="20"/>
          <w:szCs w:val="20"/>
        </w:rPr>
        <w:t xml:space="preserve">Public Session </w:t>
      </w:r>
      <w:r w:rsidR="00D12DAC" w:rsidRPr="007873F3">
        <w:rPr>
          <w:sz w:val="20"/>
          <w:szCs w:val="20"/>
        </w:rPr>
        <w:t xml:space="preserve">Questions and comments from Members of the Public Present </w:t>
      </w:r>
    </w:p>
    <w:p w14:paraId="42100B1B" w14:textId="71FE85DD" w:rsidR="00D12DAC" w:rsidRPr="002374FF" w:rsidRDefault="00F6765A" w:rsidP="007873F3">
      <w:pPr>
        <w:pStyle w:val="ListParagraph"/>
        <w:numPr>
          <w:ilvl w:val="1"/>
          <w:numId w:val="14"/>
        </w:numPr>
        <w:rPr>
          <w:sz w:val="20"/>
          <w:szCs w:val="20"/>
        </w:rPr>
      </w:pPr>
      <w:r>
        <w:rPr>
          <w:sz w:val="20"/>
          <w:szCs w:val="20"/>
        </w:rPr>
        <w:t>No</w:t>
      </w:r>
      <w:r w:rsidR="00D12DAC" w:rsidRPr="002374FF">
        <w:rPr>
          <w:sz w:val="20"/>
          <w:szCs w:val="20"/>
        </w:rPr>
        <w:t xml:space="preserve"> members of the public were present.</w:t>
      </w:r>
    </w:p>
    <w:p w14:paraId="7C86DDAD" w14:textId="77777777" w:rsidR="00D12DAC" w:rsidRPr="00D12DAC" w:rsidRDefault="00D12DAC" w:rsidP="002374FF">
      <w:pPr>
        <w:pStyle w:val="ListParagraph"/>
        <w:ind w:left="360"/>
        <w:rPr>
          <w:b/>
          <w:bCs/>
          <w:sz w:val="20"/>
          <w:szCs w:val="20"/>
        </w:rPr>
      </w:pPr>
    </w:p>
    <w:p w14:paraId="57F11EC6" w14:textId="57D036EF" w:rsidR="00254AD5" w:rsidRPr="00254AD5" w:rsidRDefault="00254AD5" w:rsidP="00254AD5">
      <w:pPr>
        <w:pStyle w:val="ListParagraph"/>
        <w:numPr>
          <w:ilvl w:val="0"/>
          <w:numId w:val="14"/>
        </w:numPr>
        <w:rPr>
          <w:b/>
          <w:bCs/>
          <w:sz w:val="20"/>
          <w:szCs w:val="20"/>
        </w:rPr>
      </w:pPr>
      <w:r w:rsidRPr="00254AD5">
        <w:rPr>
          <w:b/>
          <w:bCs/>
          <w:sz w:val="20"/>
          <w:szCs w:val="20"/>
        </w:rPr>
        <w:t xml:space="preserve">To receive and approve the minutes of the Planning Committee meeting held on </w:t>
      </w:r>
      <w:r w:rsidR="00F6765A">
        <w:rPr>
          <w:b/>
          <w:bCs/>
          <w:sz w:val="20"/>
          <w:szCs w:val="20"/>
        </w:rPr>
        <w:t>14</w:t>
      </w:r>
      <w:r w:rsidR="00F6765A" w:rsidRPr="00F6765A">
        <w:rPr>
          <w:b/>
          <w:bCs/>
          <w:sz w:val="20"/>
          <w:szCs w:val="20"/>
          <w:vertAlign w:val="superscript"/>
        </w:rPr>
        <w:t>th</w:t>
      </w:r>
      <w:r w:rsidR="00F6765A">
        <w:rPr>
          <w:b/>
          <w:bCs/>
          <w:sz w:val="20"/>
          <w:szCs w:val="20"/>
        </w:rPr>
        <w:t xml:space="preserve"> July</w:t>
      </w:r>
      <w:r w:rsidRPr="00254AD5">
        <w:rPr>
          <w:b/>
          <w:bCs/>
          <w:sz w:val="20"/>
          <w:szCs w:val="20"/>
        </w:rPr>
        <w:t xml:space="preserve"> 2026 (previously issued)</w:t>
      </w:r>
    </w:p>
    <w:p w14:paraId="58368551" w14:textId="77777777" w:rsidR="00254AD5" w:rsidRPr="00D77244" w:rsidRDefault="00254AD5" w:rsidP="00D77244">
      <w:pPr>
        <w:pStyle w:val="ListParagraph"/>
        <w:numPr>
          <w:ilvl w:val="1"/>
          <w:numId w:val="27"/>
        </w:numPr>
        <w:rPr>
          <w:sz w:val="20"/>
          <w:szCs w:val="20"/>
        </w:rPr>
      </w:pPr>
      <w:r w:rsidRPr="00D77244">
        <w:rPr>
          <w:sz w:val="20"/>
          <w:szCs w:val="20"/>
        </w:rPr>
        <w:t xml:space="preserve">It was RESOLVED to APPROVE the Minutes, and the Chairman was </w:t>
      </w:r>
      <w:proofErr w:type="spellStart"/>
      <w:r w:rsidRPr="00D77244">
        <w:rPr>
          <w:sz w:val="20"/>
          <w:szCs w:val="20"/>
        </w:rPr>
        <w:t>authorised</w:t>
      </w:r>
      <w:proofErr w:type="spellEnd"/>
      <w:r w:rsidRPr="00D77244">
        <w:rPr>
          <w:sz w:val="20"/>
          <w:szCs w:val="20"/>
        </w:rPr>
        <w:t xml:space="preserve"> to sign them as an accurate record of that meeting.  </w:t>
      </w:r>
    </w:p>
    <w:p w14:paraId="3EA56A23" w14:textId="77777777" w:rsidR="00254AD5" w:rsidRPr="002668F1" w:rsidRDefault="00254AD5" w:rsidP="002668F1">
      <w:pPr>
        <w:rPr>
          <w:b/>
          <w:bCs/>
          <w:sz w:val="20"/>
          <w:szCs w:val="20"/>
        </w:rPr>
      </w:pPr>
    </w:p>
    <w:p w14:paraId="6AE5A843" w14:textId="77777777" w:rsidR="00254AD5" w:rsidRPr="002668F1" w:rsidRDefault="00254AD5" w:rsidP="002668F1">
      <w:pPr>
        <w:pStyle w:val="ListParagraph"/>
        <w:numPr>
          <w:ilvl w:val="0"/>
          <w:numId w:val="27"/>
        </w:numPr>
        <w:rPr>
          <w:b/>
          <w:bCs/>
          <w:sz w:val="20"/>
          <w:szCs w:val="20"/>
        </w:rPr>
      </w:pPr>
      <w:r w:rsidRPr="002668F1">
        <w:rPr>
          <w:b/>
          <w:bCs/>
          <w:sz w:val="20"/>
          <w:szCs w:val="20"/>
        </w:rPr>
        <w:t>Matters arising from the Minutes</w:t>
      </w:r>
    </w:p>
    <w:p w14:paraId="07751398" w14:textId="77777777" w:rsidR="00254AD5" w:rsidRPr="00D77244" w:rsidRDefault="00254AD5" w:rsidP="00D77244">
      <w:pPr>
        <w:pStyle w:val="ListParagraph"/>
        <w:numPr>
          <w:ilvl w:val="1"/>
          <w:numId w:val="27"/>
        </w:numPr>
        <w:rPr>
          <w:sz w:val="20"/>
          <w:szCs w:val="20"/>
        </w:rPr>
      </w:pPr>
      <w:r w:rsidRPr="00D77244">
        <w:rPr>
          <w:sz w:val="20"/>
          <w:szCs w:val="20"/>
        </w:rPr>
        <w:t>None</w:t>
      </w:r>
    </w:p>
    <w:p w14:paraId="317D6E6F" w14:textId="77777777" w:rsidR="00254AD5" w:rsidRPr="00D77244" w:rsidRDefault="00254AD5" w:rsidP="002668F1">
      <w:pPr>
        <w:pStyle w:val="ListParagraph"/>
        <w:ind w:left="851"/>
        <w:rPr>
          <w:sz w:val="20"/>
          <w:szCs w:val="20"/>
        </w:rPr>
      </w:pPr>
    </w:p>
    <w:p w14:paraId="3402655A" w14:textId="77777777" w:rsidR="00254AD5" w:rsidRPr="002668F1" w:rsidRDefault="00254AD5" w:rsidP="002668F1">
      <w:pPr>
        <w:pStyle w:val="ListParagraph"/>
        <w:numPr>
          <w:ilvl w:val="0"/>
          <w:numId w:val="27"/>
        </w:numPr>
        <w:rPr>
          <w:b/>
          <w:bCs/>
          <w:sz w:val="20"/>
          <w:szCs w:val="20"/>
        </w:rPr>
      </w:pPr>
      <w:r w:rsidRPr="002668F1">
        <w:rPr>
          <w:b/>
          <w:bCs/>
          <w:sz w:val="20"/>
          <w:szCs w:val="20"/>
        </w:rPr>
        <w:t>Planning Applications</w:t>
      </w:r>
    </w:p>
    <w:p w14:paraId="5AF6FD0B" w14:textId="77777777" w:rsidR="00254AD5" w:rsidRPr="002668F1" w:rsidRDefault="00254AD5" w:rsidP="002668F1">
      <w:pPr>
        <w:rPr>
          <w:sz w:val="20"/>
          <w:szCs w:val="20"/>
        </w:rPr>
      </w:pPr>
      <w:r w:rsidRPr="002668F1">
        <w:rPr>
          <w:sz w:val="20"/>
          <w:szCs w:val="20"/>
        </w:rPr>
        <w:t>To consider responses to Planning Applications which have been submitted to Arun District Council and to delegate to the Parish Clerk to respond to each application in accordance with the Parish Council’s resolution</w:t>
      </w:r>
    </w:p>
    <w:p w14:paraId="5056768C" w14:textId="77777777" w:rsidR="00254AD5" w:rsidRPr="00D77244" w:rsidRDefault="00254AD5" w:rsidP="002668F1">
      <w:pPr>
        <w:pStyle w:val="ListParagraph"/>
        <w:ind w:left="851"/>
        <w:rPr>
          <w:sz w:val="20"/>
          <w:szCs w:val="20"/>
        </w:rPr>
      </w:pPr>
    </w:p>
    <w:p w14:paraId="200EB3C0" w14:textId="58553D1A" w:rsidR="00254AD5" w:rsidRPr="002668F1" w:rsidRDefault="00254AD5" w:rsidP="00D77244">
      <w:pPr>
        <w:pStyle w:val="ListParagraph"/>
        <w:numPr>
          <w:ilvl w:val="1"/>
          <w:numId w:val="27"/>
        </w:numPr>
        <w:rPr>
          <w:b/>
          <w:bCs/>
          <w:sz w:val="20"/>
          <w:szCs w:val="20"/>
        </w:rPr>
      </w:pPr>
      <w:r w:rsidRPr="002668F1">
        <w:rPr>
          <w:b/>
          <w:bCs/>
          <w:sz w:val="20"/>
          <w:szCs w:val="20"/>
        </w:rPr>
        <w:t>P/86/26/PL - Church Farm Holiday Village Church Lane Pagham PO21 4NR.  Extension to existing water tank.  This application may affect the setting of a listed building and is in CIL Zone 5 (Zero Rated) as other development.  RESOLVED</w:t>
      </w:r>
      <w:proofErr w:type="gramStart"/>
      <w:r w:rsidRPr="002668F1">
        <w:rPr>
          <w:b/>
          <w:bCs/>
          <w:sz w:val="20"/>
          <w:szCs w:val="20"/>
        </w:rPr>
        <w:t>:  NO</w:t>
      </w:r>
      <w:proofErr w:type="gramEnd"/>
      <w:r w:rsidRPr="002668F1">
        <w:rPr>
          <w:b/>
          <w:bCs/>
          <w:sz w:val="20"/>
          <w:szCs w:val="20"/>
        </w:rPr>
        <w:t xml:space="preserve"> OBJECTION</w:t>
      </w:r>
    </w:p>
    <w:p w14:paraId="6F128CE3" w14:textId="77777777" w:rsidR="00254AD5" w:rsidRPr="002668F1" w:rsidRDefault="00254AD5" w:rsidP="002668F1">
      <w:pPr>
        <w:pStyle w:val="ListParagraph"/>
        <w:ind w:left="851"/>
        <w:rPr>
          <w:b/>
          <w:bCs/>
          <w:sz w:val="20"/>
          <w:szCs w:val="20"/>
        </w:rPr>
      </w:pPr>
    </w:p>
    <w:p w14:paraId="35B3CCE3" w14:textId="63837458" w:rsidR="00254AD5" w:rsidRPr="002668F1" w:rsidRDefault="00254AD5" w:rsidP="00D77244">
      <w:pPr>
        <w:pStyle w:val="ListParagraph"/>
        <w:numPr>
          <w:ilvl w:val="1"/>
          <w:numId w:val="27"/>
        </w:numPr>
        <w:rPr>
          <w:b/>
          <w:bCs/>
          <w:sz w:val="20"/>
          <w:szCs w:val="20"/>
        </w:rPr>
      </w:pPr>
      <w:r w:rsidRPr="002668F1">
        <w:rPr>
          <w:b/>
          <w:bCs/>
          <w:sz w:val="20"/>
          <w:szCs w:val="20"/>
        </w:rPr>
        <w:t xml:space="preserve">P/89/26/PL – Land between 5 &amp; 7 Well Road Pagham PO21 4SR.  Erection of 1No self-build/custom build single </w:t>
      </w:r>
      <w:proofErr w:type="spellStart"/>
      <w:r w:rsidRPr="002668F1">
        <w:rPr>
          <w:b/>
          <w:bCs/>
          <w:sz w:val="20"/>
          <w:szCs w:val="20"/>
        </w:rPr>
        <w:t>storey</w:t>
      </w:r>
      <w:proofErr w:type="spellEnd"/>
      <w:r w:rsidRPr="002668F1">
        <w:rPr>
          <w:b/>
          <w:bCs/>
          <w:sz w:val="20"/>
          <w:szCs w:val="20"/>
        </w:rPr>
        <w:t xml:space="preserve"> 1-bedroom bungalow with on and </w:t>
      </w:r>
      <w:proofErr w:type="gramStart"/>
      <w:r w:rsidRPr="002668F1">
        <w:rPr>
          <w:b/>
          <w:bCs/>
          <w:sz w:val="20"/>
          <w:szCs w:val="20"/>
        </w:rPr>
        <w:t>off road</w:t>
      </w:r>
      <w:proofErr w:type="gramEnd"/>
      <w:r w:rsidRPr="002668F1">
        <w:rPr>
          <w:b/>
          <w:bCs/>
          <w:sz w:val="20"/>
          <w:szCs w:val="20"/>
        </w:rPr>
        <w:t xml:space="preserve"> parking for one vehicle and solar panels on </w:t>
      </w:r>
      <w:proofErr w:type="gramStart"/>
      <w:r w:rsidRPr="002668F1">
        <w:rPr>
          <w:b/>
          <w:bCs/>
          <w:sz w:val="20"/>
          <w:szCs w:val="20"/>
        </w:rPr>
        <w:t>South West</w:t>
      </w:r>
      <w:proofErr w:type="gramEnd"/>
      <w:r w:rsidRPr="002668F1">
        <w:rPr>
          <w:b/>
          <w:bCs/>
          <w:sz w:val="20"/>
          <w:szCs w:val="20"/>
        </w:rPr>
        <w:t xml:space="preserve"> roof plane (resubmission following P/2/25/PL) this application is in CIL Zone 4 and is CIL liable as a new dwelling.  RESOLVED: NO OBJECTION but members noted inconsistencies in the application documentation.  The sequential test document refers to a </w:t>
      </w:r>
      <w:proofErr w:type="gramStart"/>
      <w:r w:rsidRPr="002668F1">
        <w:rPr>
          <w:b/>
          <w:bCs/>
          <w:sz w:val="20"/>
          <w:szCs w:val="20"/>
        </w:rPr>
        <w:t>2 bedroom</w:t>
      </w:r>
      <w:proofErr w:type="gramEnd"/>
      <w:r w:rsidRPr="002668F1">
        <w:rPr>
          <w:b/>
          <w:bCs/>
          <w:sz w:val="20"/>
          <w:szCs w:val="20"/>
        </w:rPr>
        <w:t xml:space="preserve"> property rather than the 1 room referred to in the application.  </w:t>
      </w:r>
    </w:p>
    <w:p w14:paraId="4DC7F402" w14:textId="77777777" w:rsidR="00254AD5" w:rsidRPr="002668F1" w:rsidRDefault="00254AD5" w:rsidP="00057ABF">
      <w:pPr>
        <w:pStyle w:val="ListParagraph"/>
        <w:ind w:left="851"/>
        <w:rPr>
          <w:b/>
          <w:bCs/>
          <w:sz w:val="20"/>
          <w:szCs w:val="20"/>
        </w:rPr>
      </w:pPr>
    </w:p>
    <w:p w14:paraId="0AE8DEE0" w14:textId="212D5249" w:rsidR="00254AD5" w:rsidRPr="002668F1" w:rsidRDefault="00254AD5" w:rsidP="00D77244">
      <w:pPr>
        <w:pStyle w:val="ListParagraph"/>
        <w:numPr>
          <w:ilvl w:val="1"/>
          <w:numId w:val="27"/>
        </w:numPr>
        <w:rPr>
          <w:b/>
          <w:bCs/>
          <w:sz w:val="20"/>
          <w:szCs w:val="20"/>
        </w:rPr>
      </w:pPr>
      <w:r w:rsidRPr="002668F1">
        <w:rPr>
          <w:b/>
          <w:bCs/>
          <w:sz w:val="20"/>
          <w:szCs w:val="20"/>
        </w:rPr>
        <w:lastRenderedPageBreak/>
        <w:t>P/91/26/HH – 11 Manor Park Pagham PO21 3JS.  1st floor extension.  RESOLVED</w:t>
      </w:r>
      <w:proofErr w:type="gramStart"/>
      <w:r w:rsidRPr="002668F1">
        <w:rPr>
          <w:b/>
          <w:bCs/>
          <w:sz w:val="20"/>
          <w:szCs w:val="20"/>
        </w:rPr>
        <w:t>:  NO</w:t>
      </w:r>
      <w:proofErr w:type="gramEnd"/>
      <w:r w:rsidRPr="002668F1">
        <w:rPr>
          <w:b/>
          <w:bCs/>
          <w:sz w:val="20"/>
          <w:szCs w:val="20"/>
        </w:rPr>
        <w:t xml:space="preserve"> OBJECTION</w:t>
      </w:r>
    </w:p>
    <w:p w14:paraId="22BAEB4D" w14:textId="77777777" w:rsidR="00254AD5" w:rsidRPr="00D77244" w:rsidRDefault="00254AD5" w:rsidP="00057ABF">
      <w:pPr>
        <w:pStyle w:val="ListParagraph"/>
        <w:ind w:left="851"/>
        <w:rPr>
          <w:sz w:val="20"/>
          <w:szCs w:val="20"/>
        </w:rPr>
      </w:pPr>
    </w:p>
    <w:p w14:paraId="77E1BE17" w14:textId="77777777" w:rsidR="00254AD5" w:rsidRPr="00057ABF" w:rsidRDefault="00254AD5" w:rsidP="00057ABF">
      <w:pPr>
        <w:pStyle w:val="ListParagraph"/>
        <w:numPr>
          <w:ilvl w:val="0"/>
          <w:numId w:val="27"/>
        </w:numPr>
        <w:rPr>
          <w:b/>
          <w:bCs/>
          <w:sz w:val="20"/>
          <w:szCs w:val="20"/>
        </w:rPr>
      </w:pPr>
      <w:r w:rsidRPr="00057ABF">
        <w:rPr>
          <w:b/>
          <w:bCs/>
          <w:sz w:val="20"/>
          <w:szCs w:val="20"/>
        </w:rPr>
        <w:t>To note any decisions confirmed by Arun DC</w:t>
      </w:r>
    </w:p>
    <w:p w14:paraId="68C60326" w14:textId="574FAC91" w:rsidR="00254AD5" w:rsidRPr="00057ABF" w:rsidRDefault="00254AD5" w:rsidP="00057ABF">
      <w:pPr>
        <w:pStyle w:val="ListParagraph"/>
        <w:numPr>
          <w:ilvl w:val="1"/>
          <w:numId w:val="27"/>
        </w:numPr>
        <w:rPr>
          <w:sz w:val="20"/>
          <w:szCs w:val="20"/>
        </w:rPr>
      </w:pPr>
      <w:r w:rsidRPr="00D77244">
        <w:rPr>
          <w:sz w:val="20"/>
          <w:szCs w:val="20"/>
        </w:rPr>
        <w:t>P/30/26/OUT and P/31/26/OUT considered at ADC Planning Committee on 22nd July 2026.   Refused.</w:t>
      </w:r>
    </w:p>
    <w:p w14:paraId="0F73ACC3" w14:textId="77777777" w:rsidR="00254AD5" w:rsidRPr="00D77244" w:rsidRDefault="00254AD5" w:rsidP="00057ABF">
      <w:pPr>
        <w:pStyle w:val="ListParagraph"/>
        <w:ind w:left="851"/>
        <w:rPr>
          <w:sz w:val="20"/>
          <w:szCs w:val="20"/>
        </w:rPr>
      </w:pPr>
    </w:p>
    <w:p w14:paraId="63B77427" w14:textId="77777777" w:rsidR="00254AD5" w:rsidRPr="00057ABF" w:rsidRDefault="00254AD5" w:rsidP="00057ABF">
      <w:pPr>
        <w:pStyle w:val="ListParagraph"/>
        <w:numPr>
          <w:ilvl w:val="0"/>
          <w:numId w:val="27"/>
        </w:numPr>
        <w:rPr>
          <w:b/>
          <w:bCs/>
          <w:sz w:val="20"/>
          <w:szCs w:val="20"/>
        </w:rPr>
      </w:pPr>
      <w:r w:rsidRPr="00057ABF">
        <w:rPr>
          <w:b/>
          <w:bCs/>
          <w:sz w:val="20"/>
          <w:szCs w:val="20"/>
        </w:rPr>
        <w:t>Enforcement &amp; ADC Planning Committee</w:t>
      </w:r>
    </w:p>
    <w:p w14:paraId="0FEFE8AB" w14:textId="77777777" w:rsidR="00254AD5" w:rsidRPr="00D77244" w:rsidRDefault="00254AD5" w:rsidP="00D77244">
      <w:pPr>
        <w:pStyle w:val="ListParagraph"/>
        <w:numPr>
          <w:ilvl w:val="1"/>
          <w:numId w:val="27"/>
        </w:numPr>
        <w:rPr>
          <w:sz w:val="20"/>
          <w:szCs w:val="20"/>
        </w:rPr>
      </w:pPr>
      <w:r w:rsidRPr="00D77244">
        <w:rPr>
          <w:sz w:val="20"/>
          <w:szCs w:val="20"/>
        </w:rPr>
        <w:t>None.</w:t>
      </w:r>
    </w:p>
    <w:p w14:paraId="01BD9C33" w14:textId="77777777" w:rsidR="00254AD5" w:rsidRPr="00D77244" w:rsidRDefault="00254AD5" w:rsidP="00057ABF">
      <w:pPr>
        <w:pStyle w:val="ListParagraph"/>
        <w:ind w:left="851"/>
        <w:rPr>
          <w:sz w:val="20"/>
          <w:szCs w:val="20"/>
        </w:rPr>
      </w:pPr>
    </w:p>
    <w:p w14:paraId="621E0D38" w14:textId="77777777" w:rsidR="00254AD5" w:rsidRPr="00057ABF" w:rsidRDefault="00254AD5" w:rsidP="00057ABF">
      <w:pPr>
        <w:pStyle w:val="ListParagraph"/>
        <w:numPr>
          <w:ilvl w:val="0"/>
          <w:numId w:val="27"/>
        </w:numPr>
        <w:rPr>
          <w:i/>
          <w:iCs/>
          <w:sz w:val="20"/>
          <w:szCs w:val="20"/>
        </w:rPr>
      </w:pPr>
      <w:r w:rsidRPr="00057ABF">
        <w:rPr>
          <w:b/>
          <w:bCs/>
          <w:sz w:val="20"/>
          <w:szCs w:val="20"/>
        </w:rPr>
        <w:t xml:space="preserve">Discharge of conditions </w:t>
      </w:r>
      <w:r w:rsidRPr="00057ABF">
        <w:rPr>
          <w:b/>
          <w:bCs/>
          <w:i/>
          <w:iCs/>
          <w:sz w:val="20"/>
          <w:szCs w:val="20"/>
        </w:rPr>
        <w:t>applications</w:t>
      </w:r>
      <w:r w:rsidRPr="00057ABF">
        <w:rPr>
          <w:i/>
          <w:iCs/>
          <w:sz w:val="20"/>
          <w:szCs w:val="20"/>
        </w:rPr>
        <w:t xml:space="preserve"> to receive details of discharge of conditions applications under consideration for strategic or larger sites which may be of interest to the Committee</w:t>
      </w:r>
    </w:p>
    <w:p w14:paraId="35EDFC22" w14:textId="77777777" w:rsidR="00254AD5" w:rsidRPr="00D77244" w:rsidRDefault="00254AD5" w:rsidP="00D77244">
      <w:pPr>
        <w:pStyle w:val="ListParagraph"/>
        <w:numPr>
          <w:ilvl w:val="1"/>
          <w:numId w:val="27"/>
        </w:numPr>
        <w:rPr>
          <w:sz w:val="20"/>
          <w:szCs w:val="20"/>
        </w:rPr>
      </w:pPr>
      <w:r w:rsidRPr="00D77244">
        <w:rPr>
          <w:sz w:val="20"/>
          <w:szCs w:val="20"/>
        </w:rPr>
        <w:t xml:space="preserve">None  </w:t>
      </w:r>
    </w:p>
    <w:p w14:paraId="05EE6638" w14:textId="77777777" w:rsidR="00254AD5" w:rsidRPr="00D77244" w:rsidRDefault="00254AD5" w:rsidP="00057ABF">
      <w:pPr>
        <w:pStyle w:val="ListParagraph"/>
        <w:ind w:left="851"/>
        <w:rPr>
          <w:sz w:val="20"/>
          <w:szCs w:val="20"/>
        </w:rPr>
      </w:pPr>
    </w:p>
    <w:p w14:paraId="25D418DC" w14:textId="77777777" w:rsidR="00254AD5" w:rsidRPr="00057ABF" w:rsidRDefault="00254AD5" w:rsidP="00057ABF">
      <w:pPr>
        <w:pStyle w:val="ListParagraph"/>
        <w:numPr>
          <w:ilvl w:val="0"/>
          <w:numId w:val="27"/>
        </w:numPr>
        <w:rPr>
          <w:b/>
          <w:bCs/>
          <w:sz w:val="20"/>
          <w:szCs w:val="20"/>
        </w:rPr>
      </w:pPr>
      <w:r w:rsidRPr="00057ABF">
        <w:rPr>
          <w:b/>
          <w:bCs/>
          <w:sz w:val="20"/>
          <w:szCs w:val="20"/>
        </w:rPr>
        <w:t>Date of next meeting</w:t>
      </w:r>
    </w:p>
    <w:p w14:paraId="54CA7155" w14:textId="77777777" w:rsidR="00254AD5" w:rsidRPr="00057ABF" w:rsidRDefault="00254AD5" w:rsidP="00057ABF">
      <w:pPr>
        <w:rPr>
          <w:sz w:val="20"/>
          <w:szCs w:val="20"/>
        </w:rPr>
      </w:pPr>
      <w:r w:rsidRPr="00057ABF">
        <w:rPr>
          <w:sz w:val="20"/>
          <w:szCs w:val="20"/>
        </w:rPr>
        <w:t xml:space="preserve">25th August 2026 </w:t>
      </w:r>
    </w:p>
    <w:p w14:paraId="2C043538" w14:textId="77777777" w:rsidR="00057ABF" w:rsidRDefault="00057ABF" w:rsidP="006113E8">
      <w:pPr>
        <w:rPr>
          <w:b/>
          <w:bCs/>
          <w:sz w:val="20"/>
          <w:szCs w:val="20"/>
        </w:rPr>
      </w:pPr>
    </w:p>
    <w:p w14:paraId="4C2C39BD" w14:textId="77777777" w:rsidR="00057ABF" w:rsidRDefault="00057ABF" w:rsidP="006113E8">
      <w:pPr>
        <w:rPr>
          <w:b/>
          <w:bCs/>
          <w:sz w:val="20"/>
          <w:szCs w:val="20"/>
        </w:rPr>
      </w:pPr>
    </w:p>
    <w:p w14:paraId="14C076C4" w14:textId="77777777" w:rsidR="00057ABF" w:rsidRDefault="00057ABF" w:rsidP="006113E8">
      <w:pPr>
        <w:rPr>
          <w:b/>
          <w:bCs/>
          <w:sz w:val="20"/>
          <w:szCs w:val="20"/>
        </w:rPr>
      </w:pPr>
    </w:p>
    <w:p w14:paraId="6A6BE2A8" w14:textId="57AFF7C0" w:rsidR="00270F4F" w:rsidRPr="006113E8" w:rsidRDefault="00C04199" w:rsidP="006113E8">
      <w:pPr>
        <w:rPr>
          <w:b/>
          <w:bCs/>
          <w:sz w:val="20"/>
          <w:szCs w:val="20"/>
        </w:rPr>
      </w:pPr>
      <w:r w:rsidRPr="006113E8">
        <w:rPr>
          <w:b/>
          <w:bCs/>
          <w:sz w:val="20"/>
          <w:szCs w:val="20"/>
        </w:rPr>
        <w:t>Chairman: ____________________       Date: ____________________</w:t>
      </w:r>
      <w:r w:rsidRPr="006113E8">
        <w:rPr>
          <w:b/>
          <w:bCs/>
          <w:sz w:val="20"/>
          <w:szCs w:val="20"/>
        </w:rPr>
        <w:br/>
      </w:r>
    </w:p>
    <w:sectPr w:rsidR="00270F4F" w:rsidRPr="006113E8" w:rsidSect="0078734F">
      <w:pgSz w:w="12240" w:h="15840"/>
      <w:pgMar w:top="709" w:right="1440" w:bottom="568"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FBB1D2E"/>
    <w:multiLevelType w:val="multilevel"/>
    <w:tmpl w:val="448C382E"/>
    <w:lvl w:ilvl="0">
      <w:start w:val="1"/>
      <w:numFmt w:val="bullet"/>
      <w:lvlText w:val=""/>
      <w:lvlJc w:val="left"/>
      <w:pPr>
        <w:ind w:left="720" w:hanging="360"/>
      </w:pPr>
      <w:rPr>
        <w:rFonts w:ascii="Symbol" w:hAnsi="Symbol" w:hint="default"/>
      </w:r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0" w15:restartNumberingAfterBreak="0">
    <w:nsid w:val="13781517"/>
    <w:multiLevelType w:val="multilevel"/>
    <w:tmpl w:val="FF0E527E"/>
    <w:lvl w:ilvl="0">
      <w:start w:val="6"/>
      <w:numFmt w:val="bullet"/>
      <w:lvlText w:val="-"/>
      <w:lvlJc w:val="left"/>
      <w:pPr>
        <w:ind w:left="360" w:hanging="360"/>
      </w:pPr>
      <w:rPr>
        <w:rFonts w:ascii="Arial" w:eastAsiaTheme="minorEastAsia" w:hAnsi="Arial" w:cs="Aria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96C5A74"/>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309C0BD8"/>
    <w:multiLevelType w:val="multilevel"/>
    <w:tmpl w:val="448C382E"/>
    <w:lvl w:ilvl="0">
      <w:start w:val="1"/>
      <w:numFmt w:val="bullet"/>
      <w:lvlText w:val=""/>
      <w:lvlJc w:val="left"/>
      <w:pPr>
        <w:ind w:left="720" w:hanging="360"/>
      </w:pPr>
      <w:rPr>
        <w:rFonts w:ascii="Symbol" w:hAnsi="Symbol" w:hint="default"/>
      </w:r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3" w15:restartNumberingAfterBreak="0">
    <w:nsid w:val="34B07CAA"/>
    <w:multiLevelType w:val="multilevel"/>
    <w:tmpl w:val="448C382E"/>
    <w:lvl w:ilvl="0">
      <w:start w:val="1"/>
      <w:numFmt w:val="bullet"/>
      <w:lvlText w:val=""/>
      <w:lvlJc w:val="left"/>
      <w:pPr>
        <w:ind w:left="720" w:hanging="360"/>
      </w:pPr>
      <w:rPr>
        <w:rFonts w:ascii="Symbol" w:hAnsi="Symbol" w:hint="default"/>
      </w:r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4" w15:restartNumberingAfterBreak="0">
    <w:nsid w:val="37E57DE6"/>
    <w:multiLevelType w:val="multilevel"/>
    <w:tmpl w:val="9E0A6D68"/>
    <w:lvl w:ilvl="0">
      <w:start w:val="41"/>
      <w:numFmt w:val="decimal"/>
      <w:lvlText w:val="%1."/>
      <w:lvlJc w:val="left"/>
      <w:pPr>
        <w:ind w:left="360" w:hanging="360"/>
      </w:pPr>
      <w:rPr>
        <w:rFonts w:hint="default"/>
        <w:b/>
        <w:bCs/>
        <w:i w:val="0"/>
        <w:iCs w:val="0"/>
      </w:rPr>
    </w:lvl>
    <w:lvl w:ilvl="1">
      <w:start w:val="1"/>
      <w:numFmt w:val="decimal"/>
      <w:lvlText w:val="%1.%2."/>
      <w:lvlJc w:val="left"/>
      <w:pPr>
        <w:ind w:left="0" w:firstLine="0"/>
      </w:pPr>
      <w:rPr>
        <w:rFonts w:hint="default"/>
        <w:b w:val="0"/>
        <w:b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3EAE5780"/>
    <w:multiLevelType w:val="hybridMultilevel"/>
    <w:tmpl w:val="F998D24A"/>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F3E6AE3"/>
    <w:multiLevelType w:val="multilevel"/>
    <w:tmpl w:val="448C382E"/>
    <w:lvl w:ilvl="0">
      <w:start w:val="1"/>
      <w:numFmt w:val="bullet"/>
      <w:lvlText w:val=""/>
      <w:lvlJc w:val="left"/>
      <w:pPr>
        <w:ind w:left="720" w:hanging="360"/>
      </w:pPr>
      <w:rPr>
        <w:rFonts w:ascii="Symbol" w:hAnsi="Symbol" w:hint="default"/>
      </w:r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7" w15:restartNumberingAfterBreak="0">
    <w:nsid w:val="42F4423C"/>
    <w:multiLevelType w:val="hybridMultilevel"/>
    <w:tmpl w:val="735E449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3C34AE2"/>
    <w:multiLevelType w:val="hybridMultilevel"/>
    <w:tmpl w:val="026C6BF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EB37654"/>
    <w:multiLevelType w:val="hybridMultilevel"/>
    <w:tmpl w:val="2C4A8010"/>
    <w:lvl w:ilvl="0" w:tplc="EFD09434">
      <w:start w:val="6"/>
      <w:numFmt w:val="bullet"/>
      <w:lvlText w:val="-"/>
      <w:lvlJc w:val="left"/>
      <w:pPr>
        <w:ind w:left="1080" w:hanging="72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63A7F25"/>
    <w:multiLevelType w:val="hybridMultilevel"/>
    <w:tmpl w:val="B66E23CE"/>
    <w:lvl w:ilvl="0" w:tplc="07B4F528">
      <w:start w:val="6"/>
      <w:numFmt w:val="bullet"/>
      <w:lvlText w:val="-"/>
      <w:lvlJc w:val="left"/>
      <w:pPr>
        <w:ind w:left="420" w:hanging="360"/>
      </w:pPr>
      <w:rPr>
        <w:rFonts w:ascii="Arial" w:eastAsia="Times New Roman" w:hAnsi="Arial" w:cs="Arial"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21" w15:restartNumberingAfterBreak="0">
    <w:nsid w:val="69076D96"/>
    <w:multiLevelType w:val="hybridMultilevel"/>
    <w:tmpl w:val="A894D7E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957722F"/>
    <w:multiLevelType w:val="multilevel"/>
    <w:tmpl w:val="4D4A68A6"/>
    <w:lvl w:ilvl="0">
      <w:start w:val="26"/>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75EE0F43"/>
    <w:multiLevelType w:val="multilevel"/>
    <w:tmpl w:val="FD60CDF0"/>
    <w:lvl w:ilvl="0">
      <w:start w:val="29"/>
      <w:numFmt w:val="decimal"/>
      <w:lvlText w:val="%1."/>
      <w:lvlJc w:val="left"/>
      <w:pPr>
        <w:ind w:left="360" w:hanging="360"/>
      </w:pPr>
      <w:rPr>
        <w:rFonts w:hint="default"/>
        <w:b/>
        <w:bCs/>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150708173">
    <w:abstractNumId w:val="8"/>
  </w:num>
  <w:num w:numId="2" w16cid:durableId="1312716161">
    <w:abstractNumId w:val="6"/>
  </w:num>
  <w:num w:numId="3" w16cid:durableId="320502540">
    <w:abstractNumId w:val="5"/>
  </w:num>
  <w:num w:numId="4" w16cid:durableId="433743926">
    <w:abstractNumId w:val="4"/>
  </w:num>
  <w:num w:numId="5" w16cid:durableId="1677226138">
    <w:abstractNumId w:val="7"/>
  </w:num>
  <w:num w:numId="6" w16cid:durableId="804734827">
    <w:abstractNumId w:val="3"/>
  </w:num>
  <w:num w:numId="7" w16cid:durableId="39130478">
    <w:abstractNumId w:val="2"/>
  </w:num>
  <w:num w:numId="8" w16cid:durableId="1309162408">
    <w:abstractNumId w:val="1"/>
  </w:num>
  <w:num w:numId="9" w16cid:durableId="1020859948">
    <w:abstractNumId w:val="0"/>
  </w:num>
  <w:num w:numId="10" w16cid:durableId="1441758602">
    <w:abstractNumId w:val="22"/>
  </w:num>
  <w:num w:numId="11" w16cid:durableId="772480451">
    <w:abstractNumId w:val="23"/>
  </w:num>
  <w:num w:numId="12" w16cid:durableId="428743944">
    <w:abstractNumId w:val="20"/>
  </w:num>
  <w:num w:numId="13" w16cid:durableId="1385326859">
    <w:abstractNumId w:val="11"/>
  </w:num>
  <w:num w:numId="14" w16cid:durableId="1674143465">
    <w:abstractNumId w:val="14"/>
  </w:num>
  <w:num w:numId="15" w16cid:durableId="1946687201">
    <w:abstractNumId w:val="19"/>
  </w:num>
  <w:num w:numId="16" w16cid:durableId="1184394266">
    <w:abstractNumId w:val="10"/>
  </w:num>
  <w:num w:numId="17" w16cid:durableId="601034372">
    <w:abstractNumId w:val="9"/>
  </w:num>
  <w:num w:numId="18" w16cid:durableId="1705251865">
    <w:abstractNumId w:val="12"/>
  </w:num>
  <w:num w:numId="19" w16cid:durableId="429356264">
    <w:abstractNumId w:val="16"/>
  </w:num>
  <w:num w:numId="20" w16cid:durableId="1581596350">
    <w:abstractNumId w:val="13"/>
  </w:num>
  <w:num w:numId="21" w16cid:durableId="354117326">
    <w:abstractNumId w:val="18"/>
  </w:num>
  <w:num w:numId="22" w16cid:durableId="1256209020">
    <w:abstractNumId w:val="21"/>
  </w:num>
  <w:num w:numId="23" w16cid:durableId="2016880206">
    <w:abstractNumId w:val="17"/>
  </w:num>
  <w:num w:numId="24" w16cid:durableId="724182383">
    <w:abstractNumId w:val="15"/>
  </w:num>
  <w:num w:numId="25" w16cid:durableId="462776541">
    <w:abstractNumId w:val="14"/>
    <w:lvlOverride w:ilvl="0">
      <w:lvl w:ilvl="0">
        <w:start w:val="31"/>
        <w:numFmt w:val="decimal"/>
        <w:lvlText w:val="%1."/>
        <w:lvlJc w:val="left"/>
        <w:pPr>
          <w:ind w:left="360" w:hanging="360"/>
        </w:pPr>
        <w:rPr>
          <w:rFonts w:hint="default"/>
          <w:b/>
          <w:bCs/>
          <w:i w:val="0"/>
          <w:iCs w:val="0"/>
        </w:rPr>
      </w:lvl>
    </w:lvlOverride>
    <w:lvlOverride w:ilvl="1">
      <w:lvl w:ilvl="1">
        <w:start w:val="1"/>
        <w:numFmt w:val="decimal"/>
        <w:lvlText w:val="%1.%2."/>
        <w:lvlJc w:val="left"/>
        <w:pPr>
          <w:ind w:left="794" w:hanging="794"/>
        </w:pPr>
        <w:rPr>
          <w:rFonts w:hint="default"/>
          <w:b w:val="0"/>
          <w:bCs w:val="0"/>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26" w16cid:durableId="658702502">
    <w:abstractNumId w:val="14"/>
    <w:lvlOverride w:ilvl="0">
      <w:lvl w:ilvl="0">
        <w:start w:val="31"/>
        <w:numFmt w:val="decimal"/>
        <w:lvlText w:val="%1."/>
        <w:lvlJc w:val="left"/>
        <w:pPr>
          <w:ind w:left="360" w:hanging="360"/>
        </w:pPr>
        <w:rPr>
          <w:rFonts w:hint="default"/>
          <w:b/>
          <w:bCs/>
          <w:i w:val="0"/>
          <w:iCs w:val="0"/>
        </w:rPr>
      </w:lvl>
    </w:lvlOverride>
    <w:lvlOverride w:ilvl="1">
      <w:lvl w:ilvl="1">
        <w:start w:val="1"/>
        <w:numFmt w:val="decimal"/>
        <w:lvlText w:val="%1.%2."/>
        <w:lvlJc w:val="left"/>
        <w:pPr>
          <w:ind w:left="851" w:hanging="851"/>
        </w:pPr>
        <w:rPr>
          <w:rFonts w:hint="default"/>
          <w:b w:val="0"/>
          <w:bCs w:val="0"/>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27" w16cid:durableId="977994687">
    <w:abstractNumId w:val="14"/>
    <w:lvlOverride w:ilvl="0">
      <w:lvl w:ilvl="0">
        <w:start w:val="41"/>
        <w:numFmt w:val="decimal"/>
        <w:lvlText w:val="%1."/>
        <w:lvlJc w:val="left"/>
        <w:pPr>
          <w:ind w:left="360" w:hanging="360"/>
        </w:pPr>
        <w:rPr>
          <w:rFonts w:hint="default"/>
          <w:b/>
          <w:bCs/>
          <w:i w:val="0"/>
          <w:iCs w:val="0"/>
        </w:rPr>
      </w:lvl>
    </w:lvlOverride>
    <w:lvlOverride w:ilvl="1">
      <w:lvl w:ilvl="1">
        <w:start w:val="1"/>
        <w:numFmt w:val="decimal"/>
        <w:lvlText w:val="%1.%2."/>
        <w:lvlJc w:val="left"/>
        <w:pPr>
          <w:ind w:left="851" w:hanging="851"/>
        </w:pPr>
        <w:rPr>
          <w:rFonts w:hint="default"/>
          <w:b w:val="0"/>
          <w:bCs w:val="0"/>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157B"/>
    <w:rsid w:val="00034616"/>
    <w:rsid w:val="00057ABF"/>
    <w:rsid w:val="0006063C"/>
    <w:rsid w:val="000B3E1B"/>
    <w:rsid w:val="000E2FC1"/>
    <w:rsid w:val="00137D6A"/>
    <w:rsid w:val="0015074B"/>
    <w:rsid w:val="00183796"/>
    <w:rsid w:val="001C1989"/>
    <w:rsid w:val="001E7403"/>
    <w:rsid w:val="002159C2"/>
    <w:rsid w:val="002374FF"/>
    <w:rsid w:val="00254AD5"/>
    <w:rsid w:val="002668F1"/>
    <w:rsid w:val="00270F4F"/>
    <w:rsid w:val="00276A43"/>
    <w:rsid w:val="0029639D"/>
    <w:rsid w:val="00326F90"/>
    <w:rsid w:val="00366167"/>
    <w:rsid w:val="003B45C4"/>
    <w:rsid w:val="003C798D"/>
    <w:rsid w:val="003D35FE"/>
    <w:rsid w:val="003F4B62"/>
    <w:rsid w:val="00435799"/>
    <w:rsid w:val="00465009"/>
    <w:rsid w:val="00472921"/>
    <w:rsid w:val="004C5A34"/>
    <w:rsid w:val="004E4C71"/>
    <w:rsid w:val="00512E98"/>
    <w:rsid w:val="005300B3"/>
    <w:rsid w:val="00554601"/>
    <w:rsid w:val="006113E8"/>
    <w:rsid w:val="00616E45"/>
    <w:rsid w:val="006B7693"/>
    <w:rsid w:val="00701CD6"/>
    <w:rsid w:val="0078021F"/>
    <w:rsid w:val="0078734F"/>
    <w:rsid w:val="007873F3"/>
    <w:rsid w:val="007B78B1"/>
    <w:rsid w:val="007C6620"/>
    <w:rsid w:val="00864351"/>
    <w:rsid w:val="00882E10"/>
    <w:rsid w:val="00897E12"/>
    <w:rsid w:val="008B6D00"/>
    <w:rsid w:val="008C6648"/>
    <w:rsid w:val="009365C9"/>
    <w:rsid w:val="009A6C2F"/>
    <w:rsid w:val="009D1F5A"/>
    <w:rsid w:val="00AA1D8D"/>
    <w:rsid w:val="00AC71DA"/>
    <w:rsid w:val="00AD0495"/>
    <w:rsid w:val="00AD719B"/>
    <w:rsid w:val="00B31340"/>
    <w:rsid w:val="00B33543"/>
    <w:rsid w:val="00B3489E"/>
    <w:rsid w:val="00B47730"/>
    <w:rsid w:val="00B70FFC"/>
    <w:rsid w:val="00BC088E"/>
    <w:rsid w:val="00BF3CC1"/>
    <w:rsid w:val="00C04199"/>
    <w:rsid w:val="00C210B2"/>
    <w:rsid w:val="00C32842"/>
    <w:rsid w:val="00C71E36"/>
    <w:rsid w:val="00CB0664"/>
    <w:rsid w:val="00CB27F9"/>
    <w:rsid w:val="00CE3FE7"/>
    <w:rsid w:val="00D12DAC"/>
    <w:rsid w:val="00D23D8A"/>
    <w:rsid w:val="00D605AD"/>
    <w:rsid w:val="00D77244"/>
    <w:rsid w:val="00D942A3"/>
    <w:rsid w:val="00DF676F"/>
    <w:rsid w:val="00E57598"/>
    <w:rsid w:val="00E71F28"/>
    <w:rsid w:val="00E95AD1"/>
    <w:rsid w:val="00EE27C3"/>
    <w:rsid w:val="00F62CAE"/>
    <w:rsid w:val="00F62D4D"/>
    <w:rsid w:val="00F6765A"/>
    <w:rsid w:val="00F7259D"/>
    <w:rsid w:val="00F83B4E"/>
    <w:rsid w:val="00FB025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1B9A733"/>
  <w14:defaultImageDpi w14:val="300"/>
  <w15:docId w15:val="{EEC59C40-9D98-4222-83EF-D98941B898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color w:val="222222"/>
    </w:rPr>
  </w:style>
  <w:style w:type="paragraph" w:styleId="Heading1">
    <w:name w:val="heading 1"/>
    <w:basedOn w:val="Normal"/>
    <w:next w:val="Normal"/>
    <w:link w:val="Heading1Char"/>
    <w:uiPriority w:val="9"/>
    <w:qFormat/>
    <w:rsid w:val="00FC693F"/>
    <w:pPr>
      <w:keepNext/>
      <w:keepLines/>
      <w:outlineLvl w:val="0"/>
    </w:pPr>
    <w:rPr>
      <w:rFonts w:asciiTheme="majorHAnsi" w:eastAsiaTheme="majorEastAsia" w:hAnsiTheme="majorHAnsi" w:cstheme="majorBidi"/>
      <w:b/>
      <w:bCs/>
      <w:color w:val="003366"/>
      <w:sz w:val="36"/>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Theme="majorHAnsi" w:eastAsiaTheme="majorEastAsia" w:hAnsiTheme="majorHAnsi" w:cstheme="majorBidi"/>
      <w:b/>
      <w:bCs/>
      <w:color w:val="006699"/>
      <w:sz w:val="28"/>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CommentText">
    <w:name w:val="annotation text"/>
    <w:basedOn w:val="Normal"/>
    <w:link w:val="CommentTextChar"/>
    <w:uiPriority w:val="99"/>
    <w:unhideWhenUsed/>
    <w:rsid w:val="00D942A3"/>
    <w:pPr>
      <w:spacing w:line="240" w:lineRule="auto"/>
    </w:pPr>
    <w:rPr>
      <w:rFonts w:ascii="Comic Sans MS" w:eastAsia="Times New Roman" w:hAnsi="Comic Sans MS" w:cs="Times New Roman"/>
      <w:color w:val="auto"/>
      <w:sz w:val="20"/>
      <w:szCs w:val="20"/>
      <w:lang w:val="en-GB" w:eastAsia="en-GB"/>
    </w:rPr>
  </w:style>
  <w:style w:type="character" w:customStyle="1" w:styleId="CommentTextChar">
    <w:name w:val="Comment Text Char"/>
    <w:basedOn w:val="DefaultParagraphFont"/>
    <w:link w:val="CommentText"/>
    <w:uiPriority w:val="99"/>
    <w:rsid w:val="00D942A3"/>
    <w:rPr>
      <w:rFonts w:ascii="Comic Sans MS" w:eastAsia="Times New Roman" w:hAnsi="Comic Sans MS" w:cs="Times New Roman"/>
      <w:sz w:val="20"/>
      <w:szCs w:val="20"/>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446</Words>
  <Characters>2546</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2987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Nicola Swann</cp:lastModifiedBy>
  <cp:revision>9</cp:revision>
  <dcterms:created xsi:type="dcterms:W3CDTF">2026-09-21T13:53:00Z</dcterms:created>
  <dcterms:modified xsi:type="dcterms:W3CDTF">2026-09-21T14:00:00Z</dcterms:modified>
  <cp:category/>
</cp:coreProperties>
</file>