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696" w14:textId="77777777" w:rsidR="00CF48CB" w:rsidRPr="00A04FBD" w:rsidRDefault="00AA3686" w:rsidP="005E6812">
      <w:pPr>
        <w:pStyle w:val="Heading1"/>
        <w:spacing w:before="0" w:line="240" w:lineRule="auto"/>
        <w:jc w:val="center"/>
        <w:rPr>
          <w:rFonts w:ascii="Arial" w:hAnsi="Arial" w:cs="Arial"/>
          <w:sz w:val="40"/>
          <w:szCs w:val="40"/>
        </w:rPr>
      </w:pPr>
      <w:r w:rsidRPr="00A04FBD">
        <w:rPr>
          <w:rFonts w:ascii="Arial" w:hAnsi="Arial" w:cs="Arial"/>
          <w:sz w:val="40"/>
          <w:szCs w:val="40"/>
        </w:rPr>
        <w:t>PAGHAM PARISH COUNCIL</w:t>
      </w:r>
    </w:p>
    <w:p w14:paraId="6EEC7F90" w14:textId="7E7E42D2" w:rsidR="00CF48CB" w:rsidRPr="00A04FBD" w:rsidRDefault="00AA3686" w:rsidP="005E6812">
      <w:pPr>
        <w:spacing w:before="240" w:after="0" w:line="240" w:lineRule="auto"/>
        <w:jc w:val="center"/>
        <w:rPr>
          <w:rFonts w:cs="Arial"/>
          <w:sz w:val="18"/>
          <w:szCs w:val="18"/>
        </w:rPr>
      </w:pPr>
      <w:r w:rsidRPr="00A04FBD">
        <w:rPr>
          <w:rFonts w:cs="Arial"/>
          <w:i/>
          <w:sz w:val="17"/>
          <w:szCs w:val="17"/>
        </w:rPr>
        <w:t xml:space="preserve">Tel: 01243 </w:t>
      </w:r>
      <w:proofErr w:type="gramStart"/>
      <w:r w:rsidRPr="00A04FBD">
        <w:rPr>
          <w:rFonts w:cs="Arial"/>
          <w:i/>
          <w:sz w:val="17"/>
          <w:szCs w:val="17"/>
        </w:rPr>
        <w:t>266424  |</w:t>
      </w:r>
      <w:proofErr w:type="gramEnd"/>
      <w:r w:rsidRPr="00A04FBD">
        <w:rPr>
          <w:rFonts w:cs="Arial"/>
          <w:i/>
          <w:sz w:val="17"/>
          <w:szCs w:val="17"/>
        </w:rPr>
        <w:t xml:space="preserve">  E-mail: clerk@paghamparishcouncil.gov.uk</w:t>
      </w:r>
      <w:r w:rsidRPr="00A04FBD">
        <w:rPr>
          <w:rFonts w:cs="Arial"/>
          <w:i/>
          <w:sz w:val="17"/>
          <w:szCs w:val="17"/>
        </w:rPr>
        <w:br/>
      </w:r>
    </w:p>
    <w:p w14:paraId="01E6A490" w14:textId="77777777" w:rsidR="00CF48CB" w:rsidRPr="00A04FBD" w:rsidRDefault="00AA3686" w:rsidP="00A04FBD">
      <w:pPr>
        <w:pStyle w:val="Heading2"/>
        <w:spacing w:before="0" w:line="240" w:lineRule="auto"/>
        <w:jc w:val="center"/>
        <w:rPr>
          <w:rFonts w:ascii="Arial" w:hAnsi="Arial" w:cs="Arial"/>
          <w:sz w:val="20"/>
          <w:szCs w:val="20"/>
        </w:rPr>
      </w:pPr>
      <w:r w:rsidRPr="00A04FBD">
        <w:rPr>
          <w:rFonts w:ascii="Arial" w:hAnsi="Arial" w:cs="Arial"/>
          <w:sz w:val="20"/>
          <w:szCs w:val="20"/>
        </w:rPr>
        <w:t>Meeting Information</w:t>
      </w:r>
    </w:p>
    <w:p w14:paraId="0843D57F" w14:textId="752A68C3" w:rsidR="00CF48CB" w:rsidRPr="00A04FBD" w:rsidRDefault="00AA3686" w:rsidP="005E6812">
      <w:pPr>
        <w:pStyle w:val="ListBullet"/>
        <w:spacing w:line="240" w:lineRule="auto"/>
        <w:rPr>
          <w:rFonts w:cs="Arial"/>
          <w:sz w:val="20"/>
          <w:szCs w:val="20"/>
        </w:rPr>
      </w:pPr>
      <w:r w:rsidRPr="00A04FBD">
        <w:rPr>
          <w:rFonts w:cs="Arial"/>
          <w:b/>
          <w:sz w:val="20"/>
          <w:szCs w:val="20"/>
        </w:rPr>
        <w:t xml:space="preserve">Date and Time: </w:t>
      </w:r>
      <w:r w:rsidRPr="00A04FBD">
        <w:rPr>
          <w:rFonts w:cs="Arial"/>
          <w:color w:val="EE0000"/>
          <w:sz w:val="20"/>
          <w:szCs w:val="20"/>
        </w:rPr>
        <w:t xml:space="preserve">Tuesday </w:t>
      </w:r>
      <w:r w:rsidR="008E21AE">
        <w:rPr>
          <w:rFonts w:cs="Arial"/>
          <w:color w:val="EE0000"/>
          <w:sz w:val="20"/>
          <w:szCs w:val="20"/>
        </w:rPr>
        <w:t>25</w:t>
      </w:r>
      <w:r w:rsidR="008E21AE" w:rsidRPr="008E21AE">
        <w:rPr>
          <w:rFonts w:cs="Arial"/>
          <w:color w:val="EE0000"/>
          <w:sz w:val="20"/>
          <w:szCs w:val="20"/>
          <w:vertAlign w:val="superscript"/>
        </w:rPr>
        <w:t>th</w:t>
      </w:r>
      <w:r w:rsidR="008E21AE">
        <w:rPr>
          <w:rFonts w:cs="Arial"/>
          <w:color w:val="EE0000"/>
          <w:sz w:val="20"/>
          <w:szCs w:val="20"/>
        </w:rPr>
        <w:t xml:space="preserve"> August</w:t>
      </w:r>
      <w:r w:rsidRPr="00A04FBD">
        <w:rPr>
          <w:rFonts w:cs="Arial"/>
          <w:color w:val="EE0000"/>
          <w:sz w:val="20"/>
          <w:szCs w:val="20"/>
        </w:rPr>
        <w:t xml:space="preserve"> 2026</w:t>
      </w:r>
      <w:r w:rsidRPr="00A04FBD">
        <w:rPr>
          <w:rFonts w:cs="Arial"/>
          <w:sz w:val="20"/>
          <w:szCs w:val="20"/>
        </w:rPr>
        <w:t xml:space="preserve"> at 7.</w:t>
      </w:r>
      <w:r w:rsidR="005E0475" w:rsidRPr="00A04FBD">
        <w:rPr>
          <w:rFonts w:cs="Arial"/>
          <w:sz w:val="20"/>
          <w:szCs w:val="20"/>
        </w:rPr>
        <w:t>1</w:t>
      </w:r>
      <w:r w:rsidRPr="00A04FBD">
        <w:rPr>
          <w:rFonts w:cs="Arial"/>
          <w:sz w:val="20"/>
          <w:szCs w:val="20"/>
        </w:rPr>
        <w:t>5pm</w:t>
      </w:r>
    </w:p>
    <w:p w14:paraId="2D6230EC" w14:textId="77777777" w:rsidR="00CF48CB" w:rsidRPr="00A04FBD" w:rsidRDefault="00AA3686" w:rsidP="005E6812">
      <w:pPr>
        <w:pStyle w:val="ListBullet"/>
        <w:spacing w:line="240" w:lineRule="auto"/>
        <w:rPr>
          <w:rFonts w:cs="Arial"/>
          <w:sz w:val="20"/>
          <w:szCs w:val="20"/>
        </w:rPr>
      </w:pPr>
      <w:r w:rsidRPr="00A04FBD">
        <w:rPr>
          <w:rFonts w:cs="Arial"/>
          <w:b/>
          <w:sz w:val="20"/>
          <w:szCs w:val="20"/>
        </w:rPr>
        <w:t xml:space="preserve">Venue: </w:t>
      </w:r>
      <w:r w:rsidRPr="00A04FBD">
        <w:rPr>
          <w:rFonts w:cs="Arial"/>
          <w:sz w:val="20"/>
          <w:szCs w:val="20"/>
        </w:rPr>
        <w:t>The Small Hall, Pagham Village Hall, Pagham, PO21 4NJ</w:t>
      </w:r>
    </w:p>
    <w:p w14:paraId="2AFB98A8" w14:textId="00F8DF3D" w:rsidR="00CF48CB" w:rsidRPr="00A04FBD" w:rsidRDefault="00AA3686" w:rsidP="005E6812">
      <w:pPr>
        <w:pStyle w:val="ListBullet"/>
        <w:spacing w:line="240" w:lineRule="auto"/>
        <w:rPr>
          <w:rFonts w:cs="Arial"/>
          <w:sz w:val="20"/>
          <w:szCs w:val="20"/>
        </w:rPr>
      </w:pPr>
      <w:r w:rsidRPr="00A04FBD">
        <w:rPr>
          <w:rFonts w:cs="Arial"/>
          <w:b/>
          <w:sz w:val="20"/>
          <w:szCs w:val="20"/>
        </w:rPr>
        <w:t xml:space="preserve">Councillors Summoned: </w:t>
      </w:r>
      <w:r w:rsidRPr="00A04FBD">
        <w:rPr>
          <w:rFonts w:cs="Arial"/>
          <w:sz w:val="20"/>
          <w:szCs w:val="20"/>
        </w:rPr>
        <w:t xml:space="preserve">Mr P Atkins, Mrs J Behr, </w:t>
      </w:r>
      <w:r w:rsidR="005E0475" w:rsidRPr="00A04FBD">
        <w:rPr>
          <w:rFonts w:cs="Arial"/>
          <w:sz w:val="20"/>
          <w:szCs w:val="20"/>
        </w:rPr>
        <w:t xml:space="preserve">Mr J Carr, </w:t>
      </w:r>
      <w:r w:rsidRPr="00A04FBD">
        <w:rPr>
          <w:rFonts w:cs="Arial"/>
          <w:sz w:val="20"/>
          <w:szCs w:val="20"/>
        </w:rPr>
        <w:t xml:space="preserve">Mr P Cooper, </w:t>
      </w:r>
      <w:r w:rsidR="006D5E9C" w:rsidRPr="00A04FBD">
        <w:rPr>
          <w:rFonts w:cs="Arial"/>
          <w:sz w:val="20"/>
          <w:szCs w:val="20"/>
        </w:rPr>
        <w:t xml:space="preserve">Mrs D Hall, </w:t>
      </w:r>
      <w:proofErr w:type="spellStart"/>
      <w:r w:rsidRPr="00A04FBD">
        <w:rPr>
          <w:rFonts w:cs="Arial"/>
          <w:sz w:val="20"/>
          <w:szCs w:val="20"/>
        </w:rPr>
        <w:t>Ms</w:t>
      </w:r>
      <w:proofErr w:type="spellEnd"/>
      <w:r w:rsidRPr="00A04FBD">
        <w:rPr>
          <w:rFonts w:cs="Arial"/>
          <w:sz w:val="20"/>
          <w:szCs w:val="20"/>
        </w:rPr>
        <w:t xml:space="preserve"> P Hilton, Mr M Howard, Mr D Huntley, Mr I Manion &amp; Mrs R Palmer</w:t>
      </w:r>
    </w:p>
    <w:p w14:paraId="5BCD681B" w14:textId="5C3906C4" w:rsidR="004902BF" w:rsidRPr="00A04FBD" w:rsidRDefault="004902BF" w:rsidP="005E6812">
      <w:pPr>
        <w:pStyle w:val="ListBullet"/>
        <w:spacing w:line="240" w:lineRule="auto"/>
        <w:rPr>
          <w:rFonts w:cs="Arial"/>
          <w:sz w:val="20"/>
          <w:szCs w:val="20"/>
        </w:rPr>
      </w:pPr>
      <w:r w:rsidRPr="00A04FBD">
        <w:rPr>
          <w:rFonts w:cs="Arial"/>
          <w:b/>
          <w:sz w:val="20"/>
          <w:szCs w:val="20"/>
        </w:rPr>
        <w:t>Notice Issued</w:t>
      </w:r>
      <w:proofErr w:type="gramStart"/>
      <w:r w:rsidRPr="00A04FBD">
        <w:rPr>
          <w:rFonts w:cs="Arial"/>
          <w:b/>
          <w:sz w:val="20"/>
          <w:szCs w:val="20"/>
        </w:rPr>
        <w:t>:</w:t>
      </w:r>
      <w:r w:rsidRPr="00A04FBD">
        <w:rPr>
          <w:rFonts w:cs="Arial"/>
          <w:sz w:val="20"/>
          <w:szCs w:val="20"/>
        </w:rPr>
        <w:t xml:space="preserve">  </w:t>
      </w:r>
      <w:r w:rsidR="008E21AE">
        <w:rPr>
          <w:rFonts w:cs="Arial"/>
          <w:color w:val="EE0000"/>
          <w:sz w:val="20"/>
          <w:szCs w:val="20"/>
        </w:rPr>
        <w:t>19</w:t>
      </w:r>
      <w:r w:rsidR="008E21AE" w:rsidRPr="008E21AE">
        <w:rPr>
          <w:rFonts w:cs="Arial"/>
          <w:color w:val="EE0000"/>
          <w:sz w:val="20"/>
          <w:szCs w:val="20"/>
          <w:vertAlign w:val="superscript"/>
        </w:rPr>
        <w:t>th</w:t>
      </w:r>
      <w:proofErr w:type="gramEnd"/>
      <w:r w:rsidR="008E21AE">
        <w:rPr>
          <w:rFonts w:cs="Arial"/>
          <w:color w:val="EE0000"/>
          <w:sz w:val="20"/>
          <w:szCs w:val="20"/>
        </w:rPr>
        <w:t xml:space="preserve"> August</w:t>
      </w:r>
      <w:r w:rsidR="00215797">
        <w:rPr>
          <w:rFonts w:cs="Arial"/>
          <w:color w:val="EE0000"/>
          <w:sz w:val="20"/>
          <w:szCs w:val="20"/>
        </w:rPr>
        <w:t xml:space="preserve"> 2026</w:t>
      </w:r>
    </w:p>
    <w:p w14:paraId="031E3795" w14:textId="5CAAC6E6" w:rsidR="004902BF" w:rsidRPr="00A04FBD" w:rsidRDefault="00AA3686" w:rsidP="005E6812">
      <w:pPr>
        <w:spacing w:before="160" w:line="240" w:lineRule="auto"/>
        <w:jc w:val="center"/>
        <w:rPr>
          <w:rFonts w:cs="Arial"/>
          <w:sz w:val="20"/>
          <w:szCs w:val="20"/>
        </w:rPr>
      </w:pPr>
      <w:r w:rsidRPr="00A04FBD">
        <w:rPr>
          <w:rFonts w:cs="Arial"/>
          <w:sz w:val="20"/>
          <w:szCs w:val="20"/>
        </w:rPr>
        <w:t xml:space="preserve">Members are hereby </w:t>
      </w:r>
      <w:proofErr w:type="gramStart"/>
      <w:r w:rsidRPr="00A04FBD">
        <w:rPr>
          <w:rFonts w:cs="Arial"/>
          <w:sz w:val="20"/>
          <w:szCs w:val="20"/>
        </w:rPr>
        <w:t>summoned</w:t>
      </w:r>
      <w:proofErr w:type="gramEnd"/>
      <w:r w:rsidRPr="00A04FBD">
        <w:rPr>
          <w:rFonts w:cs="Arial"/>
          <w:sz w:val="20"/>
          <w:szCs w:val="20"/>
        </w:rPr>
        <w:t xml:space="preserve"> to attend a MEETING of </w:t>
      </w:r>
      <w:r w:rsidR="000C1711" w:rsidRPr="00A04FBD">
        <w:rPr>
          <w:rFonts w:cs="Arial"/>
          <w:sz w:val="20"/>
          <w:szCs w:val="20"/>
        </w:rPr>
        <w:t xml:space="preserve">the </w:t>
      </w:r>
      <w:r w:rsidR="005E0475" w:rsidRPr="00A04FBD">
        <w:rPr>
          <w:rFonts w:cs="Arial"/>
          <w:sz w:val="20"/>
          <w:szCs w:val="20"/>
        </w:rPr>
        <w:t>PLANNING</w:t>
      </w:r>
      <w:r w:rsidR="000C1711" w:rsidRPr="00A04FBD">
        <w:rPr>
          <w:rFonts w:cs="Arial"/>
          <w:sz w:val="20"/>
          <w:szCs w:val="20"/>
        </w:rPr>
        <w:t xml:space="preserve"> COMMITTEE of </w:t>
      </w:r>
      <w:r w:rsidRPr="00A04FBD">
        <w:rPr>
          <w:rFonts w:cs="Arial"/>
          <w:sz w:val="20"/>
          <w:szCs w:val="20"/>
        </w:rPr>
        <w:t>PAGHAM PARISH COUNCIL to transact the business detailed below.</w:t>
      </w:r>
    </w:p>
    <w:p w14:paraId="111C21D7" w14:textId="042E667B" w:rsidR="00CF48CB" w:rsidRPr="00A04FBD" w:rsidRDefault="00AA3686" w:rsidP="0029420C">
      <w:pPr>
        <w:spacing w:line="240" w:lineRule="auto"/>
        <w:jc w:val="center"/>
        <w:rPr>
          <w:rFonts w:cs="Arial"/>
          <w:sz w:val="20"/>
          <w:szCs w:val="20"/>
        </w:rPr>
      </w:pPr>
      <w:r w:rsidRPr="00A04FBD">
        <w:rPr>
          <w:rFonts w:cs="Arial"/>
          <w:sz w:val="20"/>
          <w:szCs w:val="20"/>
        </w:rPr>
        <w:t>Members of the Public and Press are welcome and encouraged to attend.</w:t>
      </w:r>
    </w:p>
    <w:p w14:paraId="7F4AE4CB" w14:textId="7C04D30F" w:rsidR="00CF48CB" w:rsidRPr="00345D4A" w:rsidRDefault="00AA3686" w:rsidP="00345D4A">
      <w:pPr>
        <w:pStyle w:val="Heading2"/>
        <w:jc w:val="center"/>
        <w:rPr>
          <w:sz w:val="52"/>
          <w:szCs w:val="52"/>
        </w:rPr>
      </w:pPr>
      <w:r w:rsidRPr="00345D4A">
        <w:rPr>
          <w:sz w:val="52"/>
          <w:szCs w:val="52"/>
        </w:rPr>
        <w:t>Agenda</w:t>
      </w:r>
    </w:p>
    <w:p w14:paraId="75D904BF" w14:textId="77777777" w:rsidR="00E02148" w:rsidRPr="00C76B40" w:rsidRDefault="00E02148" w:rsidP="00C76B4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color w:val="000000"/>
          <w:sz w:val="20"/>
          <w:szCs w:val="20"/>
        </w:rPr>
        <w:t>Apologies from Members.</w:t>
      </w:r>
    </w:p>
    <w:p w14:paraId="2197F83E" w14:textId="77777777" w:rsidR="00E02148" w:rsidRPr="00C76B40" w:rsidRDefault="00E02148" w:rsidP="00C76B40">
      <w:pPr>
        <w:spacing w:after="0" w:line="240" w:lineRule="auto"/>
        <w:ind w:left="360"/>
        <w:rPr>
          <w:rFonts w:cs="Arial"/>
          <w:b/>
          <w:color w:val="000000"/>
          <w:sz w:val="20"/>
          <w:szCs w:val="20"/>
        </w:rPr>
      </w:pPr>
    </w:p>
    <w:p w14:paraId="5E1B28E1" w14:textId="77777777" w:rsidR="00E02148" w:rsidRPr="00C76B40" w:rsidRDefault="00E02148" w:rsidP="00C76B4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sz w:val="20"/>
          <w:szCs w:val="20"/>
        </w:rPr>
        <w:t xml:space="preserve">To receive declarations of interest by </w:t>
      </w:r>
      <w:proofErr w:type="spellStart"/>
      <w:r w:rsidRPr="00C76B40">
        <w:rPr>
          <w:rFonts w:cs="Arial"/>
          <w:b/>
          <w:sz w:val="20"/>
          <w:szCs w:val="20"/>
        </w:rPr>
        <w:t>Councillors</w:t>
      </w:r>
      <w:proofErr w:type="spellEnd"/>
      <w:r w:rsidRPr="00C76B40">
        <w:rPr>
          <w:rFonts w:cs="Arial"/>
          <w:b/>
          <w:sz w:val="20"/>
          <w:szCs w:val="20"/>
        </w:rPr>
        <w:t xml:space="preserve"> on any of the agenda items below.</w:t>
      </w:r>
      <w:r w:rsidRPr="00C76B40">
        <w:rPr>
          <w:rFonts w:cs="Arial"/>
          <w:b/>
          <w:bCs/>
          <w:color w:val="000000"/>
          <w:sz w:val="20"/>
          <w:szCs w:val="20"/>
        </w:rPr>
        <w:t xml:space="preserve"> </w:t>
      </w:r>
    </w:p>
    <w:p w14:paraId="52FC2F15" w14:textId="77777777" w:rsidR="00E02148" w:rsidRPr="00C76B40" w:rsidRDefault="00E02148" w:rsidP="001108A9">
      <w:pPr>
        <w:pStyle w:val="ListParagraph"/>
        <w:spacing w:after="0" w:line="240" w:lineRule="auto"/>
        <w:rPr>
          <w:rFonts w:cs="Arial"/>
          <w:b/>
          <w:color w:val="000000"/>
          <w:sz w:val="20"/>
          <w:szCs w:val="20"/>
        </w:rPr>
      </w:pPr>
    </w:p>
    <w:p w14:paraId="6A79B053" w14:textId="77777777" w:rsidR="00B051B5" w:rsidRPr="00C76B40" w:rsidRDefault="00E02148" w:rsidP="00C76B4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color w:val="000000"/>
          <w:sz w:val="20"/>
          <w:szCs w:val="20"/>
        </w:rPr>
        <w:t>Public Session (this will be limited to 10 minutes)</w:t>
      </w:r>
    </w:p>
    <w:p w14:paraId="596E4D52" w14:textId="77777777" w:rsidR="00B051B5" w:rsidRPr="00C76B40" w:rsidRDefault="00B051B5" w:rsidP="00C76B40">
      <w:pPr>
        <w:widowControl w:val="0"/>
        <w:overflowPunct w:val="0"/>
        <w:autoSpaceDE w:val="0"/>
        <w:autoSpaceDN w:val="0"/>
        <w:adjustRightInd w:val="0"/>
        <w:spacing w:after="0" w:line="240" w:lineRule="auto"/>
        <w:ind w:left="360"/>
        <w:rPr>
          <w:rFonts w:cs="Arial"/>
          <w:b/>
          <w:color w:val="000000"/>
          <w:sz w:val="20"/>
          <w:szCs w:val="20"/>
        </w:rPr>
      </w:pPr>
    </w:p>
    <w:p w14:paraId="133BF257" w14:textId="77777777" w:rsidR="000A4A16" w:rsidRPr="000A4A16" w:rsidRDefault="000A4A16" w:rsidP="000A4A16">
      <w:pPr>
        <w:widowControl w:val="0"/>
        <w:numPr>
          <w:ilvl w:val="0"/>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 xml:space="preserve">To receive and approve the minutes of the Planning Committee meeting held on 28th July 2026 (previously issued).  </w:t>
      </w:r>
    </w:p>
    <w:p w14:paraId="7DCCBEAE" w14:textId="77777777" w:rsidR="000A4A16" w:rsidRPr="000A4A16" w:rsidRDefault="000A4A16" w:rsidP="000A4A16">
      <w:pPr>
        <w:widowControl w:val="0"/>
        <w:overflowPunct w:val="0"/>
        <w:autoSpaceDE w:val="0"/>
        <w:autoSpaceDN w:val="0"/>
        <w:adjustRightInd w:val="0"/>
        <w:spacing w:after="0" w:line="240" w:lineRule="auto"/>
        <w:ind w:left="360"/>
        <w:rPr>
          <w:rFonts w:cs="Arial"/>
          <w:b/>
          <w:color w:val="000000"/>
          <w:sz w:val="20"/>
          <w:szCs w:val="20"/>
        </w:rPr>
      </w:pPr>
    </w:p>
    <w:p w14:paraId="32BC1990" w14:textId="77777777" w:rsidR="000A4A16" w:rsidRPr="000A4A16" w:rsidRDefault="000A4A16" w:rsidP="000A4A16">
      <w:pPr>
        <w:widowControl w:val="0"/>
        <w:numPr>
          <w:ilvl w:val="0"/>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Matters arising from the previous Minutes (this is for information sharing purposes only)</w:t>
      </w:r>
      <w:r w:rsidRPr="000A4A16">
        <w:rPr>
          <w:rFonts w:cs="Arial"/>
          <w:b/>
          <w:color w:val="000000"/>
          <w:sz w:val="20"/>
          <w:szCs w:val="20"/>
        </w:rPr>
        <w:tab/>
      </w:r>
      <w:r w:rsidRPr="000A4A16">
        <w:rPr>
          <w:rFonts w:cs="Arial"/>
          <w:b/>
          <w:color w:val="000000"/>
          <w:sz w:val="20"/>
          <w:szCs w:val="20"/>
        </w:rPr>
        <w:tab/>
      </w:r>
    </w:p>
    <w:p w14:paraId="752D88FE" w14:textId="77777777" w:rsidR="000A4A16" w:rsidRPr="000A4A16" w:rsidRDefault="000A4A16" w:rsidP="000A4A16">
      <w:pPr>
        <w:widowControl w:val="0"/>
        <w:overflowPunct w:val="0"/>
        <w:autoSpaceDE w:val="0"/>
        <w:autoSpaceDN w:val="0"/>
        <w:adjustRightInd w:val="0"/>
        <w:spacing w:after="0" w:line="240" w:lineRule="auto"/>
        <w:ind w:left="360"/>
        <w:rPr>
          <w:rFonts w:cs="Arial"/>
          <w:b/>
          <w:color w:val="000000"/>
          <w:sz w:val="20"/>
          <w:szCs w:val="20"/>
        </w:rPr>
      </w:pPr>
    </w:p>
    <w:p w14:paraId="6EED76C0" w14:textId="77777777" w:rsidR="000A4A16" w:rsidRPr="000A4A16" w:rsidRDefault="000A4A16" w:rsidP="000A4A16">
      <w:pPr>
        <w:widowControl w:val="0"/>
        <w:numPr>
          <w:ilvl w:val="0"/>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 xml:space="preserve">Planning applications: To consider responses to Planning Applications which have been submitted to Arun District Council and to delegate to the Parish Clerk to respond to each application. </w:t>
      </w:r>
    </w:p>
    <w:p w14:paraId="26F194F8" w14:textId="77777777" w:rsidR="000A4A16" w:rsidRPr="000A4A16" w:rsidRDefault="000A4A16" w:rsidP="000A4A16">
      <w:pPr>
        <w:widowControl w:val="0"/>
        <w:overflowPunct w:val="0"/>
        <w:autoSpaceDE w:val="0"/>
        <w:autoSpaceDN w:val="0"/>
        <w:adjustRightInd w:val="0"/>
        <w:spacing w:after="0" w:line="240" w:lineRule="auto"/>
        <w:ind w:left="360"/>
        <w:rPr>
          <w:rFonts w:cs="Arial"/>
          <w:b/>
          <w:color w:val="000000"/>
          <w:sz w:val="20"/>
          <w:szCs w:val="20"/>
        </w:rPr>
      </w:pPr>
    </w:p>
    <w:p w14:paraId="1CECB341" w14:textId="5996D1AF" w:rsidR="000A4A16" w:rsidRPr="000A4A16" w:rsidRDefault="000A4A16" w:rsidP="00173ABF">
      <w:pPr>
        <w:widowControl w:val="0"/>
        <w:numPr>
          <w:ilvl w:val="1"/>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 xml:space="preserve">P/99/26/PL- Land north of Lagnersh House Lower Bognor Road Lagness Chichester PO201LW.  Change of use of land from agricultural to recreational use for the siting of 10 holiday lodges for seasonal use (1 March - 30 September) with associated groundworks, landscaping, including retention of earth bund.  This application affects </w:t>
      </w:r>
      <w:proofErr w:type="gramStart"/>
      <w:r w:rsidRPr="000A4A16">
        <w:rPr>
          <w:rFonts w:cs="Arial"/>
          <w:b/>
          <w:color w:val="000000"/>
          <w:sz w:val="20"/>
          <w:szCs w:val="20"/>
        </w:rPr>
        <w:t>a public</w:t>
      </w:r>
      <w:proofErr w:type="gramEnd"/>
      <w:r w:rsidRPr="000A4A16">
        <w:rPr>
          <w:rFonts w:cs="Arial"/>
          <w:b/>
          <w:color w:val="000000"/>
          <w:sz w:val="20"/>
          <w:szCs w:val="20"/>
        </w:rPr>
        <w:t xml:space="preserve"> right of way and is in CIL Zone 5 (Zero Rated) as other development.</w:t>
      </w:r>
    </w:p>
    <w:p w14:paraId="3FA59131" w14:textId="77777777" w:rsidR="000A4A16" w:rsidRPr="000A4A16" w:rsidRDefault="000A4A16" w:rsidP="00173ABF">
      <w:pPr>
        <w:widowControl w:val="0"/>
        <w:overflowPunct w:val="0"/>
        <w:autoSpaceDE w:val="0"/>
        <w:autoSpaceDN w:val="0"/>
        <w:adjustRightInd w:val="0"/>
        <w:spacing w:after="0" w:line="240" w:lineRule="auto"/>
        <w:rPr>
          <w:rFonts w:cs="Arial"/>
          <w:b/>
          <w:color w:val="000000"/>
          <w:sz w:val="20"/>
          <w:szCs w:val="20"/>
        </w:rPr>
      </w:pPr>
    </w:p>
    <w:p w14:paraId="4DBFD0B4" w14:textId="6986206C" w:rsidR="000A4A16" w:rsidRPr="000A4A16" w:rsidRDefault="000A4A16" w:rsidP="00173ABF">
      <w:pPr>
        <w:widowControl w:val="0"/>
        <w:numPr>
          <w:ilvl w:val="1"/>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 xml:space="preserve">P/103/26/HH – 2 Elm Close Pagham PO21 4RP - proposed single </w:t>
      </w:r>
      <w:proofErr w:type="spellStart"/>
      <w:r w:rsidRPr="000A4A16">
        <w:rPr>
          <w:rFonts w:cs="Arial"/>
          <w:b/>
          <w:color w:val="000000"/>
          <w:sz w:val="20"/>
          <w:szCs w:val="20"/>
        </w:rPr>
        <w:t>storey</w:t>
      </w:r>
      <w:proofErr w:type="spellEnd"/>
      <w:r w:rsidRPr="000A4A16">
        <w:rPr>
          <w:rFonts w:cs="Arial"/>
          <w:b/>
          <w:color w:val="000000"/>
          <w:sz w:val="20"/>
          <w:szCs w:val="20"/>
        </w:rPr>
        <w:t xml:space="preserve"> rear extension</w:t>
      </w:r>
    </w:p>
    <w:p w14:paraId="52B6634E" w14:textId="77777777" w:rsidR="000A4A16" w:rsidRPr="000A4A16" w:rsidRDefault="000A4A16" w:rsidP="00173ABF">
      <w:pPr>
        <w:widowControl w:val="0"/>
        <w:overflowPunct w:val="0"/>
        <w:autoSpaceDE w:val="0"/>
        <w:autoSpaceDN w:val="0"/>
        <w:adjustRightInd w:val="0"/>
        <w:spacing w:after="0" w:line="240" w:lineRule="auto"/>
        <w:ind w:left="716"/>
        <w:rPr>
          <w:rFonts w:cs="Arial"/>
          <w:b/>
          <w:color w:val="000000"/>
          <w:sz w:val="20"/>
          <w:szCs w:val="20"/>
        </w:rPr>
      </w:pPr>
    </w:p>
    <w:p w14:paraId="3A0C7FFA" w14:textId="3A37F417" w:rsidR="000A4A16" w:rsidRPr="000A4A16" w:rsidRDefault="000A4A16" w:rsidP="00173ABF">
      <w:pPr>
        <w:widowControl w:val="0"/>
        <w:numPr>
          <w:ilvl w:val="1"/>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P/105/26/L – The Salt House Church Lane Pagham PO21 4NX – Listed building consent for reinstating 2No viewing openings in the south and west elevations and then glaze with windows to match existing</w:t>
      </w:r>
    </w:p>
    <w:p w14:paraId="0C966F18" w14:textId="77777777" w:rsidR="000A4A16" w:rsidRPr="000A4A16" w:rsidRDefault="000A4A16" w:rsidP="00173ABF">
      <w:pPr>
        <w:widowControl w:val="0"/>
        <w:overflowPunct w:val="0"/>
        <w:autoSpaceDE w:val="0"/>
        <w:autoSpaceDN w:val="0"/>
        <w:adjustRightInd w:val="0"/>
        <w:spacing w:after="0" w:line="240" w:lineRule="auto"/>
        <w:ind w:left="360"/>
        <w:rPr>
          <w:rFonts w:cs="Arial"/>
          <w:b/>
          <w:color w:val="000000"/>
          <w:sz w:val="20"/>
          <w:szCs w:val="20"/>
        </w:rPr>
      </w:pPr>
    </w:p>
    <w:p w14:paraId="023093F6" w14:textId="77777777" w:rsidR="000A4A16" w:rsidRPr="000A4A16" w:rsidRDefault="000A4A16" w:rsidP="000A4A16">
      <w:pPr>
        <w:widowControl w:val="0"/>
        <w:numPr>
          <w:ilvl w:val="0"/>
          <w:numId w:val="10"/>
        </w:numPr>
        <w:overflowPunct w:val="0"/>
        <w:autoSpaceDE w:val="0"/>
        <w:autoSpaceDN w:val="0"/>
        <w:adjustRightInd w:val="0"/>
        <w:spacing w:after="0" w:line="240" w:lineRule="auto"/>
        <w:rPr>
          <w:rFonts w:cs="Arial"/>
          <w:b/>
          <w:color w:val="000000"/>
          <w:sz w:val="20"/>
          <w:szCs w:val="20"/>
        </w:rPr>
      </w:pPr>
      <w:r w:rsidRPr="000A4A16">
        <w:rPr>
          <w:rFonts w:cs="Arial"/>
          <w:b/>
          <w:color w:val="000000"/>
          <w:sz w:val="20"/>
          <w:szCs w:val="20"/>
        </w:rPr>
        <w:t>Pagham &amp; Aldwick Advisory Group meeting – to note a written update from ADC in lieu of an in-person meeting (report circulated)</w:t>
      </w:r>
    </w:p>
    <w:p w14:paraId="1CA8E63D" w14:textId="77777777" w:rsidR="000A4A16" w:rsidRPr="000A4A16" w:rsidRDefault="000A4A16" w:rsidP="00173ABF">
      <w:pPr>
        <w:widowControl w:val="0"/>
        <w:overflowPunct w:val="0"/>
        <w:autoSpaceDE w:val="0"/>
        <w:autoSpaceDN w:val="0"/>
        <w:adjustRightInd w:val="0"/>
        <w:spacing w:after="0" w:line="240" w:lineRule="auto"/>
        <w:ind w:left="360"/>
        <w:rPr>
          <w:rFonts w:cs="Arial"/>
          <w:b/>
          <w:color w:val="000000"/>
          <w:sz w:val="20"/>
          <w:szCs w:val="20"/>
        </w:rPr>
      </w:pPr>
    </w:p>
    <w:p w14:paraId="6FA5C87E" w14:textId="77777777" w:rsidR="00982F10" w:rsidRDefault="00E02148" w:rsidP="00982F1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color w:val="000000"/>
          <w:sz w:val="20"/>
          <w:szCs w:val="20"/>
        </w:rPr>
        <w:t xml:space="preserve">To note any decisions confirmed by Arun DC </w:t>
      </w:r>
    </w:p>
    <w:p w14:paraId="7386D59A" w14:textId="77777777" w:rsidR="00982F10" w:rsidRDefault="00982F10" w:rsidP="00982F10">
      <w:pPr>
        <w:widowControl w:val="0"/>
        <w:overflowPunct w:val="0"/>
        <w:autoSpaceDE w:val="0"/>
        <w:autoSpaceDN w:val="0"/>
        <w:adjustRightInd w:val="0"/>
        <w:spacing w:after="0" w:line="240" w:lineRule="auto"/>
        <w:ind w:left="360"/>
        <w:rPr>
          <w:rFonts w:cs="Arial"/>
          <w:b/>
          <w:color w:val="000000"/>
          <w:sz w:val="20"/>
          <w:szCs w:val="20"/>
        </w:rPr>
      </w:pPr>
    </w:p>
    <w:p w14:paraId="7BF8CB95" w14:textId="460972D3" w:rsidR="00E02148" w:rsidRPr="00982F10" w:rsidRDefault="00E02148" w:rsidP="00982F10">
      <w:pPr>
        <w:widowControl w:val="0"/>
        <w:numPr>
          <w:ilvl w:val="0"/>
          <w:numId w:val="10"/>
        </w:numPr>
        <w:overflowPunct w:val="0"/>
        <w:autoSpaceDE w:val="0"/>
        <w:autoSpaceDN w:val="0"/>
        <w:adjustRightInd w:val="0"/>
        <w:spacing w:after="0" w:line="240" w:lineRule="auto"/>
        <w:rPr>
          <w:rFonts w:cs="Arial"/>
          <w:b/>
          <w:color w:val="000000"/>
          <w:sz w:val="20"/>
          <w:szCs w:val="20"/>
        </w:rPr>
      </w:pPr>
      <w:r w:rsidRPr="00982F10">
        <w:rPr>
          <w:rFonts w:cs="Arial"/>
          <w:b/>
          <w:color w:val="000000"/>
          <w:sz w:val="20"/>
          <w:szCs w:val="20"/>
        </w:rPr>
        <w:t>Enforcement &amp; ADC Planning Committees receive any updates &amp; consider any issues.</w:t>
      </w:r>
    </w:p>
    <w:p w14:paraId="12A70938" w14:textId="77777777" w:rsidR="00E02148" w:rsidRPr="00C76B40" w:rsidRDefault="00E02148" w:rsidP="00982F10">
      <w:pPr>
        <w:widowControl w:val="0"/>
        <w:overflowPunct w:val="0"/>
        <w:autoSpaceDE w:val="0"/>
        <w:autoSpaceDN w:val="0"/>
        <w:adjustRightInd w:val="0"/>
        <w:spacing w:after="0" w:line="240" w:lineRule="auto"/>
        <w:ind w:left="360"/>
        <w:rPr>
          <w:rFonts w:cs="Arial"/>
          <w:b/>
          <w:color w:val="000000"/>
          <w:sz w:val="20"/>
          <w:szCs w:val="20"/>
        </w:rPr>
      </w:pPr>
    </w:p>
    <w:p w14:paraId="2D196703" w14:textId="77777777" w:rsidR="00E02148" w:rsidRPr="00C76B40" w:rsidRDefault="00E02148" w:rsidP="00C76B4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color w:val="000000"/>
          <w:sz w:val="20"/>
          <w:szCs w:val="20"/>
        </w:rPr>
        <w:t>Discharge of conditions applications to receive details of discharge of conditions applications under consideration for strategic or larger sites which may be of interest to the Committee.</w:t>
      </w:r>
    </w:p>
    <w:p w14:paraId="43BF660D" w14:textId="77777777" w:rsidR="009D7AF3" w:rsidRPr="00C76B40" w:rsidRDefault="009D7AF3" w:rsidP="00982F10">
      <w:pPr>
        <w:widowControl w:val="0"/>
        <w:overflowPunct w:val="0"/>
        <w:autoSpaceDE w:val="0"/>
        <w:autoSpaceDN w:val="0"/>
        <w:adjustRightInd w:val="0"/>
        <w:spacing w:after="0" w:line="240" w:lineRule="auto"/>
        <w:rPr>
          <w:rFonts w:cs="Arial"/>
          <w:b/>
          <w:color w:val="000000"/>
          <w:sz w:val="20"/>
          <w:szCs w:val="20"/>
        </w:rPr>
      </w:pPr>
    </w:p>
    <w:p w14:paraId="3D1769C9" w14:textId="39D5DAB6" w:rsidR="00F041C3" w:rsidRPr="00C76B40" w:rsidRDefault="00B75CD6" w:rsidP="00C76B40">
      <w:pPr>
        <w:widowControl w:val="0"/>
        <w:numPr>
          <w:ilvl w:val="0"/>
          <w:numId w:val="10"/>
        </w:numPr>
        <w:overflowPunct w:val="0"/>
        <w:autoSpaceDE w:val="0"/>
        <w:autoSpaceDN w:val="0"/>
        <w:adjustRightInd w:val="0"/>
        <w:spacing w:after="0" w:line="240" w:lineRule="auto"/>
        <w:rPr>
          <w:rFonts w:cs="Arial"/>
          <w:b/>
          <w:color w:val="000000"/>
          <w:sz w:val="20"/>
          <w:szCs w:val="20"/>
        </w:rPr>
      </w:pPr>
      <w:r w:rsidRPr="00C76B40">
        <w:rPr>
          <w:rFonts w:cs="Arial"/>
          <w:b/>
          <w:color w:val="000000"/>
          <w:sz w:val="20"/>
          <w:szCs w:val="20"/>
        </w:rPr>
        <w:t xml:space="preserve">To note the date of the next </w:t>
      </w:r>
      <w:r w:rsidR="00DB134D" w:rsidRPr="00C76B40">
        <w:rPr>
          <w:rFonts w:cs="Arial"/>
          <w:b/>
          <w:color w:val="000000"/>
          <w:sz w:val="20"/>
          <w:szCs w:val="20"/>
        </w:rPr>
        <w:t>meeting</w:t>
      </w:r>
    </w:p>
    <w:p w14:paraId="7DF48E42" w14:textId="7CC03342" w:rsidR="004902BF" w:rsidRPr="009D7AF3" w:rsidRDefault="004902BF" w:rsidP="009D7AF3">
      <w:pPr>
        <w:spacing w:after="80" w:line="240" w:lineRule="auto"/>
        <w:ind w:left="360"/>
        <w:jc w:val="right"/>
        <w:rPr>
          <w:rFonts w:cs="Arial"/>
          <w:b/>
          <w:color w:val="000000"/>
          <w:sz w:val="20"/>
          <w:szCs w:val="20"/>
        </w:rPr>
      </w:pPr>
      <w:r w:rsidRPr="009D7AF3">
        <w:rPr>
          <w:rFonts w:cs="Arial"/>
          <w:b/>
          <w:color w:val="000000"/>
          <w:sz w:val="20"/>
          <w:szCs w:val="20"/>
        </w:rPr>
        <w:t xml:space="preserve">Signed: </w:t>
      </w:r>
      <w:r w:rsidRPr="009D7AF3">
        <w:rPr>
          <w:rFonts w:ascii="Brush Script MT" w:hAnsi="Brush Script MT" w:cs="Arial"/>
          <w:b/>
          <w:color w:val="000000"/>
          <w:sz w:val="20"/>
          <w:szCs w:val="20"/>
        </w:rPr>
        <w:t>Nicola Swann</w:t>
      </w:r>
      <w:r w:rsidRPr="009D7AF3">
        <w:rPr>
          <w:rFonts w:cs="Arial"/>
          <w:b/>
          <w:color w:val="000000"/>
          <w:sz w:val="20"/>
          <w:szCs w:val="20"/>
        </w:rPr>
        <w:t xml:space="preserve"> – Clerk to the Council</w:t>
      </w:r>
    </w:p>
    <w:sectPr w:rsidR="004902BF" w:rsidRPr="009D7AF3" w:rsidSect="001108A9">
      <w:pgSz w:w="12240" w:h="15840"/>
      <w:pgMar w:top="426" w:right="1183" w:bottom="42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16"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7E04B19"/>
    <w:multiLevelType w:val="multilevel"/>
    <w:tmpl w:val="3AC4D89C"/>
    <w:lvl w:ilvl="0">
      <w:start w:val="8"/>
      <w:numFmt w:val="decimal"/>
      <w:lvlText w:val="%1."/>
      <w:lvlJc w:val="left"/>
      <w:pPr>
        <w:tabs>
          <w:tab w:val="num" w:pos="720"/>
        </w:tabs>
        <w:ind w:left="720" w:hanging="360"/>
      </w:pPr>
      <w:rPr>
        <w:rFonts w:hint="default"/>
        <w:b/>
        <w:bCs w:val="0"/>
        <w:i w:val="0"/>
        <w:iCs w:val="0"/>
      </w:rPr>
    </w:lvl>
    <w:lvl w:ilvl="1">
      <w:start w:val="8"/>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3DA40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9E50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E371E2"/>
    <w:multiLevelType w:val="multilevel"/>
    <w:tmpl w:val="3DCAC6C8"/>
    <w:lvl w:ilvl="0">
      <w:start w:val="1"/>
      <w:numFmt w:val="decimal"/>
      <w:lvlText w:val="%1."/>
      <w:lvlJc w:val="left"/>
      <w:pPr>
        <w:ind w:left="360" w:hanging="360"/>
      </w:pPr>
      <w:rPr>
        <w:rFonts w:ascii="Arial" w:hAnsi="Arial" w:cs="Arial" w:hint="default"/>
        <w:b/>
        <w:i w:val="0"/>
        <w:sz w:val="22"/>
        <w:szCs w:val="22"/>
      </w:rPr>
    </w:lvl>
    <w:lvl w:ilvl="1">
      <w:start w:val="1"/>
      <w:numFmt w:val="decimal"/>
      <w:isLgl/>
      <w:lvlText w:val="%1.%2"/>
      <w:lvlJc w:val="left"/>
      <w:pPr>
        <w:ind w:left="1778" w:hanging="360"/>
      </w:pPr>
      <w:rPr>
        <w:rFonts w:hint="default"/>
        <w:b/>
        <w:i w:val="0"/>
        <w:sz w:val="20"/>
        <w:szCs w:val="20"/>
      </w:rPr>
    </w:lvl>
    <w:lvl w:ilvl="2">
      <w:start w:val="1"/>
      <w:numFmt w:val="decimal"/>
      <w:isLgl/>
      <w:lvlText w:val="%1.%2.%3"/>
      <w:lvlJc w:val="left"/>
      <w:pPr>
        <w:ind w:left="1775" w:hanging="720"/>
      </w:pPr>
      <w:rPr>
        <w:rFonts w:hint="default"/>
        <w:b/>
      </w:rPr>
    </w:lvl>
    <w:lvl w:ilvl="3">
      <w:start w:val="1"/>
      <w:numFmt w:val="decimal"/>
      <w:isLgl/>
      <w:lvlText w:val="%1.%2.%3.%4"/>
      <w:lvlJc w:val="left"/>
      <w:pPr>
        <w:ind w:left="1981" w:hanging="720"/>
      </w:pPr>
      <w:rPr>
        <w:rFonts w:hint="default"/>
        <w:b/>
      </w:rPr>
    </w:lvl>
    <w:lvl w:ilvl="4">
      <w:start w:val="1"/>
      <w:numFmt w:val="decimal"/>
      <w:isLgl/>
      <w:lvlText w:val="%1.%2.%3.%4.%5"/>
      <w:lvlJc w:val="left"/>
      <w:pPr>
        <w:ind w:left="2547"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19" w:hanging="1440"/>
      </w:pPr>
      <w:rPr>
        <w:rFonts w:hint="default"/>
        <w:b/>
      </w:rPr>
    </w:lvl>
    <w:lvl w:ilvl="7">
      <w:start w:val="1"/>
      <w:numFmt w:val="decimal"/>
      <w:isLgl/>
      <w:lvlText w:val="%1.%2.%3.%4.%5.%6.%7.%8"/>
      <w:lvlJc w:val="left"/>
      <w:pPr>
        <w:ind w:left="3525" w:hanging="1440"/>
      </w:pPr>
      <w:rPr>
        <w:rFonts w:hint="default"/>
        <w:b/>
      </w:rPr>
    </w:lvl>
    <w:lvl w:ilvl="8">
      <w:start w:val="1"/>
      <w:numFmt w:val="decimal"/>
      <w:isLgl/>
      <w:lvlText w:val="%1.%2.%3.%4.%5.%6.%7.%8.%9"/>
      <w:lvlJc w:val="left"/>
      <w:pPr>
        <w:ind w:left="4091" w:hanging="1800"/>
      </w:pPr>
      <w:rPr>
        <w:rFonts w:hint="default"/>
        <w:b/>
      </w:rPr>
    </w:lvl>
  </w:abstractNum>
  <w:abstractNum w:abstractNumId="14" w15:restartNumberingAfterBreak="0">
    <w:nsid w:val="70121F9B"/>
    <w:multiLevelType w:val="hybridMultilevel"/>
    <w:tmpl w:val="79227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958035">
    <w:abstractNumId w:val="8"/>
  </w:num>
  <w:num w:numId="2" w16cid:durableId="1509977971">
    <w:abstractNumId w:val="6"/>
  </w:num>
  <w:num w:numId="3" w16cid:durableId="1076972816">
    <w:abstractNumId w:val="5"/>
  </w:num>
  <w:num w:numId="4" w16cid:durableId="838427989">
    <w:abstractNumId w:val="4"/>
  </w:num>
  <w:num w:numId="5" w16cid:durableId="819083197">
    <w:abstractNumId w:val="7"/>
  </w:num>
  <w:num w:numId="6" w16cid:durableId="208611903">
    <w:abstractNumId w:val="3"/>
  </w:num>
  <w:num w:numId="7" w16cid:durableId="2137916909">
    <w:abstractNumId w:val="2"/>
  </w:num>
  <w:num w:numId="8" w16cid:durableId="954752855">
    <w:abstractNumId w:val="1"/>
  </w:num>
  <w:num w:numId="9" w16cid:durableId="520436716">
    <w:abstractNumId w:val="0"/>
  </w:num>
  <w:num w:numId="10" w16cid:durableId="1463428717">
    <w:abstractNumId w:val="9"/>
  </w:num>
  <w:num w:numId="11" w16cid:durableId="1119101958">
    <w:abstractNumId w:val="10"/>
  </w:num>
  <w:num w:numId="12" w16cid:durableId="1454517469">
    <w:abstractNumId w:val="12"/>
  </w:num>
  <w:num w:numId="13" w16cid:durableId="1430853544">
    <w:abstractNumId w:val="13"/>
  </w:num>
  <w:num w:numId="14" w16cid:durableId="1370912637">
    <w:abstractNumId w:val="14"/>
  </w:num>
  <w:num w:numId="15" w16cid:durableId="576865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7E8"/>
    <w:rsid w:val="000A4A16"/>
    <w:rsid w:val="000C1711"/>
    <w:rsid w:val="000D2F3B"/>
    <w:rsid w:val="000E2D60"/>
    <w:rsid w:val="001108A9"/>
    <w:rsid w:val="00124D0E"/>
    <w:rsid w:val="0015074B"/>
    <w:rsid w:val="00166687"/>
    <w:rsid w:val="00171576"/>
    <w:rsid w:val="00173ABF"/>
    <w:rsid w:val="001C5254"/>
    <w:rsid w:val="00215797"/>
    <w:rsid w:val="002159C2"/>
    <w:rsid w:val="0025155F"/>
    <w:rsid w:val="00260F9D"/>
    <w:rsid w:val="00275428"/>
    <w:rsid w:val="0029420C"/>
    <w:rsid w:val="0029639D"/>
    <w:rsid w:val="00326F90"/>
    <w:rsid w:val="00345D4A"/>
    <w:rsid w:val="00373B6E"/>
    <w:rsid w:val="003D3706"/>
    <w:rsid w:val="00463C36"/>
    <w:rsid w:val="004902BF"/>
    <w:rsid w:val="004B5B3F"/>
    <w:rsid w:val="0053528E"/>
    <w:rsid w:val="00554F78"/>
    <w:rsid w:val="00561E56"/>
    <w:rsid w:val="005A661C"/>
    <w:rsid w:val="005E0475"/>
    <w:rsid w:val="005E6812"/>
    <w:rsid w:val="006B7D46"/>
    <w:rsid w:val="006D5E9C"/>
    <w:rsid w:val="00741F99"/>
    <w:rsid w:val="008A63C6"/>
    <w:rsid w:val="008A7A23"/>
    <w:rsid w:val="008E21AE"/>
    <w:rsid w:val="00940E85"/>
    <w:rsid w:val="00982F10"/>
    <w:rsid w:val="009C6A19"/>
    <w:rsid w:val="009D7AF3"/>
    <w:rsid w:val="00A02364"/>
    <w:rsid w:val="00A04FBD"/>
    <w:rsid w:val="00A30409"/>
    <w:rsid w:val="00A54B6C"/>
    <w:rsid w:val="00AA1D8D"/>
    <w:rsid w:val="00AA3686"/>
    <w:rsid w:val="00AE0B55"/>
    <w:rsid w:val="00AE57B8"/>
    <w:rsid w:val="00B051B5"/>
    <w:rsid w:val="00B47730"/>
    <w:rsid w:val="00B75CD6"/>
    <w:rsid w:val="00BC1F8D"/>
    <w:rsid w:val="00BF293E"/>
    <w:rsid w:val="00C15CC4"/>
    <w:rsid w:val="00C31A30"/>
    <w:rsid w:val="00C76B40"/>
    <w:rsid w:val="00CB0664"/>
    <w:rsid w:val="00CD0D40"/>
    <w:rsid w:val="00CD60A4"/>
    <w:rsid w:val="00CF48CB"/>
    <w:rsid w:val="00D30B0B"/>
    <w:rsid w:val="00DB134D"/>
    <w:rsid w:val="00DD0993"/>
    <w:rsid w:val="00E02148"/>
    <w:rsid w:val="00EA5A7C"/>
    <w:rsid w:val="00EC3BCD"/>
    <w:rsid w:val="00EF758E"/>
    <w:rsid w:val="00F041C3"/>
    <w:rsid w:val="00F10D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FBAC1"/>
  <w14:defaultImageDpi w14:val="33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5</cp:revision>
  <dcterms:created xsi:type="dcterms:W3CDTF">2026-09-21T11:56:00Z</dcterms:created>
  <dcterms:modified xsi:type="dcterms:W3CDTF">2026-09-21T11:58:00Z</dcterms:modified>
  <cp:category/>
</cp:coreProperties>
</file>