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DA696" w14:textId="77777777" w:rsidR="00CF48CB" w:rsidRDefault="00AA3686" w:rsidP="004C0607">
      <w:pPr>
        <w:pStyle w:val="Heading1"/>
        <w:spacing w:before="0"/>
        <w:jc w:val="center"/>
      </w:pPr>
      <w:r>
        <w:t>PAGHAM PARISH COUNCIL</w:t>
      </w:r>
    </w:p>
    <w:p w14:paraId="6EEC7F90" w14:textId="7E7E42D2" w:rsidR="00CF48CB" w:rsidRDefault="00AA3686">
      <w:pPr>
        <w:jc w:val="center"/>
      </w:pPr>
      <w:r>
        <w:rPr>
          <w:i/>
          <w:sz w:val="20"/>
        </w:rPr>
        <w:t xml:space="preserve">Tel: 01243 </w:t>
      </w:r>
      <w:proofErr w:type="gramStart"/>
      <w:r>
        <w:rPr>
          <w:i/>
          <w:sz w:val="20"/>
        </w:rPr>
        <w:t>266424  |</w:t>
      </w:r>
      <w:proofErr w:type="gramEnd"/>
      <w:r>
        <w:rPr>
          <w:i/>
          <w:sz w:val="20"/>
        </w:rPr>
        <w:t xml:space="preserve">  E-mail: clerk@paghamparishcouncil.gov.uk</w:t>
      </w:r>
      <w:r>
        <w:rPr>
          <w:i/>
          <w:sz w:val="20"/>
        </w:rPr>
        <w:br/>
      </w:r>
    </w:p>
    <w:p w14:paraId="01E6A490" w14:textId="77777777" w:rsidR="00CF48CB" w:rsidRDefault="00AA3686" w:rsidP="00166687">
      <w:pPr>
        <w:pStyle w:val="Heading2"/>
        <w:jc w:val="center"/>
      </w:pPr>
      <w:r>
        <w:t>Meeting Information</w:t>
      </w:r>
    </w:p>
    <w:p w14:paraId="0843D57F" w14:textId="6ACDB221" w:rsidR="00CF48CB" w:rsidRDefault="00AA3686">
      <w:pPr>
        <w:pStyle w:val="ListBullet"/>
      </w:pPr>
      <w:r>
        <w:rPr>
          <w:b/>
        </w:rPr>
        <w:t xml:space="preserve">Date and Time: </w:t>
      </w:r>
      <w:r w:rsidR="001C05E5">
        <w:rPr>
          <w:color w:val="EE0000"/>
        </w:rPr>
        <w:t>2</w:t>
      </w:r>
      <w:r w:rsidR="005D45A9">
        <w:rPr>
          <w:color w:val="EE0000"/>
        </w:rPr>
        <w:t>2</w:t>
      </w:r>
      <w:r w:rsidR="005D45A9" w:rsidRPr="005D45A9">
        <w:rPr>
          <w:color w:val="EE0000"/>
          <w:vertAlign w:val="superscript"/>
        </w:rPr>
        <w:t>nd</w:t>
      </w:r>
      <w:r w:rsidR="005D45A9">
        <w:rPr>
          <w:color w:val="EE0000"/>
        </w:rPr>
        <w:t xml:space="preserve"> September</w:t>
      </w:r>
      <w:r w:rsidRPr="00166687">
        <w:rPr>
          <w:color w:val="EE0000"/>
        </w:rPr>
        <w:t xml:space="preserve"> 2026</w:t>
      </w:r>
      <w:r>
        <w:t xml:space="preserve"> at 7.</w:t>
      </w:r>
      <w:r w:rsidR="00EF50CA">
        <w:t>4</w:t>
      </w:r>
      <w:r>
        <w:t>5pm</w:t>
      </w:r>
    </w:p>
    <w:p w14:paraId="2D6230EC" w14:textId="77777777" w:rsidR="00CF48CB" w:rsidRDefault="00AA3686">
      <w:pPr>
        <w:pStyle w:val="ListBullet"/>
      </w:pPr>
      <w:r>
        <w:rPr>
          <w:b/>
        </w:rPr>
        <w:t xml:space="preserve">Venue: </w:t>
      </w:r>
      <w:r>
        <w:t>The Small Hall, Pagham Village Hall, Pagham, PO21 4NJ</w:t>
      </w:r>
    </w:p>
    <w:p w14:paraId="2AFB98A8" w14:textId="77777777" w:rsidR="00CF48CB" w:rsidRDefault="00AA3686">
      <w:pPr>
        <w:pStyle w:val="ListBullet"/>
      </w:pPr>
      <w:r>
        <w:rPr>
          <w:b/>
        </w:rPr>
        <w:t xml:space="preserve">Councillors Summoned: </w:t>
      </w:r>
      <w:r>
        <w:t>Mr P Atkins, Mrs J Behr, Mr J Carr, Mr P Cooper, Mrs D Hall, Ms P Hilton, Mr M Howard, Mr D Huntley, Mr I Manion &amp; Mrs R Palmer</w:t>
      </w:r>
    </w:p>
    <w:p w14:paraId="5BCD681B" w14:textId="097723F5" w:rsidR="004902BF" w:rsidRDefault="004902BF">
      <w:pPr>
        <w:pStyle w:val="ListBullet"/>
      </w:pPr>
      <w:r>
        <w:rPr>
          <w:b/>
        </w:rPr>
        <w:t>Notice Issued</w:t>
      </w:r>
      <w:proofErr w:type="gramStart"/>
      <w:r>
        <w:rPr>
          <w:b/>
        </w:rPr>
        <w:t>:</w:t>
      </w:r>
      <w:r>
        <w:t xml:space="preserve">  </w:t>
      </w:r>
      <w:r w:rsidR="00386C40">
        <w:rPr>
          <w:color w:val="EE0000"/>
        </w:rPr>
        <w:t>15</w:t>
      </w:r>
      <w:r w:rsidR="00386C40" w:rsidRPr="00386C40">
        <w:rPr>
          <w:color w:val="EE0000"/>
          <w:vertAlign w:val="superscript"/>
        </w:rPr>
        <w:t>th</w:t>
      </w:r>
      <w:proofErr w:type="gramEnd"/>
      <w:r w:rsidR="00386C40">
        <w:rPr>
          <w:color w:val="EE0000"/>
        </w:rPr>
        <w:t xml:space="preserve"> September</w:t>
      </w:r>
      <w:r w:rsidRPr="00166687">
        <w:rPr>
          <w:color w:val="EE0000"/>
        </w:rPr>
        <w:t xml:space="preserve"> 2026</w:t>
      </w:r>
    </w:p>
    <w:p w14:paraId="031E3795" w14:textId="36841BE9" w:rsidR="004902BF" w:rsidRDefault="00AA3686" w:rsidP="000D2F3B">
      <w:pPr>
        <w:spacing w:before="160"/>
        <w:jc w:val="center"/>
      </w:pPr>
      <w:r>
        <w:t xml:space="preserve">Members are hereby summoned to attend </w:t>
      </w:r>
      <w:r w:rsidR="00DD60CE">
        <w:t>a</w:t>
      </w:r>
      <w:r>
        <w:t xml:space="preserve"> MEETING of PAGHAM PARISH COUNCIL to transact the business </w:t>
      </w:r>
      <w:proofErr w:type="gramStart"/>
      <w:r>
        <w:t>detailed</w:t>
      </w:r>
      <w:proofErr w:type="gramEnd"/>
      <w:r>
        <w:t xml:space="preserve"> below.</w:t>
      </w:r>
    </w:p>
    <w:p w14:paraId="15A7D521" w14:textId="77777777" w:rsidR="00682138" w:rsidRDefault="00AA3686" w:rsidP="00682138">
      <w:pPr>
        <w:spacing w:before="160"/>
        <w:jc w:val="center"/>
      </w:pPr>
      <w:r>
        <w:t>Members of the Public and Press are welcome and encouraged to attend.</w:t>
      </w:r>
    </w:p>
    <w:p w14:paraId="7F4AE4CB" w14:textId="012C2583" w:rsidR="00CF48CB" w:rsidRPr="00682138" w:rsidRDefault="00AA3686" w:rsidP="00682138">
      <w:pPr>
        <w:pStyle w:val="Heading2"/>
        <w:jc w:val="center"/>
        <w:rPr>
          <w:sz w:val="28"/>
          <w:szCs w:val="28"/>
        </w:rPr>
      </w:pPr>
      <w:r w:rsidRPr="00682138">
        <w:rPr>
          <w:sz w:val="32"/>
          <w:szCs w:val="32"/>
        </w:rPr>
        <w:t>Agenda</w:t>
      </w:r>
    </w:p>
    <w:p w14:paraId="5E8AF6D4" w14:textId="71A6991F" w:rsidR="004C0607" w:rsidRPr="00793304" w:rsidRDefault="004C0607" w:rsidP="00793304">
      <w:pPr>
        <w:widowControl w:val="0"/>
        <w:numPr>
          <w:ilvl w:val="0"/>
          <w:numId w:val="14"/>
        </w:numPr>
        <w:overflowPunct w:val="0"/>
        <w:autoSpaceDE w:val="0"/>
        <w:autoSpaceDN w:val="0"/>
        <w:adjustRightInd w:val="0"/>
        <w:spacing w:after="0" w:line="287" w:lineRule="atLeast"/>
        <w:rPr>
          <w:rFonts w:cs="Arial"/>
          <w:color w:val="000000"/>
        </w:rPr>
      </w:pPr>
      <w:r w:rsidRPr="00793304">
        <w:rPr>
          <w:rFonts w:cs="Arial"/>
          <w:b/>
          <w:color w:val="000000"/>
        </w:rPr>
        <w:t>Apologies from Members</w:t>
      </w:r>
      <w:r w:rsidRPr="00793304">
        <w:rPr>
          <w:rFonts w:cs="Arial"/>
          <w:color w:val="000000"/>
        </w:rPr>
        <w:t>.</w:t>
      </w:r>
    </w:p>
    <w:p w14:paraId="142BFBE2" w14:textId="77777777" w:rsidR="004C0607" w:rsidRPr="00793304" w:rsidRDefault="004C0607" w:rsidP="00793304">
      <w:pPr>
        <w:widowControl w:val="0"/>
        <w:overflowPunct w:val="0"/>
        <w:autoSpaceDE w:val="0"/>
        <w:autoSpaceDN w:val="0"/>
        <w:adjustRightInd w:val="0"/>
        <w:spacing w:after="0" w:line="280" w:lineRule="atLeast"/>
        <w:ind w:left="360"/>
        <w:rPr>
          <w:rFonts w:cs="Arial"/>
          <w:b/>
        </w:rPr>
      </w:pPr>
    </w:p>
    <w:p w14:paraId="766AD0E9" w14:textId="77777777" w:rsidR="004C0607" w:rsidRPr="00793304" w:rsidRDefault="004C0607" w:rsidP="00793304">
      <w:pPr>
        <w:widowControl w:val="0"/>
        <w:numPr>
          <w:ilvl w:val="0"/>
          <w:numId w:val="14"/>
        </w:numPr>
        <w:overflowPunct w:val="0"/>
        <w:autoSpaceDE w:val="0"/>
        <w:autoSpaceDN w:val="0"/>
        <w:adjustRightInd w:val="0"/>
        <w:spacing w:after="0" w:line="280" w:lineRule="atLeast"/>
        <w:rPr>
          <w:rFonts w:cs="Arial"/>
          <w:b/>
        </w:rPr>
      </w:pPr>
      <w:r w:rsidRPr="006500A8">
        <w:rPr>
          <w:rFonts w:cs="Arial"/>
          <w:b/>
        </w:rPr>
        <w:t>Declarations of Interest and Dispensation Requests</w:t>
      </w:r>
    </w:p>
    <w:p w14:paraId="7ADD633E" w14:textId="77777777" w:rsidR="004C0607" w:rsidRPr="00793304" w:rsidRDefault="004C0607" w:rsidP="00793304">
      <w:pPr>
        <w:widowControl w:val="0"/>
        <w:overflowPunct w:val="0"/>
        <w:autoSpaceDE w:val="0"/>
        <w:autoSpaceDN w:val="0"/>
        <w:adjustRightInd w:val="0"/>
        <w:spacing w:after="0" w:line="280" w:lineRule="atLeast"/>
        <w:ind w:left="360"/>
        <w:rPr>
          <w:rFonts w:cs="Arial"/>
          <w:b/>
        </w:rPr>
      </w:pPr>
    </w:p>
    <w:p w14:paraId="4E32DA38" w14:textId="77777777" w:rsidR="00473F00" w:rsidRDefault="004C0607" w:rsidP="00473F00">
      <w:pPr>
        <w:widowControl w:val="0"/>
        <w:numPr>
          <w:ilvl w:val="1"/>
          <w:numId w:val="14"/>
        </w:numPr>
        <w:overflowPunct w:val="0"/>
        <w:autoSpaceDE w:val="0"/>
        <w:autoSpaceDN w:val="0"/>
        <w:adjustRightInd w:val="0"/>
        <w:spacing w:after="0" w:line="240" w:lineRule="auto"/>
        <w:rPr>
          <w:rFonts w:cs="Arial"/>
          <w:bCs/>
        </w:rPr>
      </w:pPr>
      <w:r w:rsidRPr="006D12A9">
        <w:rPr>
          <w:rFonts w:cs="Arial"/>
          <w:bCs/>
        </w:rPr>
        <w:t xml:space="preserve">To receive declarations of interest from </w:t>
      </w:r>
      <w:proofErr w:type="spellStart"/>
      <w:r w:rsidRPr="006D12A9">
        <w:rPr>
          <w:rFonts w:cs="Arial"/>
          <w:bCs/>
        </w:rPr>
        <w:t>councillors</w:t>
      </w:r>
      <w:proofErr w:type="spellEnd"/>
      <w:r w:rsidRPr="006D12A9">
        <w:rPr>
          <w:rFonts w:cs="Arial"/>
          <w:bCs/>
        </w:rPr>
        <w:t xml:space="preserve"> on items on the agenda</w:t>
      </w:r>
      <w:r w:rsidR="00563952" w:rsidRPr="006D12A9">
        <w:rPr>
          <w:rFonts w:cs="Arial"/>
          <w:bCs/>
        </w:rPr>
        <w:t>.</w:t>
      </w:r>
    </w:p>
    <w:p w14:paraId="04BF325C" w14:textId="77777777" w:rsidR="00473F00" w:rsidRDefault="004C0607" w:rsidP="00473F00">
      <w:pPr>
        <w:widowControl w:val="0"/>
        <w:numPr>
          <w:ilvl w:val="1"/>
          <w:numId w:val="14"/>
        </w:numPr>
        <w:overflowPunct w:val="0"/>
        <w:autoSpaceDE w:val="0"/>
        <w:autoSpaceDN w:val="0"/>
        <w:adjustRightInd w:val="0"/>
        <w:spacing w:after="0" w:line="240" w:lineRule="auto"/>
        <w:rPr>
          <w:rFonts w:cs="Arial"/>
          <w:bCs/>
        </w:rPr>
      </w:pPr>
      <w:r w:rsidRPr="00473F00">
        <w:rPr>
          <w:rFonts w:cs="Arial"/>
          <w:bCs/>
        </w:rPr>
        <w:t>To receive written requests for dispensations for disclosable pecuniary interests (if any</w:t>
      </w:r>
      <w:r w:rsidR="00563952" w:rsidRPr="00473F00">
        <w:rPr>
          <w:rFonts w:cs="Arial"/>
          <w:bCs/>
        </w:rPr>
        <w:t>)</w:t>
      </w:r>
    </w:p>
    <w:p w14:paraId="227159D7" w14:textId="4F6C31CC" w:rsidR="004C0607" w:rsidRPr="00473F00" w:rsidRDefault="004C0607" w:rsidP="00473F00">
      <w:pPr>
        <w:widowControl w:val="0"/>
        <w:numPr>
          <w:ilvl w:val="1"/>
          <w:numId w:val="14"/>
        </w:numPr>
        <w:overflowPunct w:val="0"/>
        <w:autoSpaceDE w:val="0"/>
        <w:autoSpaceDN w:val="0"/>
        <w:adjustRightInd w:val="0"/>
        <w:spacing w:after="0" w:line="240" w:lineRule="auto"/>
        <w:rPr>
          <w:rFonts w:cs="Arial"/>
          <w:bCs/>
        </w:rPr>
      </w:pPr>
      <w:r w:rsidRPr="00473F00">
        <w:rPr>
          <w:rFonts w:cs="Arial"/>
          <w:bCs/>
        </w:rPr>
        <w:t>To grant any requests for dispensation as appropriate</w:t>
      </w:r>
    </w:p>
    <w:p w14:paraId="71905183" w14:textId="77777777" w:rsidR="004C0607" w:rsidRPr="00793304" w:rsidRDefault="004C0607" w:rsidP="00563952">
      <w:pPr>
        <w:widowControl w:val="0"/>
        <w:overflowPunct w:val="0"/>
        <w:autoSpaceDE w:val="0"/>
        <w:autoSpaceDN w:val="0"/>
        <w:adjustRightInd w:val="0"/>
        <w:spacing w:after="0" w:line="280" w:lineRule="atLeast"/>
        <w:ind w:left="360"/>
        <w:rPr>
          <w:rFonts w:cs="Arial"/>
          <w:b/>
        </w:rPr>
      </w:pPr>
    </w:p>
    <w:p w14:paraId="48940893" w14:textId="77777777" w:rsidR="004C0607" w:rsidRPr="00793304" w:rsidRDefault="004C0607" w:rsidP="00793304">
      <w:pPr>
        <w:widowControl w:val="0"/>
        <w:numPr>
          <w:ilvl w:val="0"/>
          <w:numId w:val="14"/>
        </w:numPr>
        <w:overflowPunct w:val="0"/>
        <w:autoSpaceDE w:val="0"/>
        <w:autoSpaceDN w:val="0"/>
        <w:adjustRightInd w:val="0"/>
        <w:spacing w:after="0" w:line="280" w:lineRule="atLeast"/>
        <w:rPr>
          <w:rFonts w:cs="Arial"/>
          <w:b/>
        </w:rPr>
      </w:pPr>
      <w:r w:rsidRPr="00793304">
        <w:rPr>
          <w:rFonts w:cs="Arial"/>
          <w:b/>
        </w:rPr>
        <w:t>Public Session (this will be limited to 10 minutes)</w:t>
      </w:r>
    </w:p>
    <w:p w14:paraId="7219BE26" w14:textId="77777777" w:rsidR="004C0607" w:rsidRDefault="004C0607" w:rsidP="00563952">
      <w:pPr>
        <w:widowControl w:val="0"/>
        <w:overflowPunct w:val="0"/>
        <w:autoSpaceDE w:val="0"/>
        <w:autoSpaceDN w:val="0"/>
        <w:adjustRightInd w:val="0"/>
        <w:spacing w:after="0" w:line="280" w:lineRule="atLeast"/>
        <w:ind w:left="360"/>
        <w:rPr>
          <w:rFonts w:cs="Arial"/>
          <w:b/>
        </w:rPr>
      </w:pPr>
    </w:p>
    <w:p w14:paraId="36048F6C" w14:textId="0EA8C95B" w:rsidR="004C0607" w:rsidRPr="00793304" w:rsidRDefault="001A400D" w:rsidP="00793304">
      <w:pPr>
        <w:widowControl w:val="0"/>
        <w:numPr>
          <w:ilvl w:val="0"/>
          <w:numId w:val="14"/>
        </w:numPr>
        <w:overflowPunct w:val="0"/>
        <w:autoSpaceDE w:val="0"/>
        <w:autoSpaceDN w:val="0"/>
        <w:adjustRightInd w:val="0"/>
        <w:spacing w:after="0" w:line="280" w:lineRule="atLeast"/>
        <w:rPr>
          <w:rFonts w:cs="Arial"/>
          <w:b/>
        </w:rPr>
      </w:pPr>
      <w:r>
        <w:rPr>
          <w:rFonts w:cs="Arial"/>
          <w:b/>
        </w:rPr>
        <w:t>T</w:t>
      </w:r>
      <w:r w:rsidR="004C0607" w:rsidRPr="00793304">
        <w:rPr>
          <w:rFonts w:cs="Arial"/>
          <w:b/>
        </w:rPr>
        <w:t xml:space="preserve">o receive and approve the minutes of the Council meetings held </w:t>
      </w:r>
      <w:r w:rsidR="00386C40">
        <w:rPr>
          <w:rFonts w:cs="Arial"/>
          <w:b/>
        </w:rPr>
        <w:t>28</w:t>
      </w:r>
      <w:r w:rsidR="00386C40" w:rsidRPr="00386C40">
        <w:rPr>
          <w:rFonts w:cs="Arial"/>
          <w:b/>
          <w:vertAlign w:val="superscript"/>
        </w:rPr>
        <w:t>th</w:t>
      </w:r>
      <w:r w:rsidR="00386C40">
        <w:rPr>
          <w:rFonts w:cs="Arial"/>
          <w:b/>
        </w:rPr>
        <w:t xml:space="preserve"> July</w:t>
      </w:r>
      <w:r w:rsidR="004C0607" w:rsidRPr="00793304">
        <w:rPr>
          <w:rFonts w:cs="Arial"/>
          <w:b/>
        </w:rPr>
        <w:t xml:space="preserve"> 2026. (previously issued)</w:t>
      </w:r>
    </w:p>
    <w:p w14:paraId="67FF000B" w14:textId="77777777" w:rsidR="004C0607" w:rsidRPr="00793304" w:rsidRDefault="004C0607" w:rsidP="001A400D">
      <w:pPr>
        <w:widowControl w:val="0"/>
        <w:overflowPunct w:val="0"/>
        <w:autoSpaceDE w:val="0"/>
        <w:autoSpaceDN w:val="0"/>
        <w:adjustRightInd w:val="0"/>
        <w:spacing w:after="0" w:line="280" w:lineRule="atLeast"/>
        <w:ind w:left="360"/>
        <w:rPr>
          <w:rFonts w:cs="Arial"/>
          <w:b/>
        </w:rPr>
      </w:pPr>
    </w:p>
    <w:p w14:paraId="3CB18FB8" w14:textId="77777777" w:rsidR="004C0607" w:rsidRPr="00793304" w:rsidRDefault="004C0607" w:rsidP="00793304">
      <w:pPr>
        <w:widowControl w:val="0"/>
        <w:numPr>
          <w:ilvl w:val="0"/>
          <w:numId w:val="14"/>
        </w:numPr>
        <w:overflowPunct w:val="0"/>
        <w:autoSpaceDE w:val="0"/>
        <w:autoSpaceDN w:val="0"/>
        <w:adjustRightInd w:val="0"/>
        <w:spacing w:after="0" w:line="280" w:lineRule="atLeast"/>
        <w:rPr>
          <w:rFonts w:cs="Arial"/>
          <w:b/>
        </w:rPr>
      </w:pPr>
      <w:r w:rsidRPr="00793304">
        <w:rPr>
          <w:rFonts w:cs="Arial"/>
          <w:b/>
        </w:rPr>
        <w:t>Matters arising from the previous Minutes (this is for information sharing purposes only)</w:t>
      </w:r>
    </w:p>
    <w:p w14:paraId="02E36B00" w14:textId="77777777" w:rsidR="004C0607" w:rsidRDefault="004C0607" w:rsidP="001A400D">
      <w:pPr>
        <w:widowControl w:val="0"/>
        <w:overflowPunct w:val="0"/>
        <w:autoSpaceDE w:val="0"/>
        <w:autoSpaceDN w:val="0"/>
        <w:adjustRightInd w:val="0"/>
        <w:spacing w:after="0" w:line="280" w:lineRule="atLeast"/>
        <w:ind w:left="360"/>
        <w:rPr>
          <w:rFonts w:cs="Arial"/>
          <w:b/>
        </w:rPr>
      </w:pPr>
    </w:p>
    <w:p w14:paraId="698C9AB7" w14:textId="77777777" w:rsidR="004C0607" w:rsidRPr="00793304" w:rsidRDefault="004C0607" w:rsidP="00793304">
      <w:pPr>
        <w:widowControl w:val="0"/>
        <w:numPr>
          <w:ilvl w:val="0"/>
          <w:numId w:val="14"/>
        </w:numPr>
        <w:overflowPunct w:val="0"/>
        <w:autoSpaceDE w:val="0"/>
        <w:autoSpaceDN w:val="0"/>
        <w:adjustRightInd w:val="0"/>
        <w:spacing w:after="0" w:line="280" w:lineRule="atLeast"/>
        <w:rPr>
          <w:rFonts w:cs="Arial"/>
          <w:b/>
        </w:rPr>
      </w:pPr>
      <w:r w:rsidRPr="00AF3180">
        <w:rPr>
          <w:rFonts w:cs="Arial"/>
          <w:b/>
        </w:rPr>
        <w:t>Receive Reports:</w:t>
      </w:r>
      <w:r w:rsidRPr="00793304">
        <w:rPr>
          <w:rFonts w:cs="Arial"/>
          <w:b/>
        </w:rPr>
        <w:t xml:space="preserve"> </w:t>
      </w:r>
    </w:p>
    <w:p w14:paraId="521855C5" w14:textId="77777777" w:rsidR="004C0607" w:rsidRPr="00CA0A20" w:rsidRDefault="004C0607" w:rsidP="00CA0A20">
      <w:pPr>
        <w:widowControl w:val="0"/>
        <w:numPr>
          <w:ilvl w:val="1"/>
          <w:numId w:val="14"/>
        </w:numPr>
        <w:overflowPunct w:val="0"/>
        <w:autoSpaceDE w:val="0"/>
        <w:autoSpaceDN w:val="0"/>
        <w:adjustRightInd w:val="0"/>
        <w:spacing w:after="0" w:line="280" w:lineRule="atLeast"/>
        <w:rPr>
          <w:rFonts w:cs="Arial"/>
          <w:bCs/>
        </w:rPr>
      </w:pPr>
      <w:r w:rsidRPr="00CA0A20">
        <w:rPr>
          <w:rFonts w:cs="Arial"/>
          <w:bCs/>
        </w:rPr>
        <w:t>Chairman’s Report</w:t>
      </w:r>
    </w:p>
    <w:p w14:paraId="0A9F37A4" w14:textId="73452DA8" w:rsidR="004C0607" w:rsidRPr="00CA0A20" w:rsidRDefault="004C0607" w:rsidP="00CA0A20">
      <w:pPr>
        <w:widowControl w:val="0"/>
        <w:numPr>
          <w:ilvl w:val="1"/>
          <w:numId w:val="14"/>
        </w:numPr>
        <w:overflowPunct w:val="0"/>
        <w:autoSpaceDE w:val="0"/>
        <w:autoSpaceDN w:val="0"/>
        <w:adjustRightInd w:val="0"/>
        <w:spacing w:after="0" w:line="280" w:lineRule="atLeast"/>
        <w:rPr>
          <w:rFonts w:cs="Arial"/>
          <w:bCs/>
        </w:rPr>
      </w:pPr>
      <w:r w:rsidRPr="00CA0A20">
        <w:rPr>
          <w:rFonts w:cs="Arial"/>
          <w:bCs/>
        </w:rPr>
        <w:t>Clerk’s Report.</w:t>
      </w:r>
    </w:p>
    <w:p w14:paraId="19265696" w14:textId="77777777" w:rsidR="004C0607" w:rsidRPr="00CA0A20" w:rsidRDefault="004C0607" w:rsidP="00CA0A20">
      <w:pPr>
        <w:widowControl w:val="0"/>
        <w:numPr>
          <w:ilvl w:val="1"/>
          <w:numId w:val="14"/>
        </w:numPr>
        <w:overflowPunct w:val="0"/>
        <w:autoSpaceDE w:val="0"/>
        <w:autoSpaceDN w:val="0"/>
        <w:adjustRightInd w:val="0"/>
        <w:spacing w:after="0" w:line="280" w:lineRule="atLeast"/>
        <w:rPr>
          <w:rFonts w:cs="Arial"/>
          <w:bCs/>
        </w:rPr>
      </w:pPr>
      <w:r w:rsidRPr="00CA0A20">
        <w:rPr>
          <w:rFonts w:cs="Arial"/>
          <w:bCs/>
        </w:rPr>
        <w:t>District Council Report</w:t>
      </w:r>
    </w:p>
    <w:p w14:paraId="6ED48152" w14:textId="77777777" w:rsidR="004C0607" w:rsidRPr="00CA0A20" w:rsidRDefault="004C0607" w:rsidP="00CA0A20">
      <w:pPr>
        <w:widowControl w:val="0"/>
        <w:numPr>
          <w:ilvl w:val="1"/>
          <w:numId w:val="14"/>
        </w:numPr>
        <w:overflowPunct w:val="0"/>
        <w:autoSpaceDE w:val="0"/>
        <w:autoSpaceDN w:val="0"/>
        <w:adjustRightInd w:val="0"/>
        <w:spacing w:after="0" w:line="280" w:lineRule="atLeast"/>
        <w:rPr>
          <w:rFonts w:cs="Arial"/>
          <w:bCs/>
        </w:rPr>
      </w:pPr>
      <w:r w:rsidRPr="00CA0A20">
        <w:rPr>
          <w:rFonts w:cs="Arial"/>
          <w:bCs/>
        </w:rPr>
        <w:t>County Council Report</w:t>
      </w:r>
    </w:p>
    <w:p w14:paraId="697215E8" w14:textId="77777777" w:rsidR="004C0607" w:rsidRPr="00CA0A20" w:rsidRDefault="004C0607" w:rsidP="00CA0A20">
      <w:pPr>
        <w:widowControl w:val="0"/>
        <w:numPr>
          <w:ilvl w:val="1"/>
          <w:numId w:val="14"/>
        </w:numPr>
        <w:overflowPunct w:val="0"/>
        <w:autoSpaceDE w:val="0"/>
        <w:autoSpaceDN w:val="0"/>
        <w:adjustRightInd w:val="0"/>
        <w:spacing w:after="0" w:line="280" w:lineRule="atLeast"/>
        <w:rPr>
          <w:rFonts w:cs="Arial"/>
          <w:bCs/>
        </w:rPr>
      </w:pPr>
      <w:r w:rsidRPr="00CA0A20">
        <w:rPr>
          <w:rFonts w:cs="Arial"/>
          <w:bCs/>
        </w:rPr>
        <w:t>Representatives for Outside Bodies</w:t>
      </w:r>
    </w:p>
    <w:p w14:paraId="58BF4D81" w14:textId="77777777" w:rsidR="004C0607" w:rsidRPr="00793304" w:rsidRDefault="004C0607" w:rsidP="00CA0A20">
      <w:pPr>
        <w:widowControl w:val="0"/>
        <w:overflowPunct w:val="0"/>
        <w:autoSpaceDE w:val="0"/>
        <w:autoSpaceDN w:val="0"/>
        <w:adjustRightInd w:val="0"/>
        <w:spacing w:after="0" w:line="280" w:lineRule="atLeast"/>
        <w:ind w:left="360"/>
        <w:rPr>
          <w:rFonts w:cs="Arial"/>
          <w:b/>
        </w:rPr>
      </w:pPr>
    </w:p>
    <w:p w14:paraId="3E0D411A" w14:textId="77777777" w:rsidR="004C0607" w:rsidRPr="00BF2EC2" w:rsidRDefault="004C0607" w:rsidP="00793304">
      <w:pPr>
        <w:widowControl w:val="0"/>
        <w:numPr>
          <w:ilvl w:val="0"/>
          <w:numId w:val="14"/>
        </w:numPr>
        <w:overflowPunct w:val="0"/>
        <w:autoSpaceDE w:val="0"/>
        <w:autoSpaceDN w:val="0"/>
        <w:adjustRightInd w:val="0"/>
        <w:spacing w:after="0" w:line="280" w:lineRule="atLeast"/>
        <w:rPr>
          <w:rFonts w:cs="Arial"/>
          <w:b/>
        </w:rPr>
      </w:pPr>
      <w:r w:rsidRPr="00793304">
        <w:rPr>
          <w:rFonts w:cs="Arial"/>
          <w:b/>
        </w:rPr>
        <w:t xml:space="preserve">Flooding &amp; Coastal </w:t>
      </w:r>
      <w:proofErr w:type="gramStart"/>
      <w:r w:rsidRPr="00793304">
        <w:rPr>
          <w:rFonts w:cs="Arial"/>
          <w:b/>
        </w:rPr>
        <w:t>Erosion  –</w:t>
      </w:r>
      <w:proofErr w:type="gramEnd"/>
      <w:r w:rsidRPr="00793304">
        <w:rPr>
          <w:rFonts w:cs="Arial"/>
          <w:b/>
        </w:rPr>
        <w:t xml:space="preserve"> Consider any matters arising </w:t>
      </w:r>
    </w:p>
    <w:p w14:paraId="6313D013" w14:textId="77777777" w:rsidR="002B5056" w:rsidRDefault="002B5056" w:rsidP="002B5056">
      <w:pPr>
        <w:widowControl w:val="0"/>
        <w:overflowPunct w:val="0"/>
        <w:autoSpaceDE w:val="0"/>
        <w:autoSpaceDN w:val="0"/>
        <w:adjustRightInd w:val="0"/>
        <w:spacing w:after="0" w:line="280" w:lineRule="atLeast"/>
        <w:ind w:left="360"/>
        <w:rPr>
          <w:rFonts w:cs="Arial"/>
          <w:b/>
        </w:rPr>
      </w:pPr>
    </w:p>
    <w:p w14:paraId="6300224A" w14:textId="77777777" w:rsidR="00C07792" w:rsidRDefault="00C07792" w:rsidP="00C07792">
      <w:pPr>
        <w:widowControl w:val="0"/>
        <w:numPr>
          <w:ilvl w:val="0"/>
          <w:numId w:val="14"/>
        </w:numPr>
        <w:overflowPunct w:val="0"/>
        <w:autoSpaceDE w:val="0"/>
        <w:autoSpaceDN w:val="0"/>
        <w:adjustRightInd w:val="0"/>
        <w:spacing w:after="0" w:line="240" w:lineRule="auto"/>
        <w:rPr>
          <w:rFonts w:cs="Arial"/>
          <w:bCs/>
          <w:i/>
          <w:iCs/>
          <w:color w:val="000000"/>
        </w:rPr>
      </w:pPr>
      <w:r>
        <w:rPr>
          <w:rFonts w:cs="Arial"/>
          <w:b/>
          <w:color w:val="000000"/>
        </w:rPr>
        <w:t xml:space="preserve">West Sussex EV Charge point consultation – to consider any feedback on sites proposed in Pagham </w:t>
      </w:r>
      <w:r w:rsidRPr="008E2F51">
        <w:rPr>
          <w:rFonts w:cs="Arial"/>
          <w:bCs/>
          <w:i/>
          <w:iCs/>
          <w:color w:val="000000"/>
        </w:rPr>
        <w:t>(information circulated to Councillors)</w:t>
      </w:r>
    </w:p>
    <w:p w14:paraId="6E3D1829" w14:textId="77777777" w:rsidR="00C07792" w:rsidRPr="00C07792" w:rsidRDefault="00C07792" w:rsidP="00C07792">
      <w:pPr>
        <w:widowControl w:val="0"/>
        <w:overflowPunct w:val="0"/>
        <w:autoSpaceDE w:val="0"/>
        <w:autoSpaceDN w:val="0"/>
        <w:adjustRightInd w:val="0"/>
        <w:spacing w:after="0" w:line="240" w:lineRule="auto"/>
        <w:rPr>
          <w:rFonts w:cs="Arial"/>
          <w:bCs/>
          <w:color w:val="000000"/>
        </w:rPr>
      </w:pPr>
    </w:p>
    <w:p w14:paraId="6F02D622" w14:textId="2DF9CBFF" w:rsidR="004C0607" w:rsidRPr="00793304" w:rsidRDefault="004C0607" w:rsidP="00793304">
      <w:pPr>
        <w:widowControl w:val="0"/>
        <w:numPr>
          <w:ilvl w:val="0"/>
          <w:numId w:val="14"/>
        </w:numPr>
        <w:overflowPunct w:val="0"/>
        <w:autoSpaceDE w:val="0"/>
        <w:autoSpaceDN w:val="0"/>
        <w:adjustRightInd w:val="0"/>
        <w:spacing w:after="0" w:line="280" w:lineRule="atLeast"/>
        <w:rPr>
          <w:rFonts w:cs="Arial"/>
          <w:b/>
        </w:rPr>
      </w:pPr>
      <w:r w:rsidRPr="00AF3180">
        <w:rPr>
          <w:rFonts w:cs="Arial"/>
          <w:b/>
        </w:rPr>
        <w:t>Committee Minutes &amp; reports</w:t>
      </w:r>
      <w:r w:rsidRPr="00793304">
        <w:rPr>
          <w:rFonts w:cs="Arial"/>
          <w:b/>
        </w:rPr>
        <w:t xml:space="preserve"> – to note the meeting notes/minutes &amp; consider any recommendations:</w:t>
      </w:r>
    </w:p>
    <w:p w14:paraId="79D1CC1A" w14:textId="77777777" w:rsidR="000473BD" w:rsidRPr="00A34D35" w:rsidRDefault="000473BD" w:rsidP="000473BD">
      <w:pPr>
        <w:widowControl w:val="0"/>
        <w:numPr>
          <w:ilvl w:val="1"/>
          <w:numId w:val="14"/>
        </w:numPr>
        <w:overflowPunct w:val="0"/>
        <w:autoSpaceDE w:val="0"/>
        <w:autoSpaceDN w:val="0"/>
        <w:adjustRightInd w:val="0"/>
        <w:spacing w:after="0" w:line="240" w:lineRule="auto"/>
        <w:rPr>
          <w:rFonts w:cs="Arial"/>
          <w:color w:val="000000"/>
        </w:rPr>
      </w:pPr>
      <w:r w:rsidRPr="00A34D35">
        <w:rPr>
          <w:rFonts w:cs="Arial"/>
        </w:rPr>
        <w:t xml:space="preserve">Planning </w:t>
      </w:r>
      <w:r>
        <w:rPr>
          <w:rFonts w:cs="Arial"/>
        </w:rPr>
        <w:t xml:space="preserve">Committee </w:t>
      </w:r>
      <w:r w:rsidRPr="00A34D35">
        <w:rPr>
          <w:rFonts w:cs="Arial"/>
        </w:rPr>
        <w:t xml:space="preserve">meetings held on </w:t>
      </w:r>
      <w:r>
        <w:rPr>
          <w:rFonts w:cs="Arial"/>
        </w:rPr>
        <w:t>28</w:t>
      </w:r>
      <w:r w:rsidRPr="007D631C">
        <w:rPr>
          <w:rFonts w:cs="Arial"/>
          <w:vertAlign w:val="superscript"/>
        </w:rPr>
        <w:t>th</w:t>
      </w:r>
      <w:r>
        <w:rPr>
          <w:rFonts w:cs="Arial"/>
        </w:rPr>
        <w:t xml:space="preserve"> July 2026 &amp; 25</w:t>
      </w:r>
      <w:r w:rsidRPr="007D631C">
        <w:rPr>
          <w:rFonts w:cs="Arial"/>
          <w:vertAlign w:val="superscript"/>
        </w:rPr>
        <w:t>th</w:t>
      </w:r>
      <w:r>
        <w:rPr>
          <w:rFonts w:cs="Arial"/>
        </w:rPr>
        <w:t xml:space="preserve"> August 2026 </w:t>
      </w:r>
      <w:r w:rsidRPr="006A639D">
        <w:rPr>
          <w:rFonts w:cs="Arial"/>
          <w:i/>
          <w:iCs/>
        </w:rPr>
        <w:t>(minutes circulated)</w:t>
      </w:r>
    </w:p>
    <w:p w14:paraId="008FF524" w14:textId="77777777" w:rsidR="000473BD" w:rsidRPr="00A34D35" w:rsidRDefault="000473BD" w:rsidP="000473BD">
      <w:pPr>
        <w:widowControl w:val="0"/>
        <w:numPr>
          <w:ilvl w:val="1"/>
          <w:numId w:val="14"/>
        </w:numPr>
        <w:overflowPunct w:val="0"/>
        <w:autoSpaceDE w:val="0"/>
        <w:autoSpaceDN w:val="0"/>
        <w:adjustRightInd w:val="0"/>
        <w:spacing w:after="0" w:line="240" w:lineRule="auto"/>
        <w:rPr>
          <w:rFonts w:cs="Arial"/>
          <w:color w:val="000000"/>
        </w:rPr>
      </w:pPr>
      <w:r w:rsidRPr="00A34D35">
        <w:rPr>
          <w:rFonts w:cs="Arial"/>
          <w:color w:val="000000"/>
        </w:rPr>
        <w:t>Highways &amp; Amenities</w:t>
      </w:r>
      <w:r>
        <w:rPr>
          <w:rFonts w:cs="Arial"/>
          <w:color w:val="000000"/>
        </w:rPr>
        <w:t xml:space="preserve"> Committee – 25</w:t>
      </w:r>
      <w:r w:rsidRPr="00E62A09">
        <w:rPr>
          <w:rFonts w:cs="Arial"/>
          <w:color w:val="000000"/>
          <w:vertAlign w:val="superscript"/>
        </w:rPr>
        <w:t>th</w:t>
      </w:r>
      <w:r>
        <w:rPr>
          <w:rFonts w:cs="Arial"/>
          <w:color w:val="000000"/>
        </w:rPr>
        <w:t xml:space="preserve"> August 2026 </w:t>
      </w:r>
      <w:r w:rsidRPr="006A639D">
        <w:rPr>
          <w:rFonts w:cs="Arial"/>
          <w:i/>
          <w:iCs/>
        </w:rPr>
        <w:t>(minutes circulated)</w:t>
      </w:r>
    </w:p>
    <w:p w14:paraId="2DBC0493" w14:textId="77777777" w:rsidR="000473BD" w:rsidRPr="00C8165F" w:rsidRDefault="000473BD" w:rsidP="000473BD">
      <w:pPr>
        <w:widowControl w:val="0"/>
        <w:numPr>
          <w:ilvl w:val="1"/>
          <w:numId w:val="14"/>
        </w:numPr>
        <w:overflowPunct w:val="0"/>
        <w:autoSpaceDE w:val="0"/>
        <w:autoSpaceDN w:val="0"/>
        <w:adjustRightInd w:val="0"/>
        <w:spacing w:after="0" w:line="240" w:lineRule="auto"/>
        <w:rPr>
          <w:rFonts w:cs="Arial"/>
          <w:color w:val="000000"/>
        </w:rPr>
      </w:pPr>
      <w:r w:rsidRPr="00C8165F">
        <w:rPr>
          <w:rFonts w:cs="Arial"/>
        </w:rPr>
        <w:t xml:space="preserve">Finance Committee </w:t>
      </w:r>
      <w:r>
        <w:rPr>
          <w:rFonts w:cs="Arial"/>
        </w:rPr>
        <w:t>– no meeting since last Full Council meeting</w:t>
      </w:r>
    </w:p>
    <w:p w14:paraId="0BA72B0C" w14:textId="77777777" w:rsidR="00645E84" w:rsidRPr="00B02533" w:rsidRDefault="00645E84" w:rsidP="00645E84">
      <w:pPr>
        <w:widowControl w:val="0"/>
        <w:overflowPunct w:val="0"/>
        <w:autoSpaceDE w:val="0"/>
        <w:autoSpaceDN w:val="0"/>
        <w:adjustRightInd w:val="0"/>
        <w:spacing w:after="0" w:line="240" w:lineRule="auto"/>
        <w:ind w:left="792"/>
        <w:rPr>
          <w:rFonts w:cs="Arial"/>
          <w:color w:val="000000"/>
        </w:rPr>
      </w:pPr>
    </w:p>
    <w:p w14:paraId="1753484F" w14:textId="77777777" w:rsidR="004C0607" w:rsidRPr="00793304" w:rsidRDefault="004C0607" w:rsidP="00793304">
      <w:pPr>
        <w:widowControl w:val="0"/>
        <w:numPr>
          <w:ilvl w:val="0"/>
          <w:numId w:val="14"/>
        </w:numPr>
        <w:overflowPunct w:val="0"/>
        <w:autoSpaceDE w:val="0"/>
        <w:autoSpaceDN w:val="0"/>
        <w:adjustRightInd w:val="0"/>
        <w:spacing w:after="0" w:line="280" w:lineRule="atLeast"/>
        <w:rPr>
          <w:rFonts w:cs="Arial"/>
          <w:b/>
        </w:rPr>
      </w:pPr>
      <w:r w:rsidRPr="00793304">
        <w:rPr>
          <w:rFonts w:cs="Arial"/>
          <w:b/>
        </w:rPr>
        <w:lastRenderedPageBreak/>
        <w:t>Finance</w:t>
      </w:r>
    </w:p>
    <w:p w14:paraId="4D394D80" w14:textId="77777777" w:rsidR="00CC0458" w:rsidRDefault="00CC0458" w:rsidP="00CC0458">
      <w:pPr>
        <w:widowControl w:val="0"/>
        <w:numPr>
          <w:ilvl w:val="1"/>
          <w:numId w:val="14"/>
        </w:numPr>
        <w:overflowPunct w:val="0"/>
        <w:autoSpaceDE w:val="0"/>
        <w:autoSpaceDN w:val="0"/>
        <w:adjustRightInd w:val="0"/>
        <w:spacing w:after="0" w:line="240" w:lineRule="auto"/>
        <w:ind w:left="1134" w:hanging="774"/>
        <w:rPr>
          <w:rFonts w:cs="Arial"/>
          <w:color w:val="000000"/>
        </w:rPr>
      </w:pPr>
      <w:r w:rsidRPr="00AF3180">
        <w:rPr>
          <w:rFonts w:cs="Arial"/>
          <w:color w:val="000000"/>
        </w:rPr>
        <w:t xml:space="preserve">Receive accounts for the period ending </w:t>
      </w:r>
      <w:r>
        <w:rPr>
          <w:rFonts w:cs="Arial"/>
          <w:color w:val="000000"/>
        </w:rPr>
        <w:t>31</w:t>
      </w:r>
      <w:r w:rsidRPr="00E62A09">
        <w:rPr>
          <w:rFonts w:cs="Arial"/>
          <w:color w:val="000000"/>
          <w:vertAlign w:val="superscript"/>
        </w:rPr>
        <w:t>st</w:t>
      </w:r>
      <w:r>
        <w:rPr>
          <w:rFonts w:cs="Arial"/>
          <w:color w:val="000000"/>
        </w:rPr>
        <w:t xml:space="preserve"> July 2026 &amp; 31</w:t>
      </w:r>
      <w:r w:rsidRPr="00E62A09">
        <w:rPr>
          <w:rFonts w:cs="Arial"/>
          <w:color w:val="000000"/>
          <w:vertAlign w:val="superscript"/>
        </w:rPr>
        <w:t>st</w:t>
      </w:r>
      <w:r>
        <w:rPr>
          <w:rFonts w:cs="Arial"/>
          <w:color w:val="000000"/>
        </w:rPr>
        <w:t xml:space="preserve"> August 2026 </w:t>
      </w:r>
      <w:r w:rsidRPr="00AF3180">
        <w:rPr>
          <w:rFonts w:cs="Arial"/>
          <w:color w:val="000000"/>
        </w:rPr>
        <w:t>(previously issued)</w:t>
      </w:r>
    </w:p>
    <w:p w14:paraId="2A5F00F7" w14:textId="77777777" w:rsidR="00CC0458" w:rsidRPr="00AF3180" w:rsidRDefault="00CC0458" w:rsidP="00CC0458">
      <w:pPr>
        <w:widowControl w:val="0"/>
        <w:numPr>
          <w:ilvl w:val="1"/>
          <w:numId w:val="14"/>
        </w:numPr>
        <w:overflowPunct w:val="0"/>
        <w:autoSpaceDE w:val="0"/>
        <w:autoSpaceDN w:val="0"/>
        <w:adjustRightInd w:val="0"/>
        <w:spacing w:after="0" w:line="240" w:lineRule="auto"/>
        <w:ind w:left="1134" w:hanging="774"/>
        <w:rPr>
          <w:rFonts w:cs="Arial"/>
          <w:color w:val="000000"/>
        </w:rPr>
      </w:pPr>
      <w:r>
        <w:rPr>
          <w:rFonts w:cs="Arial"/>
          <w:color w:val="000000"/>
        </w:rPr>
        <w:t>Reconciliations for period ending 31</w:t>
      </w:r>
      <w:r w:rsidRPr="00E62A09">
        <w:rPr>
          <w:rFonts w:cs="Arial"/>
          <w:color w:val="000000"/>
          <w:vertAlign w:val="superscript"/>
        </w:rPr>
        <w:t>st</w:t>
      </w:r>
      <w:r>
        <w:rPr>
          <w:rFonts w:cs="Arial"/>
          <w:color w:val="000000"/>
        </w:rPr>
        <w:t xml:space="preserve"> July 2026 &amp; 31</w:t>
      </w:r>
      <w:r w:rsidRPr="00E62A09">
        <w:rPr>
          <w:rFonts w:cs="Arial"/>
          <w:color w:val="000000"/>
          <w:vertAlign w:val="superscript"/>
        </w:rPr>
        <w:t>st</w:t>
      </w:r>
      <w:r>
        <w:rPr>
          <w:rFonts w:cs="Arial"/>
          <w:color w:val="000000"/>
        </w:rPr>
        <w:t xml:space="preserve"> August 2026</w:t>
      </w:r>
    </w:p>
    <w:p w14:paraId="19B4D8ED" w14:textId="77777777" w:rsidR="00CC0458" w:rsidRPr="008E2F51" w:rsidRDefault="00CC0458" w:rsidP="00CC0458">
      <w:pPr>
        <w:widowControl w:val="0"/>
        <w:numPr>
          <w:ilvl w:val="1"/>
          <w:numId w:val="14"/>
        </w:numPr>
        <w:overflowPunct w:val="0"/>
        <w:autoSpaceDE w:val="0"/>
        <w:autoSpaceDN w:val="0"/>
        <w:adjustRightInd w:val="0"/>
        <w:spacing w:after="0" w:line="240" w:lineRule="auto"/>
        <w:ind w:left="1134" w:hanging="774"/>
        <w:rPr>
          <w:rFonts w:cs="Arial"/>
          <w:color w:val="000000"/>
        </w:rPr>
      </w:pPr>
      <w:r w:rsidRPr="00AF3180">
        <w:rPr>
          <w:rFonts w:cs="Arial"/>
          <w:color w:val="000000"/>
        </w:rPr>
        <w:t xml:space="preserve">Orders for payment for </w:t>
      </w:r>
      <w:proofErr w:type="spellStart"/>
      <w:r w:rsidRPr="00AF3180">
        <w:rPr>
          <w:rFonts w:cs="Arial"/>
          <w:color w:val="000000"/>
        </w:rPr>
        <w:t>authorisation</w:t>
      </w:r>
      <w:proofErr w:type="spellEnd"/>
      <w:r w:rsidRPr="00AF3180">
        <w:rPr>
          <w:rFonts w:cs="Arial"/>
          <w:color w:val="000000"/>
        </w:rPr>
        <w:t xml:space="preserve"> (</w:t>
      </w:r>
      <w:r w:rsidRPr="00AF3180">
        <w:rPr>
          <w:rFonts w:cs="Arial"/>
          <w:i/>
          <w:color w:val="000000"/>
        </w:rPr>
        <w:t>previously received</w:t>
      </w:r>
      <w:r>
        <w:rPr>
          <w:rFonts w:cs="Arial"/>
          <w:i/>
          <w:color w:val="000000"/>
        </w:rPr>
        <w:t>)</w:t>
      </w:r>
    </w:p>
    <w:p w14:paraId="49F2C3BB" w14:textId="77777777" w:rsidR="00CC0458" w:rsidRPr="00CC0458" w:rsidRDefault="00CC0458" w:rsidP="00CC0458">
      <w:pPr>
        <w:widowControl w:val="0"/>
        <w:numPr>
          <w:ilvl w:val="1"/>
          <w:numId w:val="14"/>
        </w:numPr>
        <w:overflowPunct w:val="0"/>
        <w:autoSpaceDE w:val="0"/>
        <w:autoSpaceDN w:val="0"/>
        <w:adjustRightInd w:val="0"/>
        <w:spacing w:after="0" w:line="240" w:lineRule="auto"/>
        <w:ind w:left="1134" w:hanging="774"/>
        <w:rPr>
          <w:rFonts w:cs="Arial"/>
          <w:i/>
          <w:color w:val="000000"/>
        </w:rPr>
      </w:pPr>
      <w:r>
        <w:rPr>
          <w:rFonts w:cs="Arial"/>
          <w:iCs/>
          <w:color w:val="000000"/>
        </w:rPr>
        <w:t>Outcome of External Audit 2025-26 – to receive a verbal report from the Clerk</w:t>
      </w:r>
    </w:p>
    <w:p w14:paraId="40AF2185" w14:textId="77777777" w:rsidR="00CC0458" w:rsidRPr="00F74334" w:rsidRDefault="00CC0458" w:rsidP="00CC0458">
      <w:pPr>
        <w:widowControl w:val="0"/>
        <w:overflowPunct w:val="0"/>
        <w:autoSpaceDE w:val="0"/>
        <w:autoSpaceDN w:val="0"/>
        <w:adjustRightInd w:val="0"/>
        <w:spacing w:after="0" w:line="240" w:lineRule="auto"/>
        <w:ind w:left="1134"/>
        <w:rPr>
          <w:rFonts w:cs="Arial"/>
          <w:i/>
          <w:color w:val="000000"/>
        </w:rPr>
      </w:pPr>
    </w:p>
    <w:p w14:paraId="05911889" w14:textId="296A3ED1" w:rsidR="004C0607" w:rsidRPr="00793304" w:rsidRDefault="004C0607" w:rsidP="00793304">
      <w:pPr>
        <w:widowControl w:val="0"/>
        <w:numPr>
          <w:ilvl w:val="0"/>
          <w:numId w:val="14"/>
        </w:numPr>
        <w:overflowPunct w:val="0"/>
        <w:autoSpaceDE w:val="0"/>
        <w:autoSpaceDN w:val="0"/>
        <w:adjustRightInd w:val="0"/>
        <w:spacing w:after="0" w:line="280" w:lineRule="atLeast"/>
        <w:rPr>
          <w:rFonts w:cs="Arial"/>
          <w:b/>
        </w:rPr>
      </w:pPr>
      <w:r w:rsidRPr="00793304">
        <w:rPr>
          <w:rFonts w:cs="Arial"/>
          <w:b/>
        </w:rPr>
        <w:t xml:space="preserve">  Governance</w:t>
      </w:r>
    </w:p>
    <w:p w14:paraId="6D62E45F" w14:textId="77777777" w:rsidR="009F2E8F" w:rsidRPr="008A23E1" w:rsidRDefault="009F2E8F" w:rsidP="009F2E8F">
      <w:pPr>
        <w:widowControl w:val="0"/>
        <w:numPr>
          <w:ilvl w:val="1"/>
          <w:numId w:val="14"/>
        </w:numPr>
        <w:overflowPunct w:val="0"/>
        <w:autoSpaceDE w:val="0"/>
        <w:autoSpaceDN w:val="0"/>
        <w:adjustRightInd w:val="0"/>
        <w:spacing w:after="0" w:line="240" w:lineRule="auto"/>
        <w:rPr>
          <w:rFonts w:cs="Arial"/>
          <w:b/>
          <w:color w:val="000000"/>
        </w:rPr>
      </w:pPr>
      <w:r w:rsidRPr="00692146">
        <w:rPr>
          <w:rFonts w:cs="Arial"/>
          <w:b/>
          <w:color w:val="000000"/>
        </w:rPr>
        <w:t>GDPR training</w:t>
      </w:r>
    </w:p>
    <w:p w14:paraId="02B71306" w14:textId="4E08A921" w:rsidR="004C0607" w:rsidRPr="00473F00" w:rsidRDefault="004C0607" w:rsidP="00473F00">
      <w:pPr>
        <w:widowControl w:val="0"/>
        <w:overflowPunct w:val="0"/>
        <w:autoSpaceDE w:val="0"/>
        <w:autoSpaceDN w:val="0"/>
        <w:adjustRightInd w:val="0"/>
        <w:spacing w:after="0" w:line="280" w:lineRule="atLeast"/>
        <w:rPr>
          <w:rFonts w:cs="Arial"/>
          <w:bCs/>
        </w:rPr>
      </w:pPr>
    </w:p>
    <w:p w14:paraId="30502354" w14:textId="77777777" w:rsidR="0041539F" w:rsidRDefault="0041539F" w:rsidP="0041539F">
      <w:pPr>
        <w:widowControl w:val="0"/>
        <w:numPr>
          <w:ilvl w:val="0"/>
          <w:numId w:val="14"/>
        </w:numPr>
        <w:overflowPunct w:val="0"/>
        <w:autoSpaceDE w:val="0"/>
        <w:autoSpaceDN w:val="0"/>
        <w:adjustRightInd w:val="0"/>
        <w:spacing w:after="0" w:line="240" w:lineRule="auto"/>
        <w:rPr>
          <w:rFonts w:cs="Arial"/>
          <w:b/>
          <w:color w:val="000000"/>
        </w:rPr>
      </w:pPr>
      <w:r w:rsidRPr="00692146">
        <w:rPr>
          <w:rFonts w:cs="Arial"/>
          <w:b/>
          <w:color w:val="000000"/>
        </w:rPr>
        <w:t xml:space="preserve">Confidential business - To resolve that, under the Public Bodies (Admission to Meetings) Act 1960, the public and press be excluded from the meeting during the discussion of the following item due to the confidential nature of the business to be transacted. </w:t>
      </w:r>
    </w:p>
    <w:p w14:paraId="2401E9FC" w14:textId="77777777" w:rsidR="0041539F" w:rsidRPr="0041539F" w:rsidRDefault="0041539F" w:rsidP="0041539F">
      <w:pPr>
        <w:widowControl w:val="0"/>
        <w:overflowPunct w:val="0"/>
        <w:autoSpaceDE w:val="0"/>
        <w:autoSpaceDN w:val="0"/>
        <w:adjustRightInd w:val="0"/>
        <w:spacing w:after="0" w:line="240" w:lineRule="auto"/>
        <w:ind w:left="360"/>
        <w:rPr>
          <w:rFonts w:cs="Arial"/>
          <w:b/>
          <w:color w:val="000000"/>
        </w:rPr>
      </w:pPr>
    </w:p>
    <w:p w14:paraId="6BEF0B71" w14:textId="0C048228" w:rsidR="0041539F" w:rsidRPr="008A23E1" w:rsidRDefault="0041539F" w:rsidP="0041539F">
      <w:pPr>
        <w:widowControl w:val="0"/>
        <w:numPr>
          <w:ilvl w:val="0"/>
          <w:numId w:val="14"/>
        </w:numPr>
        <w:overflowPunct w:val="0"/>
        <w:autoSpaceDE w:val="0"/>
        <w:autoSpaceDN w:val="0"/>
        <w:adjustRightInd w:val="0"/>
        <w:spacing w:after="0" w:line="240" w:lineRule="auto"/>
        <w:rPr>
          <w:rFonts w:cs="Arial"/>
          <w:b/>
          <w:color w:val="000000"/>
        </w:rPr>
      </w:pPr>
      <w:r w:rsidRPr="008A23E1">
        <w:rPr>
          <w:rFonts w:cs="Arial"/>
          <w:b/>
        </w:rPr>
        <w:t xml:space="preserve">To receive a verbal update from the Clerk regarding an </w:t>
      </w:r>
      <w:r>
        <w:rPr>
          <w:rFonts w:cs="Arial"/>
          <w:b/>
        </w:rPr>
        <w:t>insurance matter</w:t>
      </w:r>
    </w:p>
    <w:p w14:paraId="4C96D347" w14:textId="77777777" w:rsidR="0041539F" w:rsidRPr="000E70AA" w:rsidRDefault="0041539F" w:rsidP="0041539F">
      <w:pPr>
        <w:spacing w:line="287" w:lineRule="atLeast"/>
        <w:ind w:left="792"/>
        <w:rPr>
          <w:rFonts w:cs="Arial"/>
          <w:b/>
          <w:color w:val="000000"/>
        </w:rPr>
      </w:pPr>
    </w:p>
    <w:p w14:paraId="5E847FE2" w14:textId="7297F533" w:rsidR="009F2E8F" w:rsidRPr="009F2E8F" w:rsidRDefault="0041539F" w:rsidP="0041539F">
      <w:pPr>
        <w:widowControl w:val="0"/>
        <w:numPr>
          <w:ilvl w:val="0"/>
          <w:numId w:val="14"/>
        </w:numPr>
        <w:overflowPunct w:val="0"/>
        <w:autoSpaceDE w:val="0"/>
        <w:autoSpaceDN w:val="0"/>
        <w:adjustRightInd w:val="0"/>
        <w:spacing w:after="0" w:line="280" w:lineRule="atLeast"/>
        <w:rPr>
          <w:bCs/>
          <w:lang w:val="en-GB"/>
        </w:rPr>
      </w:pPr>
      <w:r w:rsidRPr="00AF3180">
        <w:rPr>
          <w:rFonts w:cs="Arial"/>
          <w:b/>
        </w:rPr>
        <w:t>To note the date of the next meeting</w:t>
      </w:r>
      <w:r>
        <w:rPr>
          <w:rFonts w:cs="Arial"/>
          <w:b/>
          <w:color w:val="000000"/>
        </w:rPr>
        <w:tab/>
      </w:r>
    </w:p>
    <w:p w14:paraId="77111DAA" w14:textId="77777777" w:rsidR="00F90408" w:rsidRDefault="004C0607" w:rsidP="00F90408">
      <w:pPr>
        <w:widowControl w:val="0"/>
        <w:overflowPunct w:val="0"/>
        <w:autoSpaceDE w:val="0"/>
        <w:autoSpaceDN w:val="0"/>
        <w:adjustRightInd w:val="0"/>
        <w:spacing w:after="0" w:line="280" w:lineRule="atLeast"/>
        <w:ind w:left="360"/>
        <w:rPr>
          <w:rFonts w:cs="Arial"/>
          <w:b/>
        </w:rPr>
      </w:pPr>
      <w:r w:rsidRPr="00F90408">
        <w:rPr>
          <w:rFonts w:cs="Arial"/>
          <w:b/>
        </w:rPr>
        <w:tab/>
      </w:r>
      <w:r w:rsidRPr="00F90408">
        <w:rPr>
          <w:rFonts w:cs="Arial"/>
          <w:b/>
        </w:rPr>
        <w:tab/>
      </w:r>
      <w:r w:rsidRPr="00F90408">
        <w:rPr>
          <w:rFonts w:cs="Arial"/>
          <w:b/>
        </w:rPr>
        <w:tab/>
      </w:r>
      <w:r w:rsidRPr="00F90408">
        <w:rPr>
          <w:rFonts w:cs="Arial"/>
          <w:b/>
        </w:rPr>
        <w:tab/>
      </w:r>
      <w:r w:rsidRPr="00F90408">
        <w:rPr>
          <w:rFonts w:cs="Arial"/>
          <w:b/>
        </w:rPr>
        <w:tab/>
      </w:r>
      <w:r w:rsidRPr="00F90408">
        <w:rPr>
          <w:rFonts w:cs="Arial"/>
          <w:b/>
        </w:rPr>
        <w:tab/>
      </w:r>
      <w:r w:rsidRPr="00F90408">
        <w:rPr>
          <w:rFonts w:cs="Arial"/>
          <w:b/>
        </w:rPr>
        <w:tab/>
      </w:r>
      <w:r w:rsidRPr="00F90408">
        <w:rPr>
          <w:rFonts w:cs="Arial"/>
          <w:b/>
        </w:rPr>
        <w:tab/>
      </w:r>
      <w:r w:rsidRPr="00F90408">
        <w:rPr>
          <w:rFonts w:cs="Arial"/>
          <w:b/>
        </w:rPr>
        <w:tab/>
      </w:r>
    </w:p>
    <w:p w14:paraId="40A17100" w14:textId="77777777" w:rsidR="00733705" w:rsidRDefault="00733705" w:rsidP="00F90408">
      <w:pPr>
        <w:widowControl w:val="0"/>
        <w:overflowPunct w:val="0"/>
        <w:autoSpaceDE w:val="0"/>
        <w:autoSpaceDN w:val="0"/>
        <w:adjustRightInd w:val="0"/>
        <w:spacing w:after="0" w:line="280" w:lineRule="atLeast"/>
        <w:ind w:left="360"/>
        <w:rPr>
          <w:rFonts w:cs="Arial"/>
          <w:bCs/>
        </w:rPr>
      </w:pPr>
    </w:p>
    <w:p w14:paraId="132BAF94" w14:textId="77777777" w:rsidR="00733705" w:rsidRDefault="00733705" w:rsidP="00F90408">
      <w:pPr>
        <w:widowControl w:val="0"/>
        <w:overflowPunct w:val="0"/>
        <w:autoSpaceDE w:val="0"/>
        <w:autoSpaceDN w:val="0"/>
        <w:adjustRightInd w:val="0"/>
        <w:spacing w:after="0" w:line="280" w:lineRule="atLeast"/>
        <w:ind w:left="360"/>
        <w:rPr>
          <w:rFonts w:cs="Arial"/>
          <w:bCs/>
        </w:rPr>
      </w:pPr>
    </w:p>
    <w:p w14:paraId="7DF48E42" w14:textId="0C78D90E" w:rsidR="004902BF" w:rsidRPr="00F90408" w:rsidRDefault="004902BF" w:rsidP="00F90408">
      <w:pPr>
        <w:widowControl w:val="0"/>
        <w:overflowPunct w:val="0"/>
        <w:autoSpaceDE w:val="0"/>
        <w:autoSpaceDN w:val="0"/>
        <w:adjustRightInd w:val="0"/>
        <w:spacing w:after="0" w:line="280" w:lineRule="atLeast"/>
        <w:ind w:left="360"/>
        <w:rPr>
          <w:bCs/>
          <w:lang w:val="en-GB"/>
        </w:rPr>
      </w:pPr>
      <w:r w:rsidRPr="00F90408">
        <w:rPr>
          <w:rFonts w:cs="Arial"/>
          <w:bCs/>
        </w:rPr>
        <w:t xml:space="preserve">Signed: </w:t>
      </w:r>
      <w:r w:rsidRPr="00733705">
        <w:rPr>
          <w:rFonts w:ascii="Baguet Script" w:hAnsi="Baguet Script" w:cs="Arial"/>
          <w:bCs/>
          <w:sz w:val="32"/>
          <w:szCs w:val="32"/>
        </w:rPr>
        <w:t>Nicola Swann</w:t>
      </w:r>
      <w:r w:rsidRPr="00733705">
        <w:rPr>
          <w:rFonts w:cs="Arial"/>
          <w:bCs/>
          <w:sz w:val="32"/>
          <w:szCs w:val="32"/>
        </w:rPr>
        <w:t xml:space="preserve"> </w:t>
      </w:r>
      <w:r w:rsidRPr="00F90408">
        <w:rPr>
          <w:rFonts w:cs="Arial"/>
          <w:bCs/>
        </w:rPr>
        <w:t>– Clerk to the Council</w:t>
      </w:r>
    </w:p>
    <w:sectPr w:rsidR="004902BF" w:rsidRPr="00F90408" w:rsidSect="00682138">
      <w:pgSz w:w="12240" w:h="15840"/>
      <w:pgMar w:top="851" w:right="1041"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FC258F"/>
    <w:multiLevelType w:val="multilevel"/>
    <w:tmpl w:val="73DC619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BC5C1A"/>
    <w:multiLevelType w:val="multilevel"/>
    <w:tmpl w:val="7A04788A"/>
    <w:lvl w:ilvl="0">
      <w:start w:val="1"/>
      <w:numFmt w:val="decimal"/>
      <w:lvlText w:val="%1."/>
      <w:lvlJc w:val="left"/>
      <w:pPr>
        <w:ind w:left="360" w:hanging="360"/>
      </w:pPr>
      <w:rPr>
        <w:b/>
        <w:bCs w:val="0"/>
        <w:i w:val="0"/>
        <w:i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E04B19"/>
    <w:multiLevelType w:val="multilevel"/>
    <w:tmpl w:val="3AC4D89C"/>
    <w:lvl w:ilvl="0">
      <w:start w:val="8"/>
      <w:numFmt w:val="decimal"/>
      <w:lvlText w:val="%1."/>
      <w:lvlJc w:val="left"/>
      <w:pPr>
        <w:tabs>
          <w:tab w:val="num" w:pos="720"/>
        </w:tabs>
        <w:ind w:left="720" w:hanging="360"/>
      </w:pPr>
      <w:rPr>
        <w:rFonts w:hint="default"/>
        <w:b/>
        <w:bCs w:val="0"/>
        <w:i w:val="0"/>
        <w:iCs w:val="0"/>
      </w:rPr>
    </w:lvl>
    <w:lvl w:ilvl="1">
      <w:start w:val="8"/>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4E9E505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415A7F"/>
    <w:multiLevelType w:val="multilevel"/>
    <w:tmpl w:val="D7A43F6E"/>
    <w:lvl w:ilvl="0">
      <w:start w:val="1"/>
      <w:numFmt w:val="decimal"/>
      <w:lvlText w:val="%1."/>
      <w:lvlJc w:val="left"/>
      <w:pPr>
        <w:ind w:left="360" w:hanging="360"/>
      </w:pPr>
      <w:rPr>
        <w:rFonts w:hint="default"/>
        <w:b/>
        <w:i w:val="0"/>
        <w:i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5958035">
    <w:abstractNumId w:val="8"/>
  </w:num>
  <w:num w:numId="2" w16cid:durableId="1509977971">
    <w:abstractNumId w:val="6"/>
  </w:num>
  <w:num w:numId="3" w16cid:durableId="1076972816">
    <w:abstractNumId w:val="5"/>
  </w:num>
  <w:num w:numId="4" w16cid:durableId="838427989">
    <w:abstractNumId w:val="4"/>
  </w:num>
  <w:num w:numId="5" w16cid:durableId="819083197">
    <w:abstractNumId w:val="7"/>
  </w:num>
  <w:num w:numId="6" w16cid:durableId="208611903">
    <w:abstractNumId w:val="3"/>
  </w:num>
  <w:num w:numId="7" w16cid:durableId="2137916909">
    <w:abstractNumId w:val="2"/>
  </w:num>
  <w:num w:numId="8" w16cid:durableId="954752855">
    <w:abstractNumId w:val="1"/>
  </w:num>
  <w:num w:numId="9" w16cid:durableId="520436716">
    <w:abstractNumId w:val="0"/>
  </w:num>
  <w:num w:numId="10" w16cid:durableId="1463428717">
    <w:abstractNumId w:val="10"/>
  </w:num>
  <w:num w:numId="11" w16cid:durableId="1119101958">
    <w:abstractNumId w:val="11"/>
  </w:num>
  <w:num w:numId="12" w16cid:durableId="1454517469">
    <w:abstractNumId w:val="12"/>
  </w:num>
  <w:num w:numId="13" w16cid:durableId="161169094">
    <w:abstractNumId w:val="9"/>
  </w:num>
  <w:num w:numId="14" w16cid:durableId="1859541255">
    <w:abstractNumId w:val="13"/>
  </w:num>
  <w:num w:numId="15" w16cid:durableId="7426770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3BD"/>
    <w:rsid w:val="0006063C"/>
    <w:rsid w:val="000C6910"/>
    <w:rsid w:val="000D2F3B"/>
    <w:rsid w:val="001349D1"/>
    <w:rsid w:val="0015074B"/>
    <w:rsid w:val="00166687"/>
    <w:rsid w:val="001A400D"/>
    <w:rsid w:val="001C05E5"/>
    <w:rsid w:val="002159C2"/>
    <w:rsid w:val="0029639D"/>
    <w:rsid w:val="002B5056"/>
    <w:rsid w:val="00307606"/>
    <w:rsid w:val="00326F90"/>
    <w:rsid w:val="00386C40"/>
    <w:rsid w:val="0041539F"/>
    <w:rsid w:val="00420377"/>
    <w:rsid w:val="00473F00"/>
    <w:rsid w:val="004902BF"/>
    <w:rsid w:val="004C0607"/>
    <w:rsid w:val="004C4631"/>
    <w:rsid w:val="00563952"/>
    <w:rsid w:val="005B2E9E"/>
    <w:rsid w:val="005D45A9"/>
    <w:rsid w:val="005E6492"/>
    <w:rsid w:val="00633908"/>
    <w:rsid w:val="00645E84"/>
    <w:rsid w:val="00682138"/>
    <w:rsid w:val="006D12A9"/>
    <w:rsid w:val="00733705"/>
    <w:rsid w:val="00793304"/>
    <w:rsid w:val="007D26D3"/>
    <w:rsid w:val="00833ACD"/>
    <w:rsid w:val="00894210"/>
    <w:rsid w:val="0096490A"/>
    <w:rsid w:val="009F2E8F"/>
    <w:rsid w:val="00AA1D8D"/>
    <w:rsid w:val="00AA3686"/>
    <w:rsid w:val="00B02533"/>
    <w:rsid w:val="00B47730"/>
    <w:rsid w:val="00BC2D0E"/>
    <w:rsid w:val="00C07792"/>
    <w:rsid w:val="00C301F9"/>
    <w:rsid w:val="00CA0A20"/>
    <w:rsid w:val="00CB0664"/>
    <w:rsid w:val="00CC0458"/>
    <w:rsid w:val="00CF48CB"/>
    <w:rsid w:val="00CF7923"/>
    <w:rsid w:val="00DD60CE"/>
    <w:rsid w:val="00E80DCD"/>
    <w:rsid w:val="00EE3479"/>
    <w:rsid w:val="00EF50CA"/>
    <w:rsid w:val="00F44DE7"/>
    <w:rsid w:val="00F60398"/>
    <w:rsid w:val="00F904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FFBAC1"/>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9</cp:revision>
  <dcterms:created xsi:type="dcterms:W3CDTF">2026-10-07T11:00:00Z</dcterms:created>
  <dcterms:modified xsi:type="dcterms:W3CDTF">2026-10-07T11:04:00Z</dcterms:modified>
  <cp:category/>
</cp:coreProperties>
</file>