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DA696" w14:textId="77777777" w:rsidR="00CF48CB" w:rsidRPr="00A04FBD" w:rsidRDefault="00AA3686" w:rsidP="005E6812">
      <w:pPr>
        <w:pStyle w:val="Heading1"/>
        <w:spacing w:before="0" w:line="240" w:lineRule="auto"/>
        <w:jc w:val="center"/>
        <w:rPr>
          <w:rFonts w:ascii="Arial" w:hAnsi="Arial" w:cs="Arial"/>
          <w:sz w:val="40"/>
          <w:szCs w:val="40"/>
        </w:rPr>
      </w:pPr>
      <w:r w:rsidRPr="00A04FBD">
        <w:rPr>
          <w:rFonts w:ascii="Arial" w:hAnsi="Arial" w:cs="Arial"/>
          <w:sz w:val="40"/>
          <w:szCs w:val="40"/>
        </w:rPr>
        <w:t>PAGHAM PARISH COUNCIL</w:t>
      </w:r>
    </w:p>
    <w:p w14:paraId="6EEC7F90" w14:textId="7E7E42D2" w:rsidR="00CF48CB" w:rsidRPr="00A04FBD" w:rsidRDefault="00AA3686" w:rsidP="005E6812">
      <w:pPr>
        <w:spacing w:before="240" w:after="0" w:line="240" w:lineRule="auto"/>
        <w:jc w:val="center"/>
        <w:rPr>
          <w:rFonts w:cs="Arial"/>
          <w:sz w:val="18"/>
          <w:szCs w:val="18"/>
        </w:rPr>
      </w:pPr>
      <w:r w:rsidRPr="00A04FBD">
        <w:rPr>
          <w:rFonts w:cs="Arial"/>
          <w:i/>
          <w:sz w:val="17"/>
          <w:szCs w:val="17"/>
        </w:rPr>
        <w:t xml:space="preserve">Tel: 01243 </w:t>
      </w:r>
      <w:proofErr w:type="gramStart"/>
      <w:r w:rsidRPr="00A04FBD">
        <w:rPr>
          <w:rFonts w:cs="Arial"/>
          <w:i/>
          <w:sz w:val="17"/>
          <w:szCs w:val="17"/>
        </w:rPr>
        <w:t>266424  |</w:t>
      </w:r>
      <w:proofErr w:type="gramEnd"/>
      <w:r w:rsidRPr="00A04FBD">
        <w:rPr>
          <w:rFonts w:cs="Arial"/>
          <w:i/>
          <w:sz w:val="17"/>
          <w:szCs w:val="17"/>
        </w:rPr>
        <w:t xml:space="preserve">  E-mail: clerk@paghamparishcouncil.gov.uk</w:t>
      </w:r>
      <w:r w:rsidRPr="00A04FBD">
        <w:rPr>
          <w:rFonts w:cs="Arial"/>
          <w:i/>
          <w:sz w:val="17"/>
          <w:szCs w:val="17"/>
        </w:rPr>
        <w:br/>
      </w:r>
    </w:p>
    <w:p w14:paraId="01E6A490" w14:textId="77777777" w:rsidR="00CF48CB" w:rsidRPr="00A04FBD" w:rsidRDefault="00AA3686" w:rsidP="00A04FBD">
      <w:pPr>
        <w:pStyle w:val="Heading2"/>
        <w:spacing w:before="0" w:line="240" w:lineRule="auto"/>
        <w:jc w:val="center"/>
        <w:rPr>
          <w:rFonts w:ascii="Arial" w:hAnsi="Arial" w:cs="Arial"/>
          <w:sz w:val="20"/>
          <w:szCs w:val="20"/>
        </w:rPr>
      </w:pPr>
      <w:r w:rsidRPr="00A04FBD">
        <w:rPr>
          <w:rFonts w:ascii="Arial" w:hAnsi="Arial" w:cs="Arial"/>
          <w:sz w:val="20"/>
          <w:szCs w:val="20"/>
        </w:rPr>
        <w:t>Meeting Information</w:t>
      </w:r>
    </w:p>
    <w:p w14:paraId="0843D57F" w14:textId="1DA163CA" w:rsidR="00CF48CB" w:rsidRPr="00A04FBD" w:rsidRDefault="00AA3686" w:rsidP="005E6812">
      <w:pPr>
        <w:pStyle w:val="ListBullet"/>
        <w:spacing w:line="240" w:lineRule="auto"/>
        <w:rPr>
          <w:rFonts w:cs="Arial"/>
          <w:sz w:val="20"/>
          <w:szCs w:val="20"/>
        </w:rPr>
      </w:pPr>
      <w:r w:rsidRPr="00A04FBD">
        <w:rPr>
          <w:rFonts w:cs="Arial"/>
          <w:b/>
          <w:sz w:val="20"/>
          <w:szCs w:val="20"/>
        </w:rPr>
        <w:t xml:space="preserve">Date and Time: </w:t>
      </w:r>
      <w:r w:rsidRPr="00A04FBD">
        <w:rPr>
          <w:rFonts w:cs="Arial"/>
          <w:color w:val="EE0000"/>
          <w:sz w:val="20"/>
          <w:szCs w:val="20"/>
        </w:rPr>
        <w:t xml:space="preserve">Tuesday </w:t>
      </w:r>
      <w:r w:rsidR="00281958">
        <w:rPr>
          <w:rFonts w:cs="Arial"/>
          <w:color w:val="EE0000"/>
          <w:sz w:val="20"/>
          <w:szCs w:val="20"/>
        </w:rPr>
        <w:t>22</w:t>
      </w:r>
      <w:r w:rsidR="00281958" w:rsidRPr="00281958">
        <w:rPr>
          <w:rFonts w:cs="Arial"/>
          <w:color w:val="EE0000"/>
          <w:sz w:val="20"/>
          <w:szCs w:val="20"/>
          <w:vertAlign w:val="superscript"/>
        </w:rPr>
        <w:t>nd</w:t>
      </w:r>
      <w:r w:rsidR="00281958">
        <w:rPr>
          <w:rFonts w:cs="Arial"/>
          <w:color w:val="EE0000"/>
          <w:sz w:val="20"/>
          <w:szCs w:val="20"/>
        </w:rPr>
        <w:t xml:space="preserve"> September</w:t>
      </w:r>
      <w:r w:rsidRPr="00A04FBD">
        <w:rPr>
          <w:rFonts w:cs="Arial"/>
          <w:color w:val="EE0000"/>
          <w:sz w:val="20"/>
          <w:szCs w:val="20"/>
        </w:rPr>
        <w:t xml:space="preserve"> 2026</w:t>
      </w:r>
      <w:r w:rsidRPr="00A04FBD">
        <w:rPr>
          <w:rFonts w:cs="Arial"/>
          <w:sz w:val="20"/>
          <w:szCs w:val="20"/>
        </w:rPr>
        <w:t xml:space="preserve"> at 7.</w:t>
      </w:r>
      <w:r w:rsidR="005E0475" w:rsidRPr="00A04FBD">
        <w:rPr>
          <w:rFonts w:cs="Arial"/>
          <w:sz w:val="20"/>
          <w:szCs w:val="20"/>
        </w:rPr>
        <w:t>1</w:t>
      </w:r>
      <w:r w:rsidRPr="00A04FBD">
        <w:rPr>
          <w:rFonts w:cs="Arial"/>
          <w:sz w:val="20"/>
          <w:szCs w:val="20"/>
        </w:rPr>
        <w:t>5pm</w:t>
      </w:r>
    </w:p>
    <w:p w14:paraId="2D6230EC" w14:textId="77777777" w:rsidR="00CF48CB" w:rsidRPr="00A04FBD" w:rsidRDefault="00AA3686" w:rsidP="005E6812">
      <w:pPr>
        <w:pStyle w:val="ListBullet"/>
        <w:spacing w:line="240" w:lineRule="auto"/>
        <w:rPr>
          <w:rFonts w:cs="Arial"/>
          <w:sz w:val="20"/>
          <w:szCs w:val="20"/>
        </w:rPr>
      </w:pPr>
      <w:r w:rsidRPr="00A04FBD">
        <w:rPr>
          <w:rFonts w:cs="Arial"/>
          <w:b/>
          <w:sz w:val="20"/>
          <w:szCs w:val="20"/>
        </w:rPr>
        <w:t xml:space="preserve">Venue: </w:t>
      </w:r>
      <w:r w:rsidRPr="00A04FBD">
        <w:rPr>
          <w:rFonts w:cs="Arial"/>
          <w:sz w:val="20"/>
          <w:szCs w:val="20"/>
        </w:rPr>
        <w:t>The Small Hall, Pagham Village Hall, Pagham, PO21 4NJ</w:t>
      </w:r>
    </w:p>
    <w:p w14:paraId="2AFB98A8" w14:textId="00F8DF3D" w:rsidR="00CF48CB" w:rsidRPr="00A04FBD" w:rsidRDefault="00AA3686" w:rsidP="005E6812">
      <w:pPr>
        <w:pStyle w:val="ListBullet"/>
        <w:spacing w:line="240" w:lineRule="auto"/>
        <w:rPr>
          <w:rFonts w:cs="Arial"/>
          <w:sz w:val="20"/>
          <w:szCs w:val="20"/>
        </w:rPr>
      </w:pPr>
      <w:r w:rsidRPr="00A04FBD">
        <w:rPr>
          <w:rFonts w:cs="Arial"/>
          <w:b/>
          <w:sz w:val="20"/>
          <w:szCs w:val="20"/>
        </w:rPr>
        <w:t xml:space="preserve">Councillors Summoned: </w:t>
      </w:r>
      <w:r w:rsidRPr="00A04FBD">
        <w:rPr>
          <w:rFonts w:cs="Arial"/>
          <w:sz w:val="20"/>
          <w:szCs w:val="20"/>
        </w:rPr>
        <w:t xml:space="preserve">Mr P Atkins, Mrs J Behr, </w:t>
      </w:r>
      <w:r w:rsidR="005E0475" w:rsidRPr="00A04FBD">
        <w:rPr>
          <w:rFonts w:cs="Arial"/>
          <w:sz w:val="20"/>
          <w:szCs w:val="20"/>
        </w:rPr>
        <w:t xml:space="preserve">Mr J Carr, </w:t>
      </w:r>
      <w:r w:rsidRPr="00A04FBD">
        <w:rPr>
          <w:rFonts w:cs="Arial"/>
          <w:sz w:val="20"/>
          <w:szCs w:val="20"/>
        </w:rPr>
        <w:t xml:space="preserve">Mr P Cooper, </w:t>
      </w:r>
      <w:r w:rsidR="006D5E9C" w:rsidRPr="00A04FBD">
        <w:rPr>
          <w:rFonts w:cs="Arial"/>
          <w:sz w:val="20"/>
          <w:szCs w:val="20"/>
        </w:rPr>
        <w:t xml:space="preserve">Mrs D Hall, </w:t>
      </w:r>
      <w:proofErr w:type="spellStart"/>
      <w:r w:rsidRPr="00A04FBD">
        <w:rPr>
          <w:rFonts w:cs="Arial"/>
          <w:sz w:val="20"/>
          <w:szCs w:val="20"/>
        </w:rPr>
        <w:t>Ms</w:t>
      </w:r>
      <w:proofErr w:type="spellEnd"/>
      <w:r w:rsidRPr="00A04FBD">
        <w:rPr>
          <w:rFonts w:cs="Arial"/>
          <w:sz w:val="20"/>
          <w:szCs w:val="20"/>
        </w:rPr>
        <w:t xml:space="preserve"> P Hilton, Mr M Howard, Mr D Huntley, Mr I Manion &amp; Mrs R Palmer</w:t>
      </w:r>
    </w:p>
    <w:p w14:paraId="5BCD681B" w14:textId="7459EC89" w:rsidR="004902BF" w:rsidRPr="00A04FBD" w:rsidRDefault="004902BF" w:rsidP="005E6812">
      <w:pPr>
        <w:pStyle w:val="ListBullet"/>
        <w:spacing w:line="240" w:lineRule="auto"/>
        <w:rPr>
          <w:rFonts w:cs="Arial"/>
          <w:sz w:val="20"/>
          <w:szCs w:val="20"/>
        </w:rPr>
      </w:pPr>
      <w:r w:rsidRPr="00A04FBD">
        <w:rPr>
          <w:rFonts w:cs="Arial"/>
          <w:b/>
          <w:sz w:val="20"/>
          <w:szCs w:val="20"/>
        </w:rPr>
        <w:t>Notice Issued</w:t>
      </w:r>
      <w:proofErr w:type="gramStart"/>
      <w:r w:rsidRPr="00A04FBD">
        <w:rPr>
          <w:rFonts w:cs="Arial"/>
          <w:b/>
          <w:sz w:val="20"/>
          <w:szCs w:val="20"/>
        </w:rPr>
        <w:t>:</w:t>
      </w:r>
      <w:r w:rsidRPr="00A04FBD">
        <w:rPr>
          <w:rFonts w:cs="Arial"/>
          <w:sz w:val="20"/>
          <w:szCs w:val="20"/>
        </w:rPr>
        <w:t xml:space="preserve">  </w:t>
      </w:r>
      <w:r w:rsidR="008E21AE">
        <w:rPr>
          <w:rFonts w:cs="Arial"/>
          <w:color w:val="EE0000"/>
          <w:sz w:val="20"/>
          <w:szCs w:val="20"/>
        </w:rPr>
        <w:t>1</w:t>
      </w:r>
      <w:r w:rsidR="00E30567">
        <w:rPr>
          <w:rFonts w:cs="Arial"/>
          <w:color w:val="EE0000"/>
          <w:sz w:val="20"/>
          <w:szCs w:val="20"/>
        </w:rPr>
        <w:t>5</w:t>
      </w:r>
      <w:r w:rsidR="00E30567" w:rsidRPr="00E30567">
        <w:rPr>
          <w:rFonts w:cs="Arial"/>
          <w:color w:val="EE0000"/>
          <w:sz w:val="20"/>
          <w:szCs w:val="20"/>
          <w:vertAlign w:val="superscript"/>
        </w:rPr>
        <w:t>th</w:t>
      </w:r>
      <w:proofErr w:type="gramEnd"/>
      <w:r w:rsidR="00E30567">
        <w:rPr>
          <w:rFonts w:cs="Arial"/>
          <w:color w:val="EE0000"/>
          <w:sz w:val="20"/>
          <w:szCs w:val="20"/>
        </w:rPr>
        <w:t xml:space="preserve"> September</w:t>
      </w:r>
      <w:r w:rsidR="00215797">
        <w:rPr>
          <w:rFonts w:cs="Arial"/>
          <w:color w:val="EE0000"/>
          <w:sz w:val="20"/>
          <w:szCs w:val="20"/>
        </w:rPr>
        <w:t xml:space="preserve"> 2026</w:t>
      </w:r>
    </w:p>
    <w:p w14:paraId="031E3795" w14:textId="5CAAC6E6" w:rsidR="004902BF" w:rsidRPr="00A04FBD" w:rsidRDefault="00AA3686" w:rsidP="005E6812">
      <w:pPr>
        <w:spacing w:before="160" w:line="240" w:lineRule="auto"/>
        <w:jc w:val="center"/>
        <w:rPr>
          <w:rFonts w:cs="Arial"/>
          <w:sz w:val="20"/>
          <w:szCs w:val="20"/>
        </w:rPr>
      </w:pPr>
      <w:r w:rsidRPr="00A04FBD">
        <w:rPr>
          <w:rFonts w:cs="Arial"/>
          <w:sz w:val="20"/>
          <w:szCs w:val="20"/>
        </w:rPr>
        <w:t xml:space="preserve">Members are hereby </w:t>
      </w:r>
      <w:proofErr w:type="gramStart"/>
      <w:r w:rsidRPr="00A04FBD">
        <w:rPr>
          <w:rFonts w:cs="Arial"/>
          <w:sz w:val="20"/>
          <w:szCs w:val="20"/>
        </w:rPr>
        <w:t>summoned</w:t>
      </w:r>
      <w:proofErr w:type="gramEnd"/>
      <w:r w:rsidRPr="00A04FBD">
        <w:rPr>
          <w:rFonts w:cs="Arial"/>
          <w:sz w:val="20"/>
          <w:szCs w:val="20"/>
        </w:rPr>
        <w:t xml:space="preserve"> to attend a MEETING of </w:t>
      </w:r>
      <w:r w:rsidR="000C1711" w:rsidRPr="00A04FBD">
        <w:rPr>
          <w:rFonts w:cs="Arial"/>
          <w:sz w:val="20"/>
          <w:szCs w:val="20"/>
        </w:rPr>
        <w:t xml:space="preserve">the </w:t>
      </w:r>
      <w:r w:rsidR="005E0475" w:rsidRPr="00A04FBD">
        <w:rPr>
          <w:rFonts w:cs="Arial"/>
          <w:sz w:val="20"/>
          <w:szCs w:val="20"/>
        </w:rPr>
        <w:t>PLANNING</w:t>
      </w:r>
      <w:r w:rsidR="000C1711" w:rsidRPr="00A04FBD">
        <w:rPr>
          <w:rFonts w:cs="Arial"/>
          <w:sz w:val="20"/>
          <w:szCs w:val="20"/>
        </w:rPr>
        <w:t xml:space="preserve"> COMMITTEE of </w:t>
      </w:r>
      <w:r w:rsidRPr="00A04FBD">
        <w:rPr>
          <w:rFonts w:cs="Arial"/>
          <w:sz w:val="20"/>
          <w:szCs w:val="20"/>
        </w:rPr>
        <w:t>PAGHAM PARISH COUNCIL to transact the business detailed below.</w:t>
      </w:r>
    </w:p>
    <w:p w14:paraId="111C21D7" w14:textId="042E667B" w:rsidR="00CF48CB" w:rsidRPr="00A04FBD" w:rsidRDefault="00AA3686" w:rsidP="0029420C">
      <w:pPr>
        <w:spacing w:line="240" w:lineRule="auto"/>
        <w:jc w:val="center"/>
        <w:rPr>
          <w:rFonts w:cs="Arial"/>
          <w:sz w:val="20"/>
          <w:szCs w:val="20"/>
        </w:rPr>
      </w:pPr>
      <w:r w:rsidRPr="00A04FBD">
        <w:rPr>
          <w:rFonts w:cs="Arial"/>
          <w:sz w:val="20"/>
          <w:szCs w:val="20"/>
        </w:rPr>
        <w:t>Members of the Public and Press are welcome and encouraged to attend.</w:t>
      </w:r>
    </w:p>
    <w:p w14:paraId="7F4AE4CB" w14:textId="7C04D30F" w:rsidR="00CF48CB" w:rsidRPr="00345D4A" w:rsidRDefault="00AA3686" w:rsidP="00345D4A">
      <w:pPr>
        <w:pStyle w:val="Heading2"/>
        <w:jc w:val="center"/>
        <w:rPr>
          <w:sz w:val="52"/>
          <w:szCs w:val="52"/>
        </w:rPr>
      </w:pPr>
      <w:r w:rsidRPr="00345D4A">
        <w:rPr>
          <w:sz w:val="52"/>
          <w:szCs w:val="52"/>
        </w:rPr>
        <w:t>Agenda</w:t>
      </w:r>
    </w:p>
    <w:p w14:paraId="75D904BF" w14:textId="77777777" w:rsidR="00E02148" w:rsidRPr="00C76B40" w:rsidRDefault="00E02148" w:rsidP="00C76B4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color w:val="000000"/>
          <w:sz w:val="20"/>
          <w:szCs w:val="20"/>
        </w:rPr>
        <w:t>Apologies from Members.</w:t>
      </w:r>
    </w:p>
    <w:p w14:paraId="2197F83E" w14:textId="77777777" w:rsidR="00E02148" w:rsidRPr="00C76B40" w:rsidRDefault="00E02148" w:rsidP="00C76B40">
      <w:pPr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5E1B28E1" w14:textId="77777777" w:rsidR="00E02148" w:rsidRPr="00C76B40" w:rsidRDefault="00E02148" w:rsidP="00C76B4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sz w:val="20"/>
          <w:szCs w:val="20"/>
        </w:rPr>
        <w:t xml:space="preserve">To receive declarations of interest by </w:t>
      </w:r>
      <w:proofErr w:type="spellStart"/>
      <w:r w:rsidRPr="00C76B40">
        <w:rPr>
          <w:rFonts w:cs="Arial"/>
          <w:b/>
          <w:sz w:val="20"/>
          <w:szCs w:val="20"/>
        </w:rPr>
        <w:t>Councillors</w:t>
      </w:r>
      <w:proofErr w:type="spellEnd"/>
      <w:r w:rsidRPr="00C76B40">
        <w:rPr>
          <w:rFonts w:cs="Arial"/>
          <w:b/>
          <w:sz w:val="20"/>
          <w:szCs w:val="20"/>
        </w:rPr>
        <w:t xml:space="preserve"> on any of the agenda items below.</w:t>
      </w:r>
      <w:r w:rsidRPr="00C76B40">
        <w:rPr>
          <w:rFonts w:cs="Arial"/>
          <w:b/>
          <w:bCs/>
          <w:color w:val="000000"/>
          <w:sz w:val="20"/>
          <w:szCs w:val="20"/>
        </w:rPr>
        <w:t xml:space="preserve"> </w:t>
      </w:r>
    </w:p>
    <w:p w14:paraId="52FC2F15" w14:textId="77777777" w:rsidR="00E02148" w:rsidRPr="00C76B40" w:rsidRDefault="00E02148" w:rsidP="001108A9">
      <w:pPr>
        <w:pStyle w:val="ListParagraph"/>
        <w:spacing w:after="0" w:line="240" w:lineRule="auto"/>
        <w:rPr>
          <w:rFonts w:cs="Arial"/>
          <w:b/>
          <w:color w:val="000000"/>
          <w:sz w:val="20"/>
          <w:szCs w:val="20"/>
        </w:rPr>
      </w:pPr>
    </w:p>
    <w:p w14:paraId="6A79B053" w14:textId="77777777" w:rsidR="00B051B5" w:rsidRPr="00C76B40" w:rsidRDefault="00E02148" w:rsidP="00C76B4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color w:val="000000"/>
          <w:sz w:val="20"/>
          <w:szCs w:val="20"/>
        </w:rPr>
        <w:t xml:space="preserve">Public Session </w:t>
      </w:r>
      <w:r w:rsidRPr="00A47BB3">
        <w:rPr>
          <w:rFonts w:cs="Arial"/>
          <w:bCs/>
          <w:i/>
          <w:iCs/>
          <w:color w:val="000000"/>
          <w:sz w:val="20"/>
          <w:szCs w:val="20"/>
        </w:rPr>
        <w:t>(this will be limited to 10 minutes</w:t>
      </w:r>
      <w:r w:rsidRPr="00C76B40">
        <w:rPr>
          <w:rFonts w:cs="Arial"/>
          <w:b/>
          <w:color w:val="000000"/>
          <w:sz w:val="20"/>
          <w:szCs w:val="20"/>
        </w:rPr>
        <w:t>)</w:t>
      </w:r>
    </w:p>
    <w:p w14:paraId="596E4D52" w14:textId="77777777" w:rsidR="00B051B5" w:rsidRPr="00C76B40" w:rsidRDefault="00B051B5" w:rsidP="00C76B4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29B33DEA" w14:textId="77777777" w:rsidR="00A47BB3" w:rsidRPr="00A47BB3" w:rsidRDefault="00A47BB3" w:rsidP="00A47BB3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A47BB3">
        <w:rPr>
          <w:rFonts w:cs="Arial"/>
          <w:b/>
          <w:color w:val="000000"/>
          <w:sz w:val="20"/>
          <w:szCs w:val="20"/>
        </w:rPr>
        <w:t xml:space="preserve">To receive and approve the minutes of the Planning Committee meeting held on 25th August 2026 </w:t>
      </w:r>
      <w:r w:rsidRPr="00A47BB3">
        <w:rPr>
          <w:rFonts w:cs="Arial"/>
          <w:bCs/>
          <w:i/>
          <w:iCs/>
          <w:color w:val="000000"/>
          <w:sz w:val="20"/>
          <w:szCs w:val="20"/>
        </w:rPr>
        <w:t>(previously issued).</w:t>
      </w:r>
      <w:r w:rsidRPr="00A47BB3">
        <w:rPr>
          <w:rFonts w:cs="Arial"/>
          <w:b/>
          <w:color w:val="000000"/>
          <w:sz w:val="20"/>
          <w:szCs w:val="20"/>
        </w:rPr>
        <w:t xml:space="preserve">  </w:t>
      </w:r>
    </w:p>
    <w:p w14:paraId="5C5B004A" w14:textId="77777777" w:rsidR="00A47BB3" w:rsidRPr="00A47BB3" w:rsidRDefault="00A47BB3" w:rsidP="00A47B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2A26FF42" w14:textId="72FFB619" w:rsidR="00A47BB3" w:rsidRPr="00A47BB3" w:rsidRDefault="00A47BB3" w:rsidP="00A47BB3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A47BB3">
        <w:rPr>
          <w:rFonts w:cs="Arial"/>
          <w:b/>
          <w:color w:val="000000"/>
          <w:sz w:val="20"/>
          <w:szCs w:val="20"/>
        </w:rPr>
        <w:t xml:space="preserve">Matters arising from the previous Minutes </w:t>
      </w:r>
      <w:r w:rsidRPr="00A47BB3">
        <w:rPr>
          <w:rFonts w:cs="Arial"/>
          <w:bCs/>
          <w:i/>
          <w:iCs/>
          <w:color w:val="000000"/>
          <w:sz w:val="20"/>
          <w:szCs w:val="20"/>
        </w:rPr>
        <w:t>(this is for information sharing purposes only)</w:t>
      </w:r>
      <w:r w:rsidRPr="00A47BB3">
        <w:rPr>
          <w:rFonts w:cs="Arial"/>
          <w:b/>
          <w:color w:val="000000"/>
          <w:sz w:val="20"/>
          <w:szCs w:val="20"/>
        </w:rPr>
        <w:tab/>
      </w:r>
    </w:p>
    <w:p w14:paraId="351B61CA" w14:textId="77777777" w:rsidR="00A47BB3" w:rsidRPr="00A47BB3" w:rsidRDefault="00A47BB3" w:rsidP="00A47B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768361EA" w14:textId="77777777" w:rsidR="00A47BB3" w:rsidRPr="00A47BB3" w:rsidRDefault="00A47BB3" w:rsidP="00A47BB3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A47BB3">
        <w:rPr>
          <w:rFonts w:cs="Arial"/>
          <w:b/>
          <w:color w:val="000000"/>
          <w:sz w:val="20"/>
          <w:szCs w:val="20"/>
        </w:rPr>
        <w:t xml:space="preserve">Planning applications: To consider responses to Planning Applications which have been submitted to Arun District Council and to delegate to the Parish Clerk to respond to each application. </w:t>
      </w:r>
    </w:p>
    <w:p w14:paraId="29503E8D" w14:textId="77777777" w:rsidR="00A47BB3" w:rsidRPr="00A47BB3" w:rsidRDefault="00A47BB3" w:rsidP="00A47B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067C7A79" w14:textId="370B8A89" w:rsidR="00A47BB3" w:rsidRPr="00A47BB3" w:rsidRDefault="00A47BB3" w:rsidP="00A47BB3">
      <w:pPr>
        <w:widowControl w:val="0"/>
        <w:numPr>
          <w:ilvl w:val="1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A47BB3">
        <w:rPr>
          <w:rFonts w:cs="Arial"/>
          <w:b/>
          <w:color w:val="000000"/>
          <w:sz w:val="20"/>
          <w:szCs w:val="20"/>
        </w:rPr>
        <w:t xml:space="preserve"> P/111/26/A – 194-196 Pagham Road Pagham PO21 3QB.  Installation of 1no internally illuminated fascia sign, 1no non-illuminated fascia sign, 1no internally illuminated ATM sign and 5no vinyls.</w:t>
      </w:r>
    </w:p>
    <w:p w14:paraId="70731FDD" w14:textId="77777777" w:rsidR="00A47BB3" w:rsidRPr="00A47BB3" w:rsidRDefault="00A47BB3" w:rsidP="00A47B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16"/>
        <w:rPr>
          <w:rFonts w:cs="Arial"/>
          <w:b/>
          <w:color w:val="000000"/>
          <w:sz w:val="20"/>
          <w:szCs w:val="20"/>
        </w:rPr>
      </w:pPr>
    </w:p>
    <w:p w14:paraId="0B9A4C10" w14:textId="50CE8D6C" w:rsidR="00A47BB3" w:rsidRPr="00A47BB3" w:rsidRDefault="00A47BB3" w:rsidP="00A47BB3">
      <w:pPr>
        <w:widowControl w:val="0"/>
        <w:numPr>
          <w:ilvl w:val="1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A47BB3">
        <w:rPr>
          <w:rFonts w:cs="Arial"/>
          <w:b/>
          <w:color w:val="000000"/>
          <w:sz w:val="20"/>
          <w:szCs w:val="20"/>
        </w:rPr>
        <w:t xml:space="preserve"> P/118/26/L – Little Welbourne Church Lane Pagham PO21 4NX.  Listed building consent for the replacement of a </w:t>
      </w:r>
      <w:proofErr w:type="gramStart"/>
      <w:r w:rsidRPr="00A47BB3">
        <w:rPr>
          <w:rFonts w:cs="Arial"/>
          <w:b/>
          <w:color w:val="000000"/>
          <w:sz w:val="20"/>
          <w:szCs w:val="20"/>
        </w:rPr>
        <w:t>double glazed</w:t>
      </w:r>
      <w:proofErr w:type="gramEnd"/>
      <w:r w:rsidRPr="00A47BB3">
        <w:rPr>
          <w:rFonts w:cs="Arial"/>
          <w:b/>
          <w:color w:val="000000"/>
          <w:sz w:val="20"/>
          <w:szCs w:val="20"/>
        </w:rPr>
        <w:t xml:space="preserve"> </w:t>
      </w:r>
      <w:proofErr w:type="spellStart"/>
      <w:r w:rsidRPr="00A47BB3">
        <w:rPr>
          <w:rFonts w:cs="Arial"/>
          <w:b/>
          <w:color w:val="000000"/>
          <w:sz w:val="20"/>
          <w:szCs w:val="20"/>
        </w:rPr>
        <w:t>aluminium</w:t>
      </w:r>
      <w:proofErr w:type="spellEnd"/>
      <w:r w:rsidRPr="00A47BB3">
        <w:rPr>
          <w:rFonts w:cs="Arial"/>
          <w:b/>
          <w:color w:val="000000"/>
          <w:sz w:val="20"/>
          <w:szCs w:val="20"/>
        </w:rPr>
        <w:t>/timber windows and doors with double glazed painted timber casement, sprung sash windows and matching French doors.</w:t>
      </w:r>
    </w:p>
    <w:p w14:paraId="3964AF25" w14:textId="77777777" w:rsidR="00A47BB3" w:rsidRPr="00A47BB3" w:rsidRDefault="00A47BB3" w:rsidP="00A47B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16"/>
        <w:rPr>
          <w:rFonts w:cs="Arial"/>
          <w:b/>
          <w:color w:val="000000"/>
          <w:sz w:val="20"/>
          <w:szCs w:val="20"/>
        </w:rPr>
      </w:pPr>
    </w:p>
    <w:p w14:paraId="669FF428" w14:textId="1F145868" w:rsidR="00A47BB3" w:rsidRPr="00A47BB3" w:rsidRDefault="00A47BB3" w:rsidP="00A47BB3">
      <w:pPr>
        <w:widowControl w:val="0"/>
        <w:numPr>
          <w:ilvl w:val="1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A47BB3">
        <w:rPr>
          <w:rFonts w:cs="Arial"/>
          <w:b/>
          <w:color w:val="000000"/>
          <w:sz w:val="20"/>
          <w:szCs w:val="20"/>
        </w:rPr>
        <w:t xml:space="preserve"> P/120/26/s73 – 33 West Front Road Pagham PO21 4SZ – application under section 73 of the Town and Country Planning Act 1990 for the variation of condition 2 – plans, following the grant of P/136/22/H</w:t>
      </w:r>
    </w:p>
    <w:p w14:paraId="6FA5C87E" w14:textId="77777777" w:rsidR="00982F10" w:rsidRDefault="00E02148" w:rsidP="00982F1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color w:val="000000"/>
          <w:sz w:val="20"/>
          <w:szCs w:val="20"/>
        </w:rPr>
        <w:t xml:space="preserve">To note any decisions confirmed by Arun DC </w:t>
      </w:r>
    </w:p>
    <w:p w14:paraId="7386D59A" w14:textId="77777777" w:rsidR="00982F10" w:rsidRDefault="00982F10" w:rsidP="00A47B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7BF8CB95" w14:textId="460972D3" w:rsidR="00E02148" w:rsidRPr="00982F10" w:rsidRDefault="00E02148" w:rsidP="00982F1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982F10">
        <w:rPr>
          <w:rFonts w:cs="Arial"/>
          <w:b/>
          <w:color w:val="000000"/>
          <w:sz w:val="20"/>
          <w:szCs w:val="20"/>
        </w:rPr>
        <w:t xml:space="preserve">Enforcement &amp; ADC Planning Committees </w:t>
      </w:r>
      <w:r w:rsidRPr="00D15E03">
        <w:rPr>
          <w:rFonts w:cs="Arial"/>
          <w:bCs/>
          <w:i/>
          <w:iCs/>
          <w:color w:val="000000"/>
          <w:sz w:val="20"/>
          <w:szCs w:val="20"/>
        </w:rPr>
        <w:t>receive any updates &amp; consider any issues</w:t>
      </w:r>
      <w:r w:rsidRPr="00982F10">
        <w:rPr>
          <w:rFonts w:cs="Arial"/>
          <w:b/>
          <w:color w:val="000000"/>
          <w:sz w:val="20"/>
          <w:szCs w:val="20"/>
        </w:rPr>
        <w:t>.</w:t>
      </w:r>
    </w:p>
    <w:p w14:paraId="12A70938" w14:textId="77777777" w:rsidR="00E02148" w:rsidRPr="00C76B40" w:rsidRDefault="00E02148" w:rsidP="00A47B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2D196703" w14:textId="77777777" w:rsidR="00E02148" w:rsidRPr="00D15E03" w:rsidRDefault="00E02148" w:rsidP="00C76B4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Cs/>
          <w:i/>
          <w:iCs/>
          <w:color w:val="000000"/>
          <w:sz w:val="20"/>
          <w:szCs w:val="20"/>
        </w:rPr>
      </w:pPr>
      <w:r w:rsidRPr="00C76B40">
        <w:rPr>
          <w:rFonts w:cs="Arial"/>
          <w:b/>
          <w:color w:val="000000"/>
          <w:sz w:val="20"/>
          <w:szCs w:val="20"/>
        </w:rPr>
        <w:t xml:space="preserve">Discharge of conditions applications </w:t>
      </w:r>
      <w:r w:rsidRPr="00D15E03">
        <w:rPr>
          <w:rFonts w:cs="Arial"/>
          <w:bCs/>
          <w:i/>
          <w:iCs/>
          <w:color w:val="000000"/>
          <w:sz w:val="20"/>
          <w:szCs w:val="20"/>
        </w:rPr>
        <w:t>to receive details of discharge of conditions applications under consideration for strategic or larger sites which may be of interest to the Committee.</w:t>
      </w:r>
    </w:p>
    <w:p w14:paraId="43BF660D" w14:textId="77777777" w:rsidR="009D7AF3" w:rsidRPr="00C76B40" w:rsidRDefault="009D7AF3" w:rsidP="00A47B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3D1769C9" w14:textId="39D5DAB6" w:rsidR="00F041C3" w:rsidRPr="00C76B40" w:rsidRDefault="00B75CD6" w:rsidP="00C76B4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color w:val="000000"/>
          <w:sz w:val="20"/>
          <w:szCs w:val="20"/>
        </w:rPr>
        <w:t xml:space="preserve">To note the date of the next </w:t>
      </w:r>
      <w:r w:rsidR="00DB134D" w:rsidRPr="00C76B40">
        <w:rPr>
          <w:rFonts w:cs="Arial"/>
          <w:b/>
          <w:color w:val="000000"/>
          <w:sz w:val="20"/>
          <w:szCs w:val="20"/>
        </w:rPr>
        <w:t>meeting</w:t>
      </w:r>
    </w:p>
    <w:p w14:paraId="7DF48E42" w14:textId="7CC03342" w:rsidR="004902BF" w:rsidRPr="009D7AF3" w:rsidRDefault="004902BF" w:rsidP="009D7AF3">
      <w:pPr>
        <w:spacing w:after="80" w:line="240" w:lineRule="auto"/>
        <w:ind w:left="360"/>
        <w:jc w:val="right"/>
        <w:rPr>
          <w:rFonts w:cs="Arial"/>
          <w:b/>
          <w:color w:val="000000"/>
          <w:sz w:val="20"/>
          <w:szCs w:val="20"/>
        </w:rPr>
      </w:pPr>
      <w:r w:rsidRPr="009D7AF3">
        <w:rPr>
          <w:rFonts w:cs="Arial"/>
          <w:b/>
          <w:color w:val="000000"/>
          <w:sz w:val="20"/>
          <w:szCs w:val="20"/>
        </w:rPr>
        <w:t>Signed</w:t>
      </w:r>
      <w:r w:rsidRPr="00D15E03">
        <w:rPr>
          <w:rFonts w:cs="Arial"/>
          <w:b/>
          <w:color w:val="000000"/>
          <w:sz w:val="28"/>
          <w:szCs w:val="28"/>
        </w:rPr>
        <w:t xml:space="preserve">: </w:t>
      </w:r>
      <w:r w:rsidRPr="00D15E03">
        <w:rPr>
          <w:rFonts w:ascii="Brush Script MT" w:hAnsi="Brush Script MT" w:cs="Arial"/>
          <w:b/>
          <w:color w:val="000000"/>
          <w:sz w:val="28"/>
          <w:szCs w:val="28"/>
        </w:rPr>
        <w:t>Nicola Swann</w:t>
      </w:r>
      <w:r w:rsidRPr="00D15E03">
        <w:rPr>
          <w:rFonts w:cs="Arial"/>
          <w:b/>
          <w:color w:val="000000"/>
          <w:sz w:val="28"/>
          <w:szCs w:val="28"/>
        </w:rPr>
        <w:t xml:space="preserve"> </w:t>
      </w:r>
      <w:r w:rsidRPr="009D7AF3">
        <w:rPr>
          <w:rFonts w:cs="Arial"/>
          <w:b/>
          <w:color w:val="000000"/>
          <w:sz w:val="20"/>
          <w:szCs w:val="20"/>
        </w:rPr>
        <w:t>– Clerk to the Council</w:t>
      </w:r>
    </w:p>
    <w:sectPr w:rsidR="004902BF" w:rsidRPr="009D7AF3" w:rsidSect="001108A9">
      <w:pgSz w:w="12240" w:h="15840"/>
      <w:pgMar w:top="426" w:right="1183" w:bottom="426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0BC5C1A"/>
    <w:multiLevelType w:val="multilevel"/>
    <w:tmpl w:val="7A04788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7E04B19"/>
    <w:multiLevelType w:val="multilevel"/>
    <w:tmpl w:val="3AC4D89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 w:val="0"/>
        <w:i w:val="0"/>
        <w:iCs w:val="0"/>
      </w:rPr>
    </w:lvl>
    <w:lvl w:ilvl="1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43DA40F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E9E505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3E371E2"/>
    <w:multiLevelType w:val="multilevel"/>
    <w:tmpl w:val="3DCAC6C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1778" w:hanging="360"/>
      </w:pPr>
      <w:rPr>
        <w:rFonts w:hint="default"/>
        <w:b/>
        <w:i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775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981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47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53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31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52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091" w:hanging="1800"/>
      </w:pPr>
      <w:rPr>
        <w:rFonts w:hint="default"/>
        <w:b/>
      </w:rPr>
    </w:lvl>
  </w:abstractNum>
  <w:abstractNum w:abstractNumId="14" w15:restartNumberingAfterBreak="0">
    <w:nsid w:val="70121F9B"/>
    <w:multiLevelType w:val="hybridMultilevel"/>
    <w:tmpl w:val="79227E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5958035">
    <w:abstractNumId w:val="8"/>
  </w:num>
  <w:num w:numId="2" w16cid:durableId="1509977971">
    <w:abstractNumId w:val="6"/>
  </w:num>
  <w:num w:numId="3" w16cid:durableId="1076972816">
    <w:abstractNumId w:val="5"/>
  </w:num>
  <w:num w:numId="4" w16cid:durableId="838427989">
    <w:abstractNumId w:val="4"/>
  </w:num>
  <w:num w:numId="5" w16cid:durableId="819083197">
    <w:abstractNumId w:val="7"/>
  </w:num>
  <w:num w:numId="6" w16cid:durableId="208611903">
    <w:abstractNumId w:val="3"/>
  </w:num>
  <w:num w:numId="7" w16cid:durableId="2137916909">
    <w:abstractNumId w:val="2"/>
  </w:num>
  <w:num w:numId="8" w16cid:durableId="954752855">
    <w:abstractNumId w:val="1"/>
  </w:num>
  <w:num w:numId="9" w16cid:durableId="520436716">
    <w:abstractNumId w:val="0"/>
  </w:num>
  <w:num w:numId="10" w16cid:durableId="1463428717">
    <w:abstractNumId w:val="9"/>
  </w:num>
  <w:num w:numId="11" w16cid:durableId="1119101958">
    <w:abstractNumId w:val="10"/>
  </w:num>
  <w:num w:numId="12" w16cid:durableId="1454517469">
    <w:abstractNumId w:val="12"/>
  </w:num>
  <w:num w:numId="13" w16cid:durableId="1430853544">
    <w:abstractNumId w:val="13"/>
  </w:num>
  <w:num w:numId="14" w16cid:durableId="1370912637">
    <w:abstractNumId w:val="14"/>
  </w:num>
  <w:num w:numId="15" w16cid:durableId="5768654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03E4"/>
    <w:rsid w:val="00034616"/>
    <w:rsid w:val="0006063C"/>
    <w:rsid w:val="000877E8"/>
    <w:rsid w:val="000A4A16"/>
    <w:rsid w:val="000C1711"/>
    <w:rsid w:val="000D2F3B"/>
    <w:rsid w:val="000E2D60"/>
    <w:rsid w:val="001108A9"/>
    <w:rsid w:val="00124D0E"/>
    <w:rsid w:val="0015074B"/>
    <w:rsid w:val="00166687"/>
    <w:rsid w:val="00171576"/>
    <w:rsid w:val="00173ABF"/>
    <w:rsid w:val="001C5254"/>
    <w:rsid w:val="00215797"/>
    <w:rsid w:val="002159C2"/>
    <w:rsid w:val="0025155F"/>
    <w:rsid w:val="00260F9D"/>
    <w:rsid w:val="00275428"/>
    <w:rsid w:val="00281958"/>
    <w:rsid w:val="0029420C"/>
    <w:rsid w:val="0029639D"/>
    <w:rsid w:val="00326F90"/>
    <w:rsid w:val="00345D4A"/>
    <w:rsid w:val="00373B6E"/>
    <w:rsid w:val="003D3706"/>
    <w:rsid w:val="00463C36"/>
    <w:rsid w:val="004902BF"/>
    <w:rsid w:val="004B5B3F"/>
    <w:rsid w:val="0053528E"/>
    <w:rsid w:val="00554F78"/>
    <w:rsid w:val="00561E56"/>
    <w:rsid w:val="005A661C"/>
    <w:rsid w:val="005E0475"/>
    <w:rsid w:val="005E6812"/>
    <w:rsid w:val="006B7D46"/>
    <w:rsid w:val="006D5E9C"/>
    <w:rsid w:val="00741F99"/>
    <w:rsid w:val="008A63C6"/>
    <w:rsid w:val="008A7A23"/>
    <w:rsid w:val="008E21AE"/>
    <w:rsid w:val="00940E85"/>
    <w:rsid w:val="00982F10"/>
    <w:rsid w:val="009C6A19"/>
    <w:rsid w:val="009D7AF3"/>
    <w:rsid w:val="00A02364"/>
    <w:rsid w:val="00A04FBD"/>
    <w:rsid w:val="00A30409"/>
    <w:rsid w:val="00A47BB3"/>
    <w:rsid w:val="00A54B6C"/>
    <w:rsid w:val="00AA1D8D"/>
    <w:rsid w:val="00AA3686"/>
    <w:rsid w:val="00AE0B55"/>
    <w:rsid w:val="00AE57B8"/>
    <w:rsid w:val="00B051B5"/>
    <w:rsid w:val="00B47730"/>
    <w:rsid w:val="00B75CD6"/>
    <w:rsid w:val="00BC1F8D"/>
    <w:rsid w:val="00BF293E"/>
    <w:rsid w:val="00C15CC4"/>
    <w:rsid w:val="00C31A30"/>
    <w:rsid w:val="00C76B40"/>
    <w:rsid w:val="00CB0664"/>
    <w:rsid w:val="00CD0D40"/>
    <w:rsid w:val="00CD60A4"/>
    <w:rsid w:val="00CF48CB"/>
    <w:rsid w:val="00D15E03"/>
    <w:rsid w:val="00D30B0B"/>
    <w:rsid w:val="00DB134D"/>
    <w:rsid w:val="00DD0993"/>
    <w:rsid w:val="00E02148"/>
    <w:rsid w:val="00E30567"/>
    <w:rsid w:val="00EA5A7C"/>
    <w:rsid w:val="00EC3BCD"/>
    <w:rsid w:val="00EF758E"/>
    <w:rsid w:val="00F041C3"/>
    <w:rsid w:val="00F10D3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FFBAC1"/>
  <w14:defaultImageDpi w14:val="330"/>
  <w15:docId w15:val="{EEC59C40-9D98-4222-83EF-D98941B89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2222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Nicola Swann</cp:lastModifiedBy>
  <cp:revision>6</cp:revision>
  <dcterms:created xsi:type="dcterms:W3CDTF">2026-09-21T11:59:00Z</dcterms:created>
  <dcterms:modified xsi:type="dcterms:W3CDTF">2026-09-21T12:02:00Z</dcterms:modified>
  <cp:category/>
</cp:coreProperties>
</file>