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B61CF" w14:textId="77777777" w:rsidR="00270F4F" w:rsidRDefault="00C04199">
      <w:pPr>
        <w:pStyle w:val="Heading1"/>
        <w:jc w:val="center"/>
      </w:pPr>
      <w:r>
        <w:t>PAGHAM PARISH COUNCIL</w:t>
      </w:r>
    </w:p>
    <w:p w14:paraId="4EB3FA3F" w14:textId="2DF959FE" w:rsidR="00270F4F" w:rsidRDefault="00C04199">
      <w:pPr>
        <w:jc w:val="center"/>
      </w:pPr>
      <w:r>
        <w:rPr>
          <w:b/>
        </w:rPr>
        <w:t>Tel: 01243-266424 | E-mail: clerk@paghamparishcouncil.gov.uk</w:t>
      </w:r>
      <w:r>
        <w:rPr>
          <w:b/>
        </w:rPr>
        <w:br/>
      </w:r>
      <w:r w:rsidR="001737BE" w:rsidRPr="001737BE">
        <w:rPr>
          <w:rStyle w:val="Heading1Char"/>
        </w:rPr>
        <w:t xml:space="preserve">Minutes of </w:t>
      </w:r>
      <w:r w:rsidR="00F10089">
        <w:rPr>
          <w:rStyle w:val="Heading1Char"/>
        </w:rPr>
        <w:t>a meeting of the</w:t>
      </w:r>
      <w:r w:rsidR="001737BE" w:rsidRPr="001737BE">
        <w:rPr>
          <w:rStyle w:val="Heading1Char"/>
        </w:rPr>
        <w:t xml:space="preserve"> Planning Committee</w:t>
      </w:r>
      <w:r w:rsidR="001737BE">
        <w:t xml:space="preserve"> </w:t>
      </w:r>
    </w:p>
    <w:p w14:paraId="699417A1" w14:textId="77777777" w:rsidR="00270F4F" w:rsidRDefault="00C04199">
      <w:pPr>
        <w:pStyle w:val="Heading2"/>
      </w:pPr>
      <w:r>
        <w:t>Meeting Details</w:t>
      </w:r>
    </w:p>
    <w:p w14:paraId="715B6609" w14:textId="3C9D168C" w:rsidR="00270F4F" w:rsidRPr="008B6D00" w:rsidRDefault="00C04199">
      <w:pPr>
        <w:rPr>
          <w:sz w:val="20"/>
          <w:szCs w:val="20"/>
        </w:rPr>
      </w:pPr>
      <w:r>
        <w:rPr>
          <w:b/>
        </w:rPr>
        <w:t xml:space="preserve">• </w:t>
      </w:r>
      <w:r w:rsidRPr="008B6D00">
        <w:rPr>
          <w:b/>
          <w:sz w:val="20"/>
          <w:szCs w:val="20"/>
        </w:rPr>
        <w:t xml:space="preserve">Date and Time: </w:t>
      </w:r>
      <w:r w:rsidRPr="008B6D00">
        <w:rPr>
          <w:sz w:val="20"/>
          <w:szCs w:val="20"/>
        </w:rPr>
        <w:t xml:space="preserve">Tuesday </w:t>
      </w:r>
      <w:r w:rsidR="008B1F9A">
        <w:rPr>
          <w:sz w:val="20"/>
          <w:szCs w:val="20"/>
        </w:rPr>
        <w:t>22</w:t>
      </w:r>
      <w:r w:rsidR="008B1F9A" w:rsidRPr="008B1F9A">
        <w:rPr>
          <w:sz w:val="20"/>
          <w:szCs w:val="20"/>
          <w:vertAlign w:val="superscript"/>
        </w:rPr>
        <w:t>nd</w:t>
      </w:r>
      <w:r w:rsidR="008B1F9A">
        <w:rPr>
          <w:sz w:val="20"/>
          <w:szCs w:val="20"/>
        </w:rPr>
        <w:t xml:space="preserve"> September</w:t>
      </w:r>
      <w:r w:rsidRPr="008B6D00">
        <w:rPr>
          <w:sz w:val="20"/>
          <w:szCs w:val="20"/>
        </w:rPr>
        <w:t xml:space="preserve"> 2026 at 7.</w:t>
      </w:r>
      <w:r w:rsidR="00897E12" w:rsidRPr="008B6D00">
        <w:rPr>
          <w:sz w:val="20"/>
          <w:szCs w:val="20"/>
        </w:rPr>
        <w:t>1</w:t>
      </w:r>
      <w:r w:rsidRPr="008B6D00">
        <w:rPr>
          <w:sz w:val="20"/>
          <w:szCs w:val="20"/>
        </w:rPr>
        <w:t>5pm</w:t>
      </w:r>
      <w:r w:rsidRPr="008B6D00">
        <w:rPr>
          <w:sz w:val="20"/>
          <w:szCs w:val="20"/>
        </w:rPr>
        <w:br/>
      </w:r>
      <w:r w:rsidRPr="008B6D00">
        <w:rPr>
          <w:b/>
          <w:sz w:val="20"/>
          <w:szCs w:val="20"/>
        </w:rPr>
        <w:t xml:space="preserve">• Venue: </w:t>
      </w:r>
      <w:r w:rsidRPr="008B6D00">
        <w:rPr>
          <w:sz w:val="20"/>
          <w:szCs w:val="20"/>
        </w:rPr>
        <w:t>The Small Hall, Pagham Village Hall, Pagham Road, Pagham, PO21 4NJ</w:t>
      </w:r>
      <w:r w:rsidRPr="008B6D00">
        <w:rPr>
          <w:sz w:val="20"/>
          <w:szCs w:val="20"/>
        </w:rPr>
        <w:br/>
      </w:r>
      <w:r w:rsidRPr="008B6D00">
        <w:rPr>
          <w:b/>
          <w:sz w:val="20"/>
          <w:szCs w:val="20"/>
        </w:rPr>
        <w:t xml:space="preserve">• Present: </w:t>
      </w:r>
      <w:r w:rsidRPr="008B6D00">
        <w:rPr>
          <w:sz w:val="20"/>
          <w:szCs w:val="20"/>
        </w:rPr>
        <w:t xml:space="preserve">Councillors Mr P Atkins, </w:t>
      </w:r>
      <w:r w:rsidR="0000157B">
        <w:rPr>
          <w:sz w:val="20"/>
          <w:szCs w:val="20"/>
        </w:rPr>
        <w:t xml:space="preserve">Mr J Carr, </w:t>
      </w:r>
      <w:r w:rsidR="0013245C">
        <w:rPr>
          <w:sz w:val="20"/>
          <w:szCs w:val="20"/>
        </w:rPr>
        <w:t xml:space="preserve">Mr P Cooper, </w:t>
      </w:r>
      <w:r w:rsidR="004A6333" w:rsidRPr="008B6D00">
        <w:rPr>
          <w:sz w:val="20"/>
          <w:szCs w:val="20"/>
        </w:rPr>
        <w:t>Mr</w:t>
      </w:r>
      <w:r w:rsidRPr="008B6D00">
        <w:rPr>
          <w:sz w:val="20"/>
          <w:szCs w:val="20"/>
        </w:rPr>
        <w:t xml:space="preserve"> M Howard, Mr D Huntley</w:t>
      </w:r>
      <w:r w:rsidR="00454794">
        <w:rPr>
          <w:sz w:val="20"/>
          <w:szCs w:val="20"/>
        </w:rPr>
        <w:t>, Mr I Manion</w:t>
      </w:r>
      <w:r w:rsidR="007B78B1">
        <w:rPr>
          <w:sz w:val="20"/>
          <w:szCs w:val="20"/>
        </w:rPr>
        <w:t xml:space="preserve"> </w:t>
      </w:r>
      <w:r w:rsidRPr="008B6D00">
        <w:rPr>
          <w:sz w:val="20"/>
          <w:szCs w:val="20"/>
        </w:rPr>
        <w:t xml:space="preserve">&amp; </w:t>
      </w:r>
      <w:proofErr w:type="spellStart"/>
      <w:r w:rsidRPr="008B6D00">
        <w:rPr>
          <w:sz w:val="20"/>
          <w:szCs w:val="20"/>
        </w:rPr>
        <w:t>Ms</w:t>
      </w:r>
      <w:proofErr w:type="spellEnd"/>
      <w:r w:rsidRPr="008B6D00">
        <w:rPr>
          <w:sz w:val="20"/>
          <w:szCs w:val="20"/>
        </w:rPr>
        <w:t xml:space="preserve"> R Palmer</w:t>
      </w:r>
      <w:r w:rsidRPr="008B6D00">
        <w:rPr>
          <w:sz w:val="20"/>
          <w:szCs w:val="20"/>
        </w:rPr>
        <w:br/>
      </w:r>
      <w:r w:rsidRPr="008B6D00">
        <w:rPr>
          <w:b/>
          <w:sz w:val="20"/>
          <w:szCs w:val="20"/>
        </w:rPr>
        <w:t xml:space="preserve">• In Attendance: </w:t>
      </w:r>
      <w:r w:rsidRPr="008B6D00">
        <w:rPr>
          <w:sz w:val="20"/>
          <w:szCs w:val="20"/>
        </w:rPr>
        <w:t>Mrs Nicola Swann (Clerk &amp; RFO)</w:t>
      </w:r>
    </w:p>
    <w:p w14:paraId="10BEBE2C" w14:textId="77777777" w:rsidR="00B70FFC" w:rsidRPr="008B6D00" w:rsidRDefault="00B70FFC" w:rsidP="003D35FE">
      <w:pPr>
        <w:pStyle w:val="ListParagraph"/>
        <w:spacing w:after="120"/>
        <w:rPr>
          <w:sz w:val="20"/>
          <w:szCs w:val="20"/>
        </w:rPr>
      </w:pPr>
    </w:p>
    <w:p w14:paraId="2F6D1A5D" w14:textId="77777777" w:rsidR="00137D6A" w:rsidRPr="00137D6A" w:rsidRDefault="00137D6A" w:rsidP="00534CEB">
      <w:pPr>
        <w:pStyle w:val="ListParagraph"/>
        <w:numPr>
          <w:ilvl w:val="0"/>
          <w:numId w:val="14"/>
        </w:numPr>
        <w:rPr>
          <w:b/>
          <w:bCs/>
          <w:sz w:val="20"/>
          <w:szCs w:val="20"/>
        </w:rPr>
      </w:pPr>
      <w:r w:rsidRPr="00137D6A">
        <w:rPr>
          <w:b/>
          <w:bCs/>
          <w:sz w:val="20"/>
          <w:szCs w:val="20"/>
        </w:rPr>
        <w:t>Apologies from Members</w:t>
      </w:r>
    </w:p>
    <w:p w14:paraId="07992EF8" w14:textId="0A175824" w:rsidR="00137D6A" w:rsidRPr="00137D6A" w:rsidRDefault="008B1F9A" w:rsidP="00137D6A">
      <w:pPr>
        <w:pStyle w:val="ListParagraph"/>
        <w:numPr>
          <w:ilvl w:val="1"/>
          <w:numId w:val="14"/>
        </w:numPr>
        <w:rPr>
          <w:sz w:val="20"/>
          <w:szCs w:val="20"/>
        </w:rPr>
      </w:pPr>
      <w:r w:rsidRPr="008B6D00">
        <w:rPr>
          <w:sz w:val="20"/>
          <w:szCs w:val="20"/>
        </w:rPr>
        <w:t>Mrs J Behr</w:t>
      </w:r>
      <w:r w:rsidR="002018AA">
        <w:rPr>
          <w:sz w:val="20"/>
          <w:szCs w:val="20"/>
        </w:rPr>
        <w:t xml:space="preserve">, </w:t>
      </w:r>
      <w:r>
        <w:rPr>
          <w:sz w:val="20"/>
          <w:szCs w:val="20"/>
        </w:rPr>
        <w:t>Mrs D Hall</w:t>
      </w:r>
      <w:r w:rsidR="002018AA">
        <w:rPr>
          <w:sz w:val="20"/>
          <w:szCs w:val="20"/>
        </w:rPr>
        <w:t xml:space="preserve"> &amp; Mrs P Hilton</w:t>
      </w:r>
      <w:r w:rsidR="00454794">
        <w:rPr>
          <w:sz w:val="20"/>
          <w:szCs w:val="20"/>
        </w:rPr>
        <w:t xml:space="preserve"> gave their apologies</w:t>
      </w:r>
    </w:p>
    <w:p w14:paraId="1AAB87A9" w14:textId="77777777" w:rsidR="00137D6A" w:rsidRPr="00137D6A" w:rsidRDefault="00137D6A" w:rsidP="00137D6A">
      <w:pPr>
        <w:pStyle w:val="ListParagraph"/>
        <w:ind w:left="360"/>
        <w:rPr>
          <w:b/>
          <w:bCs/>
          <w:sz w:val="20"/>
          <w:szCs w:val="20"/>
        </w:rPr>
      </w:pPr>
    </w:p>
    <w:p w14:paraId="1ABDB7EF" w14:textId="77777777" w:rsidR="00D12DAC" w:rsidRPr="00D12DAC" w:rsidRDefault="00D12DAC" w:rsidP="00D12DAC">
      <w:pPr>
        <w:pStyle w:val="ListParagraph"/>
        <w:numPr>
          <w:ilvl w:val="0"/>
          <w:numId w:val="14"/>
        </w:numPr>
        <w:rPr>
          <w:b/>
          <w:bCs/>
          <w:sz w:val="20"/>
          <w:szCs w:val="20"/>
        </w:rPr>
      </w:pPr>
      <w:r w:rsidRPr="00D12DAC">
        <w:rPr>
          <w:b/>
          <w:bCs/>
          <w:sz w:val="20"/>
          <w:szCs w:val="20"/>
        </w:rPr>
        <w:t xml:space="preserve">To receive declarations of interest by Councillors on any of the agenda items below. </w:t>
      </w:r>
    </w:p>
    <w:p w14:paraId="550A81C0" w14:textId="77777777" w:rsidR="00227E6E" w:rsidRDefault="00D12DAC" w:rsidP="00D12DAC">
      <w:pPr>
        <w:pStyle w:val="ListParagraph"/>
        <w:numPr>
          <w:ilvl w:val="1"/>
          <w:numId w:val="25"/>
        </w:numPr>
        <w:rPr>
          <w:sz w:val="20"/>
          <w:szCs w:val="20"/>
        </w:rPr>
      </w:pPr>
      <w:r w:rsidRPr="00D12DAC">
        <w:rPr>
          <w:sz w:val="20"/>
          <w:szCs w:val="20"/>
        </w:rPr>
        <w:t>Cllr Mr Huntley, in his capacity as Arun District Councillor, gave the following declaration “I will be considering the matter before me, having regard only to such information as placed before the Parish Council. If I come to consider the matter again at the District Council further information will be available and I will consider all the information available at that time and I may come to a different decision”.</w:t>
      </w:r>
      <w:r w:rsidR="002018AA">
        <w:rPr>
          <w:sz w:val="20"/>
          <w:szCs w:val="20"/>
        </w:rPr>
        <w:t xml:space="preserve">  </w:t>
      </w:r>
    </w:p>
    <w:p w14:paraId="7B460511" w14:textId="07AD2EA0" w:rsidR="00D12DAC" w:rsidRPr="00D12DAC" w:rsidRDefault="002018AA" w:rsidP="00D12DAC">
      <w:pPr>
        <w:pStyle w:val="ListParagraph"/>
        <w:numPr>
          <w:ilvl w:val="1"/>
          <w:numId w:val="25"/>
        </w:numPr>
        <w:rPr>
          <w:sz w:val="20"/>
          <w:szCs w:val="20"/>
        </w:rPr>
      </w:pPr>
      <w:r>
        <w:rPr>
          <w:sz w:val="20"/>
          <w:szCs w:val="20"/>
        </w:rPr>
        <w:t xml:space="preserve">Cllr Mr Huntley also declared an interest in </w:t>
      </w:r>
      <w:r w:rsidR="00EF3F7A">
        <w:rPr>
          <w:sz w:val="20"/>
          <w:szCs w:val="20"/>
        </w:rPr>
        <w:t xml:space="preserve">item 6.3 as he is </w:t>
      </w:r>
      <w:r w:rsidR="005E0D7A">
        <w:rPr>
          <w:sz w:val="20"/>
          <w:szCs w:val="20"/>
        </w:rPr>
        <w:t>acquainted with the occupier of the property.</w:t>
      </w:r>
      <w:r w:rsidR="00227E6E">
        <w:rPr>
          <w:sz w:val="20"/>
          <w:szCs w:val="20"/>
        </w:rPr>
        <w:t xml:space="preserve"> </w:t>
      </w:r>
    </w:p>
    <w:p w14:paraId="2576D9B5" w14:textId="77777777" w:rsidR="007873F3" w:rsidRPr="007873F3" w:rsidRDefault="007873F3" w:rsidP="007873F3">
      <w:pPr>
        <w:pStyle w:val="ListParagraph"/>
        <w:ind w:left="0"/>
        <w:rPr>
          <w:sz w:val="20"/>
          <w:szCs w:val="20"/>
        </w:rPr>
      </w:pPr>
    </w:p>
    <w:p w14:paraId="22F8E904" w14:textId="77777777" w:rsidR="00D12DAC" w:rsidRPr="007873F3" w:rsidRDefault="00D12DAC" w:rsidP="00D12DAC">
      <w:pPr>
        <w:pStyle w:val="ListParagraph"/>
        <w:numPr>
          <w:ilvl w:val="0"/>
          <w:numId w:val="14"/>
        </w:numPr>
        <w:rPr>
          <w:sz w:val="20"/>
          <w:szCs w:val="20"/>
        </w:rPr>
      </w:pPr>
      <w:r w:rsidRPr="00D12DAC">
        <w:rPr>
          <w:b/>
          <w:bCs/>
          <w:sz w:val="20"/>
          <w:szCs w:val="20"/>
        </w:rPr>
        <w:t xml:space="preserve">Public Session </w:t>
      </w:r>
      <w:r w:rsidRPr="007873F3">
        <w:rPr>
          <w:sz w:val="20"/>
          <w:szCs w:val="20"/>
        </w:rPr>
        <w:t xml:space="preserve">Questions and comments from Members of the Public Present </w:t>
      </w:r>
    </w:p>
    <w:p w14:paraId="42100B1B" w14:textId="05FE74AB" w:rsidR="00D12DAC" w:rsidRPr="002374FF" w:rsidRDefault="00504DB6" w:rsidP="007873F3">
      <w:pPr>
        <w:pStyle w:val="ListParagraph"/>
        <w:numPr>
          <w:ilvl w:val="1"/>
          <w:numId w:val="14"/>
        </w:numPr>
        <w:rPr>
          <w:sz w:val="20"/>
          <w:szCs w:val="20"/>
        </w:rPr>
      </w:pPr>
      <w:r w:rsidRPr="005E0D7A">
        <w:rPr>
          <w:color w:val="auto"/>
          <w:sz w:val="20"/>
          <w:szCs w:val="20"/>
        </w:rPr>
        <w:t>No</w:t>
      </w:r>
      <w:r>
        <w:rPr>
          <w:sz w:val="20"/>
          <w:szCs w:val="20"/>
        </w:rPr>
        <w:t xml:space="preserve"> </w:t>
      </w:r>
      <w:r w:rsidR="00D12DAC" w:rsidRPr="002374FF">
        <w:rPr>
          <w:sz w:val="20"/>
          <w:szCs w:val="20"/>
        </w:rPr>
        <w:t>members of the public were present.</w:t>
      </w:r>
    </w:p>
    <w:p w14:paraId="7C86DDAD" w14:textId="77777777" w:rsidR="00D12DAC" w:rsidRPr="00D12DAC" w:rsidRDefault="00D12DAC" w:rsidP="002374FF">
      <w:pPr>
        <w:pStyle w:val="ListParagraph"/>
        <w:ind w:left="360"/>
        <w:rPr>
          <w:b/>
          <w:bCs/>
          <w:sz w:val="20"/>
          <w:szCs w:val="20"/>
        </w:rPr>
      </w:pPr>
    </w:p>
    <w:p w14:paraId="5CF33201" w14:textId="3F020113" w:rsidR="00D12DAC" w:rsidRPr="00D12DAC" w:rsidRDefault="00D12DAC" w:rsidP="00D12DAC">
      <w:pPr>
        <w:pStyle w:val="ListParagraph"/>
        <w:numPr>
          <w:ilvl w:val="0"/>
          <w:numId w:val="14"/>
        </w:numPr>
        <w:rPr>
          <w:b/>
          <w:bCs/>
          <w:sz w:val="20"/>
          <w:szCs w:val="20"/>
        </w:rPr>
      </w:pPr>
      <w:r w:rsidRPr="00D12DAC">
        <w:rPr>
          <w:b/>
          <w:bCs/>
          <w:sz w:val="20"/>
          <w:szCs w:val="20"/>
        </w:rPr>
        <w:t xml:space="preserve">To receive and approve the minutes of the Planning Committee meeting held on </w:t>
      </w:r>
      <w:r w:rsidR="000606FB">
        <w:rPr>
          <w:b/>
          <w:bCs/>
          <w:sz w:val="20"/>
          <w:szCs w:val="20"/>
        </w:rPr>
        <w:t>25</w:t>
      </w:r>
      <w:r w:rsidR="000606FB" w:rsidRPr="000606FB">
        <w:rPr>
          <w:b/>
          <w:bCs/>
          <w:sz w:val="20"/>
          <w:szCs w:val="20"/>
          <w:vertAlign w:val="superscript"/>
        </w:rPr>
        <w:t>th</w:t>
      </w:r>
      <w:r w:rsidR="000606FB">
        <w:rPr>
          <w:b/>
          <w:bCs/>
          <w:sz w:val="20"/>
          <w:szCs w:val="20"/>
        </w:rPr>
        <w:t xml:space="preserve"> August</w:t>
      </w:r>
      <w:r w:rsidRPr="00D12DAC">
        <w:rPr>
          <w:b/>
          <w:bCs/>
          <w:sz w:val="20"/>
          <w:szCs w:val="20"/>
        </w:rPr>
        <w:t xml:space="preserve"> 2026 </w:t>
      </w:r>
      <w:r w:rsidRPr="002374FF">
        <w:rPr>
          <w:i/>
          <w:iCs/>
          <w:sz w:val="20"/>
          <w:szCs w:val="20"/>
        </w:rPr>
        <w:t>(previously issued)</w:t>
      </w:r>
    </w:p>
    <w:p w14:paraId="78D22973" w14:textId="77777777" w:rsidR="00D12DAC" w:rsidRPr="006B7693" w:rsidRDefault="00D12DAC" w:rsidP="006B7693">
      <w:pPr>
        <w:pStyle w:val="ListParagraph"/>
        <w:numPr>
          <w:ilvl w:val="1"/>
          <w:numId w:val="25"/>
        </w:numPr>
        <w:rPr>
          <w:sz w:val="20"/>
          <w:szCs w:val="20"/>
        </w:rPr>
      </w:pPr>
      <w:r w:rsidRPr="006B7693">
        <w:rPr>
          <w:sz w:val="20"/>
          <w:szCs w:val="20"/>
        </w:rPr>
        <w:t xml:space="preserve">It was RESOLVED to APPROVE the Minutes, and the Chairman was </w:t>
      </w:r>
      <w:proofErr w:type="spellStart"/>
      <w:r w:rsidRPr="006B7693">
        <w:rPr>
          <w:sz w:val="20"/>
          <w:szCs w:val="20"/>
        </w:rPr>
        <w:t>authorised</w:t>
      </w:r>
      <w:proofErr w:type="spellEnd"/>
      <w:r w:rsidRPr="006B7693">
        <w:rPr>
          <w:sz w:val="20"/>
          <w:szCs w:val="20"/>
        </w:rPr>
        <w:t xml:space="preserve"> to sign them as an accurate record of that meeting.  </w:t>
      </w:r>
    </w:p>
    <w:p w14:paraId="318D1FDB" w14:textId="77777777" w:rsidR="00D12DAC" w:rsidRPr="00D12DAC" w:rsidRDefault="00D12DAC" w:rsidP="006B7693">
      <w:pPr>
        <w:pStyle w:val="ListParagraph"/>
        <w:ind w:left="360"/>
        <w:rPr>
          <w:b/>
          <w:bCs/>
          <w:sz w:val="20"/>
          <w:szCs w:val="20"/>
        </w:rPr>
      </w:pPr>
    </w:p>
    <w:p w14:paraId="0E0BF0CC" w14:textId="77777777" w:rsidR="00D12DAC" w:rsidRPr="00D12DAC" w:rsidRDefault="00D12DAC" w:rsidP="00D12DAC">
      <w:pPr>
        <w:pStyle w:val="ListParagraph"/>
        <w:numPr>
          <w:ilvl w:val="0"/>
          <w:numId w:val="14"/>
        </w:numPr>
        <w:rPr>
          <w:b/>
          <w:bCs/>
          <w:sz w:val="20"/>
          <w:szCs w:val="20"/>
        </w:rPr>
      </w:pPr>
      <w:r w:rsidRPr="00D12DAC">
        <w:rPr>
          <w:b/>
          <w:bCs/>
          <w:sz w:val="20"/>
          <w:szCs w:val="20"/>
        </w:rPr>
        <w:t>Matters arising from the Minutes</w:t>
      </w:r>
    </w:p>
    <w:p w14:paraId="7B218C96" w14:textId="7A38D6F3" w:rsidR="00D12DAC" w:rsidRPr="006B7693" w:rsidRDefault="00C73696" w:rsidP="006B7693">
      <w:pPr>
        <w:pStyle w:val="ListParagraph"/>
        <w:numPr>
          <w:ilvl w:val="1"/>
          <w:numId w:val="14"/>
        </w:numPr>
        <w:rPr>
          <w:sz w:val="20"/>
          <w:szCs w:val="20"/>
        </w:rPr>
      </w:pPr>
      <w:r>
        <w:rPr>
          <w:sz w:val="20"/>
          <w:szCs w:val="20"/>
        </w:rPr>
        <w:t xml:space="preserve">Since the last </w:t>
      </w:r>
      <w:r w:rsidR="0007309B">
        <w:rPr>
          <w:sz w:val="20"/>
          <w:szCs w:val="20"/>
        </w:rPr>
        <w:t xml:space="preserve">meeting, an application </w:t>
      </w:r>
      <w:r w:rsidR="009C25E7">
        <w:rPr>
          <w:sz w:val="20"/>
          <w:szCs w:val="20"/>
        </w:rPr>
        <w:t xml:space="preserve">for a lawful development certificate for existing operational </w:t>
      </w:r>
      <w:r w:rsidR="008834BA">
        <w:rPr>
          <w:sz w:val="20"/>
          <w:szCs w:val="20"/>
        </w:rPr>
        <w:t xml:space="preserve">development comprising the excavation of a trench and </w:t>
      </w:r>
      <w:r w:rsidR="00563BCD">
        <w:rPr>
          <w:sz w:val="20"/>
          <w:szCs w:val="20"/>
        </w:rPr>
        <w:t>installation</w:t>
      </w:r>
      <w:r w:rsidR="008834BA">
        <w:rPr>
          <w:sz w:val="20"/>
          <w:szCs w:val="20"/>
        </w:rPr>
        <w:t xml:space="preserve"> of foul </w:t>
      </w:r>
      <w:r w:rsidR="00563BCD">
        <w:rPr>
          <w:sz w:val="20"/>
          <w:szCs w:val="20"/>
        </w:rPr>
        <w:t>drainage</w:t>
      </w:r>
      <w:r w:rsidR="008834BA">
        <w:rPr>
          <w:sz w:val="20"/>
          <w:szCs w:val="20"/>
        </w:rPr>
        <w:t xml:space="preserve"> infrastructure pursuant to </w:t>
      </w:r>
      <w:r w:rsidR="00563BCD">
        <w:rPr>
          <w:sz w:val="20"/>
          <w:szCs w:val="20"/>
        </w:rPr>
        <w:t>outline</w:t>
      </w:r>
      <w:r w:rsidR="008834BA">
        <w:rPr>
          <w:sz w:val="20"/>
          <w:szCs w:val="20"/>
        </w:rPr>
        <w:t xml:space="preserve"> planning permission P/25/17/OUT.  </w:t>
      </w:r>
      <w:r w:rsidR="00527AF5">
        <w:rPr>
          <w:sz w:val="20"/>
          <w:szCs w:val="20"/>
        </w:rPr>
        <w:t>Arun District Council had stated that the</w:t>
      </w:r>
      <w:r w:rsidR="00563BCD">
        <w:rPr>
          <w:sz w:val="20"/>
          <w:szCs w:val="20"/>
        </w:rPr>
        <w:t xml:space="preserve"> permission had lapsed due to </w:t>
      </w:r>
      <w:proofErr w:type="spellStart"/>
      <w:r w:rsidR="00563BCD">
        <w:rPr>
          <w:sz w:val="20"/>
          <w:szCs w:val="20"/>
        </w:rPr>
        <w:t>non commencement</w:t>
      </w:r>
      <w:proofErr w:type="spellEnd"/>
      <w:r w:rsidR="00563BCD">
        <w:rPr>
          <w:sz w:val="20"/>
          <w:szCs w:val="20"/>
        </w:rPr>
        <w:t>.</w:t>
      </w:r>
    </w:p>
    <w:p w14:paraId="511B4576" w14:textId="77777777" w:rsidR="00D12DAC" w:rsidRPr="00D12DAC" w:rsidRDefault="00D12DAC" w:rsidP="006B7693">
      <w:pPr>
        <w:pStyle w:val="ListParagraph"/>
        <w:ind w:left="360"/>
        <w:rPr>
          <w:b/>
          <w:bCs/>
          <w:sz w:val="20"/>
          <w:szCs w:val="20"/>
        </w:rPr>
      </w:pPr>
    </w:p>
    <w:p w14:paraId="1E449A28" w14:textId="77777777" w:rsidR="00D12DAC" w:rsidRPr="00D12DAC" w:rsidRDefault="00D12DAC" w:rsidP="00D12DAC">
      <w:pPr>
        <w:pStyle w:val="ListParagraph"/>
        <w:numPr>
          <w:ilvl w:val="0"/>
          <w:numId w:val="14"/>
        </w:numPr>
        <w:rPr>
          <w:b/>
          <w:bCs/>
          <w:sz w:val="20"/>
          <w:szCs w:val="20"/>
        </w:rPr>
      </w:pPr>
      <w:r w:rsidRPr="00D12DAC">
        <w:rPr>
          <w:b/>
          <w:bCs/>
          <w:sz w:val="20"/>
          <w:szCs w:val="20"/>
        </w:rPr>
        <w:t>Planning Applications</w:t>
      </w:r>
    </w:p>
    <w:p w14:paraId="48DAC5A6" w14:textId="77777777" w:rsidR="00D12DAC" w:rsidRPr="006B7693" w:rsidRDefault="00D12DAC" w:rsidP="006B7693">
      <w:pPr>
        <w:rPr>
          <w:sz w:val="20"/>
          <w:szCs w:val="20"/>
        </w:rPr>
      </w:pPr>
      <w:r w:rsidRPr="006B7693">
        <w:rPr>
          <w:sz w:val="20"/>
          <w:szCs w:val="20"/>
        </w:rPr>
        <w:t>To consider responses to Planning Applications which have been submitted to Arun District Council and to delegate to the Parish Clerk to respond to each application in accordance with the Parish Council’s resolution</w:t>
      </w:r>
    </w:p>
    <w:p w14:paraId="0BDD5856" w14:textId="77777777" w:rsidR="00D12DAC" w:rsidRPr="00D12DAC" w:rsidRDefault="00D12DAC" w:rsidP="006B7693">
      <w:pPr>
        <w:pStyle w:val="ListParagraph"/>
        <w:ind w:left="360"/>
        <w:rPr>
          <w:b/>
          <w:bCs/>
          <w:sz w:val="20"/>
          <w:szCs w:val="20"/>
        </w:rPr>
      </w:pPr>
    </w:p>
    <w:p w14:paraId="58D85B12" w14:textId="77BE1A00" w:rsidR="00496D94" w:rsidRPr="00EC03B8" w:rsidRDefault="00322BFF" w:rsidP="00496D94">
      <w:pPr>
        <w:widowControl w:val="0"/>
        <w:numPr>
          <w:ilvl w:val="1"/>
          <w:numId w:val="26"/>
        </w:numPr>
        <w:overflowPunct w:val="0"/>
        <w:autoSpaceDE w:val="0"/>
        <w:autoSpaceDN w:val="0"/>
        <w:adjustRightInd w:val="0"/>
        <w:spacing w:line="240" w:lineRule="auto"/>
        <w:rPr>
          <w:rFonts w:cs="Arial"/>
          <w:b/>
          <w:color w:val="000000"/>
          <w:sz w:val="20"/>
          <w:szCs w:val="20"/>
        </w:rPr>
      </w:pPr>
      <w:r w:rsidRPr="00EC03B8">
        <w:rPr>
          <w:rFonts w:cs="Arial"/>
          <w:b/>
          <w:color w:val="000000"/>
          <w:sz w:val="20"/>
          <w:szCs w:val="20"/>
        </w:rPr>
        <w:t>P/111/26/A – 194-196 Pagham Road Pagham PO21 3QB.  Installation of 1no internally illuminated fascia sign, 1no non-illuminated fascia sign, 1no internally illuminated ATM sign and 5no vinyls.</w:t>
      </w:r>
      <w:r w:rsidR="00496D94" w:rsidRPr="00EC03B8">
        <w:rPr>
          <w:rFonts w:cs="Arial"/>
          <w:b/>
          <w:color w:val="000000"/>
          <w:sz w:val="20"/>
          <w:szCs w:val="20"/>
        </w:rPr>
        <w:t xml:space="preserve">  RESOLVED:  </w:t>
      </w:r>
      <w:r w:rsidR="00EC03B8" w:rsidRPr="00EC03B8">
        <w:rPr>
          <w:rFonts w:cs="Arial"/>
          <w:b/>
          <w:color w:val="000000"/>
          <w:sz w:val="20"/>
          <w:szCs w:val="20"/>
        </w:rPr>
        <w:t>NO OBJECTION</w:t>
      </w:r>
    </w:p>
    <w:p w14:paraId="40A5F09B" w14:textId="77777777" w:rsidR="00322BFF" w:rsidRPr="00A47BB3" w:rsidRDefault="00322BFF" w:rsidP="00322BFF">
      <w:pPr>
        <w:widowControl w:val="0"/>
        <w:overflowPunct w:val="0"/>
        <w:autoSpaceDE w:val="0"/>
        <w:autoSpaceDN w:val="0"/>
        <w:adjustRightInd w:val="0"/>
        <w:spacing w:line="240" w:lineRule="auto"/>
        <w:ind w:left="716"/>
        <w:rPr>
          <w:rFonts w:cs="Arial"/>
          <w:b/>
          <w:color w:val="000000"/>
          <w:sz w:val="20"/>
          <w:szCs w:val="20"/>
        </w:rPr>
      </w:pPr>
    </w:p>
    <w:p w14:paraId="19E64B96" w14:textId="45416E53" w:rsidR="00812F97" w:rsidRDefault="00322BFF" w:rsidP="002C52EA">
      <w:pPr>
        <w:widowControl w:val="0"/>
        <w:numPr>
          <w:ilvl w:val="1"/>
          <w:numId w:val="26"/>
        </w:numPr>
        <w:overflowPunct w:val="0"/>
        <w:autoSpaceDE w:val="0"/>
        <w:autoSpaceDN w:val="0"/>
        <w:adjustRightInd w:val="0"/>
        <w:spacing w:line="240" w:lineRule="auto"/>
        <w:rPr>
          <w:rFonts w:cs="Arial"/>
          <w:b/>
          <w:color w:val="000000"/>
          <w:sz w:val="20"/>
          <w:szCs w:val="20"/>
        </w:rPr>
      </w:pPr>
      <w:r w:rsidRPr="00812F97">
        <w:rPr>
          <w:rFonts w:cs="Arial"/>
          <w:b/>
          <w:color w:val="000000"/>
          <w:sz w:val="20"/>
          <w:szCs w:val="20"/>
        </w:rPr>
        <w:t xml:space="preserve">P/118/26/L – Little Welbourne Church Lane Pagham PO21 4NX.  Listed building consent for the replacement of a double glazed </w:t>
      </w:r>
      <w:proofErr w:type="spellStart"/>
      <w:r w:rsidRPr="00812F97">
        <w:rPr>
          <w:rFonts w:cs="Arial"/>
          <w:b/>
          <w:color w:val="000000"/>
          <w:sz w:val="20"/>
          <w:szCs w:val="20"/>
        </w:rPr>
        <w:t>aluminium</w:t>
      </w:r>
      <w:proofErr w:type="spellEnd"/>
      <w:r w:rsidRPr="00812F97">
        <w:rPr>
          <w:rFonts w:cs="Arial"/>
          <w:b/>
          <w:color w:val="000000"/>
          <w:sz w:val="20"/>
          <w:szCs w:val="20"/>
        </w:rPr>
        <w:t>/timber windows and doors with double glazed painted timber casement, sprung sash windows and matching French doors.</w:t>
      </w:r>
      <w:r w:rsidR="00496D94" w:rsidRPr="00812F97">
        <w:rPr>
          <w:rFonts w:cs="Arial"/>
          <w:b/>
          <w:color w:val="000000"/>
          <w:sz w:val="20"/>
          <w:szCs w:val="20"/>
        </w:rPr>
        <w:t xml:space="preserve">  RESOLVED:   </w:t>
      </w:r>
      <w:r w:rsidR="00EC03B8">
        <w:rPr>
          <w:rFonts w:cs="Arial"/>
          <w:b/>
          <w:color w:val="000000"/>
          <w:sz w:val="20"/>
          <w:szCs w:val="20"/>
        </w:rPr>
        <w:t>NO OBJECTION.</w:t>
      </w:r>
    </w:p>
    <w:p w14:paraId="10A10174" w14:textId="0BC183B4" w:rsidR="00812F97" w:rsidRDefault="00496D94" w:rsidP="00812F97">
      <w:pPr>
        <w:widowControl w:val="0"/>
        <w:overflowPunct w:val="0"/>
        <w:autoSpaceDE w:val="0"/>
        <w:autoSpaceDN w:val="0"/>
        <w:adjustRightInd w:val="0"/>
        <w:spacing w:line="240" w:lineRule="auto"/>
        <w:ind w:left="360"/>
        <w:rPr>
          <w:rFonts w:cs="Arial"/>
          <w:b/>
          <w:color w:val="000000"/>
          <w:sz w:val="20"/>
          <w:szCs w:val="20"/>
        </w:rPr>
      </w:pPr>
      <w:r w:rsidRPr="00812F97">
        <w:rPr>
          <w:rFonts w:cs="Arial"/>
          <w:b/>
          <w:color w:val="000000"/>
          <w:sz w:val="20"/>
          <w:szCs w:val="20"/>
        </w:rPr>
        <w:t xml:space="preserve"> </w:t>
      </w:r>
    </w:p>
    <w:p w14:paraId="11F95B8E" w14:textId="7A32363F" w:rsidR="00322BFF" w:rsidRPr="00812F97" w:rsidRDefault="00322BFF" w:rsidP="002C52EA">
      <w:pPr>
        <w:widowControl w:val="0"/>
        <w:numPr>
          <w:ilvl w:val="1"/>
          <w:numId w:val="26"/>
        </w:numPr>
        <w:overflowPunct w:val="0"/>
        <w:autoSpaceDE w:val="0"/>
        <w:autoSpaceDN w:val="0"/>
        <w:adjustRightInd w:val="0"/>
        <w:spacing w:line="240" w:lineRule="auto"/>
        <w:rPr>
          <w:rFonts w:cs="Arial"/>
          <w:b/>
          <w:color w:val="000000"/>
          <w:sz w:val="20"/>
          <w:szCs w:val="20"/>
        </w:rPr>
      </w:pPr>
      <w:r w:rsidRPr="00812F97">
        <w:rPr>
          <w:rFonts w:cs="Arial"/>
          <w:b/>
          <w:color w:val="000000"/>
          <w:sz w:val="20"/>
          <w:szCs w:val="20"/>
        </w:rPr>
        <w:t>P/120/26/s73 – 33 West Front Road Pagham PO21 4SZ – application under section 73 of the Town and Country Planning Act 1990 for the variation of condition 2 – plans, following the grant of P/136/22/H</w:t>
      </w:r>
      <w:r w:rsidR="00812F97">
        <w:rPr>
          <w:rFonts w:cs="Arial"/>
          <w:b/>
          <w:color w:val="000000"/>
          <w:sz w:val="20"/>
          <w:szCs w:val="20"/>
        </w:rPr>
        <w:t>.  RE</w:t>
      </w:r>
      <w:r w:rsidR="00EC03B8">
        <w:rPr>
          <w:rFonts w:cs="Arial"/>
          <w:b/>
          <w:color w:val="000000"/>
          <w:sz w:val="20"/>
          <w:szCs w:val="20"/>
        </w:rPr>
        <w:t>S</w:t>
      </w:r>
      <w:r w:rsidR="00812F97">
        <w:rPr>
          <w:rFonts w:cs="Arial"/>
          <w:b/>
          <w:color w:val="000000"/>
          <w:sz w:val="20"/>
          <w:szCs w:val="20"/>
        </w:rPr>
        <w:t>OLVED:</w:t>
      </w:r>
      <w:r w:rsidR="00A10C0F">
        <w:rPr>
          <w:rFonts w:cs="Arial"/>
          <w:b/>
          <w:color w:val="000000"/>
          <w:sz w:val="20"/>
          <w:szCs w:val="20"/>
        </w:rPr>
        <w:t xml:space="preserve">  NO OBJECTION. Cllr Mr Huntley </w:t>
      </w:r>
      <w:r w:rsidR="00A10C0F">
        <w:rPr>
          <w:rFonts w:cs="Arial"/>
          <w:b/>
          <w:color w:val="000000"/>
          <w:sz w:val="20"/>
          <w:szCs w:val="20"/>
        </w:rPr>
        <w:lastRenderedPageBreak/>
        <w:t>abstained</w:t>
      </w:r>
      <w:r w:rsidR="00420153">
        <w:rPr>
          <w:rFonts w:cs="Arial"/>
          <w:b/>
          <w:color w:val="000000"/>
          <w:sz w:val="20"/>
          <w:szCs w:val="20"/>
        </w:rPr>
        <w:t xml:space="preserve"> following his declaration of an interest in the matter.</w:t>
      </w:r>
    </w:p>
    <w:p w14:paraId="48946308" w14:textId="77777777" w:rsidR="00EE6418" w:rsidRPr="00EE6418" w:rsidRDefault="00EE6418" w:rsidP="0078700D">
      <w:pPr>
        <w:pStyle w:val="ListParagraph"/>
        <w:ind w:left="851"/>
        <w:rPr>
          <w:b/>
          <w:bCs/>
          <w:sz w:val="20"/>
          <w:szCs w:val="20"/>
        </w:rPr>
      </w:pPr>
    </w:p>
    <w:p w14:paraId="7FA8125A" w14:textId="77777777" w:rsidR="00EE6418" w:rsidRDefault="00EE6418" w:rsidP="0078700D">
      <w:pPr>
        <w:pStyle w:val="ListParagraph"/>
        <w:numPr>
          <w:ilvl w:val="0"/>
          <w:numId w:val="26"/>
        </w:numPr>
        <w:rPr>
          <w:b/>
          <w:bCs/>
          <w:sz w:val="20"/>
          <w:szCs w:val="20"/>
        </w:rPr>
      </w:pPr>
      <w:r w:rsidRPr="00EE6418">
        <w:rPr>
          <w:b/>
          <w:bCs/>
          <w:sz w:val="20"/>
          <w:szCs w:val="20"/>
        </w:rPr>
        <w:t>To note any decisions confirmed by Arun DC</w:t>
      </w:r>
    </w:p>
    <w:p w14:paraId="4B248C0C" w14:textId="5AD05AE3" w:rsidR="00C41E1B" w:rsidRDefault="00C41E1B" w:rsidP="00C41E1B">
      <w:pPr>
        <w:pStyle w:val="ListParagraph"/>
        <w:numPr>
          <w:ilvl w:val="1"/>
          <w:numId w:val="26"/>
        </w:numPr>
        <w:rPr>
          <w:sz w:val="20"/>
          <w:szCs w:val="20"/>
        </w:rPr>
      </w:pPr>
      <w:r w:rsidRPr="00B60325">
        <w:rPr>
          <w:sz w:val="20"/>
          <w:szCs w:val="20"/>
        </w:rPr>
        <w:t>P/92/26</w:t>
      </w:r>
      <w:r w:rsidR="00EF760B" w:rsidRPr="00B60325">
        <w:rPr>
          <w:sz w:val="20"/>
          <w:szCs w:val="20"/>
        </w:rPr>
        <w:t>/CLE – 12 Sea Lane Pagham PO21 4UL</w:t>
      </w:r>
      <w:r w:rsidR="00A761AC" w:rsidRPr="00B60325">
        <w:rPr>
          <w:sz w:val="20"/>
          <w:szCs w:val="20"/>
        </w:rPr>
        <w:t xml:space="preserve"> – Lawful development certificate for an existing rear domestic extension to form sunroom area off living room for single </w:t>
      </w:r>
      <w:proofErr w:type="spellStart"/>
      <w:r w:rsidR="00A761AC" w:rsidRPr="00B60325">
        <w:rPr>
          <w:sz w:val="20"/>
          <w:szCs w:val="20"/>
        </w:rPr>
        <w:t>storey</w:t>
      </w:r>
      <w:proofErr w:type="spellEnd"/>
      <w:r w:rsidR="00A761AC" w:rsidRPr="00B60325">
        <w:rPr>
          <w:sz w:val="20"/>
          <w:szCs w:val="20"/>
        </w:rPr>
        <w:t xml:space="preserve"> domestic property</w:t>
      </w:r>
      <w:r w:rsidR="00B60325" w:rsidRPr="00B60325">
        <w:rPr>
          <w:sz w:val="20"/>
          <w:szCs w:val="20"/>
        </w:rPr>
        <w:t>. GRANTED</w:t>
      </w:r>
    </w:p>
    <w:p w14:paraId="39CAA797" w14:textId="0DE81E08" w:rsidR="00B60325" w:rsidRDefault="0029783B" w:rsidP="00C41E1B">
      <w:pPr>
        <w:pStyle w:val="ListParagraph"/>
        <w:numPr>
          <w:ilvl w:val="1"/>
          <w:numId w:val="26"/>
        </w:numPr>
        <w:rPr>
          <w:sz w:val="20"/>
          <w:szCs w:val="20"/>
        </w:rPr>
      </w:pPr>
      <w:r>
        <w:rPr>
          <w:sz w:val="20"/>
          <w:szCs w:val="20"/>
        </w:rPr>
        <w:t>P/91/26/HH – 11 Manor Park Pagham PO21 3JS – First floor extension</w:t>
      </w:r>
      <w:r w:rsidR="00510FB4">
        <w:rPr>
          <w:sz w:val="20"/>
          <w:szCs w:val="20"/>
        </w:rPr>
        <w:t>.  PERMIT</w:t>
      </w:r>
    </w:p>
    <w:p w14:paraId="128B2605" w14:textId="2A97ED90" w:rsidR="00EF3C86" w:rsidRDefault="00FB34D8" w:rsidP="00C41E1B">
      <w:pPr>
        <w:pStyle w:val="ListParagraph"/>
        <w:numPr>
          <w:ilvl w:val="1"/>
          <w:numId w:val="26"/>
        </w:numPr>
        <w:rPr>
          <w:sz w:val="20"/>
          <w:szCs w:val="20"/>
        </w:rPr>
      </w:pPr>
      <w:r>
        <w:rPr>
          <w:sz w:val="20"/>
          <w:szCs w:val="20"/>
        </w:rPr>
        <w:t>P</w:t>
      </w:r>
      <w:r w:rsidR="00272CF5">
        <w:rPr>
          <w:sz w:val="20"/>
          <w:szCs w:val="20"/>
        </w:rPr>
        <w:t>/66/26/PL – Land to the North of Nyetimber Forge</w:t>
      </w:r>
      <w:r w:rsidR="00AC4D0B">
        <w:rPr>
          <w:sz w:val="20"/>
          <w:szCs w:val="20"/>
        </w:rPr>
        <w:t xml:space="preserve"> Barton Close Pagham PO21 4NH – PERMIT</w:t>
      </w:r>
    </w:p>
    <w:p w14:paraId="069ED17B" w14:textId="350C66DA" w:rsidR="00903CB4" w:rsidRDefault="00903CB4" w:rsidP="00C41E1B">
      <w:pPr>
        <w:pStyle w:val="ListParagraph"/>
        <w:numPr>
          <w:ilvl w:val="1"/>
          <w:numId w:val="26"/>
        </w:numPr>
        <w:rPr>
          <w:sz w:val="20"/>
          <w:szCs w:val="20"/>
        </w:rPr>
      </w:pPr>
      <w:r>
        <w:rPr>
          <w:sz w:val="20"/>
          <w:szCs w:val="20"/>
        </w:rPr>
        <w:t xml:space="preserve">P/89/26/PL Land between 5 </w:t>
      </w:r>
      <w:r w:rsidR="0075281E">
        <w:rPr>
          <w:sz w:val="20"/>
          <w:szCs w:val="20"/>
        </w:rPr>
        <w:t>and 7</w:t>
      </w:r>
      <w:r>
        <w:rPr>
          <w:sz w:val="20"/>
          <w:szCs w:val="20"/>
        </w:rPr>
        <w:t xml:space="preserve"> Well Road Pagham PO21 4SR.  Erection of 1No </w:t>
      </w:r>
      <w:proofErr w:type="spellStart"/>
      <w:r>
        <w:rPr>
          <w:sz w:val="20"/>
          <w:szCs w:val="20"/>
        </w:rPr>
        <w:t>self build</w:t>
      </w:r>
      <w:proofErr w:type="spellEnd"/>
      <w:r>
        <w:rPr>
          <w:sz w:val="20"/>
          <w:szCs w:val="20"/>
        </w:rPr>
        <w:t xml:space="preserve">/cusom build single </w:t>
      </w:r>
      <w:proofErr w:type="spellStart"/>
      <w:r>
        <w:rPr>
          <w:sz w:val="20"/>
          <w:szCs w:val="20"/>
        </w:rPr>
        <w:t>storey</w:t>
      </w:r>
      <w:proofErr w:type="spellEnd"/>
      <w:r>
        <w:rPr>
          <w:sz w:val="20"/>
          <w:szCs w:val="20"/>
        </w:rPr>
        <w:t xml:space="preserve"> 1-bedroom bungalow with on and off-road parking for one vehicle and solar panels on South West roof plane (resubmission following P/2/25/</w:t>
      </w:r>
      <w:r w:rsidR="0075281E">
        <w:rPr>
          <w:sz w:val="20"/>
          <w:szCs w:val="20"/>
        </w:rPr>
        <w:t xml:space="preserve">PL) </w:t>
      </w:r>
      <w:r w:rsidR="00E93AD8">
        <w:rPr>
          <w:sz w:val="20"/>
          <w:szCs w:val="20"/>
        </w:rPr>
        <w:t>T</w:t>
      </w:r>
      <w:r w:rsidR="0075281E">
        <w:rPr>
          <w:sz w:val="20"/>
          <w:szCs w:val="20"/>
        </w:rPr>
        <w:t>his</w:t>
      </w:r>
      <w:r>
        <w:rPr>
          <w:sz w:val="20"/>
          <w:szCs w:val="20"/>
        </w:rPr>
        <w:t xml:space="preserve"> application is in CIL Zone 4 and is CIL Liable as a new dwelling.  WITHDRAWN</w:t>
      </w:r>
    </w:p>
    <w:p w14:paraId="6EF8388C" w14:textId="78D78A21" w:rsidR="00AC4D0B" w:rsidRPr="00B60325" w:rsidRDefault="00AC4D0B" w:rsidP="00C41E1B">
      <w:pPr>
        <w:pStyle w:val="ListParagraph"/>
        <w:numPr>
          <w:ilvl w:val="1"/>
          <w:numId w:val="26"/>
        </w:numPr>
        <w:rPr>
          <w:sz w:val="20"/>
          <w:szCs w:val="20"/>
        </w:rPr>
      </w:pPr>
      <w:r>
        <w:rPr>
          <w:sz w:val="20"/>
          <w:szCs w:val="20"/>
        </w:rPr>
        <w:t>P/56/26/PL – Land to the west of Inglenook Hotel 255 Pagham Road Pagham PO21 3QB</w:t>
      </w:r>
      <w:r w:rsidR="006C27C2">
        <w:rPr>
          <w:sz w:val="20"/>
          <w:szCs w:val="20"/>
        </w:rPr>
        <w:t xml:space="preserve"> </w:t>
      </w:r>
      <w:r w:rsidR="008F2E07">
        <w:rPr>
          <w:sz w:val="20"/>
          <w:szCs w:val="20"/>
        </w:rPr>
        <w:t>Demolition</w:t>
      </w:r>
      <w:r w:rsidR="006C27C2">
        <w:rPr>
          <w:sz w:val="20"/>
          <w:szCs w:val="20"/>
        </w:rPr>
        <w:t xml:space="preserve"> of existing storage buildings and construction</w:t>
      </w:r>
      <w:r w:rsidR="00A95CDD">
        <w:rPr>
          <w:sz w:val="20"/>
          <w:szCs w:val="20"/>
        </w:rPr>
        <w:t xml:space="preserve"> of 6No dwellings and associated works (resubmission following P/43/25/PL</w:t>
      </w:r>
      <w:r w:rsidR="008F2E07">
        <w:rPr>
          <w:sz w:val="20"/>
          <w:szCs w:val="20"/>
        </w:rPr>
        <w:t>).  PERMIT</w:t>
      </w:r>
    </w:p>
    <w:p w14:paraId="173D1B97" w14:textId="77777777" w:rsidR="00EE6418" w:rsidRPr="00EE6418" w:rsidRDefault="00EE6418" w:rsidP="0078700D">
      <w:pPr>
        <w:pStyle w:val="ListParagraph"/>
        <w:ind w:left="851"/>
        <w:rPr>
          <w:b/>
          <w:bCs/>
          <w:sz w:val="20"/>
          <w:szCs w:val="20"/>
        </w:rPr>
      </w:pPr>
    </w:p>
    <w:p w14:paraId="189AFE19" w14:textId="6E3A9D2F" w:rsidR="00EE6418" w:rsidRDefault="00EE6418" w:rsidP="00E93AD8">
      <w:pPr>
        <w:pStyle w:val="ListParagraph"/>
        <w:numPr>
          <w:ilvl w:val="0"/>
          <w:numId w:val="26"/>
        </w:numPr>
        <w:rPr>
          <w:b/>
          <w:bCs/>
          <w:sz w:val="20"/>
          <w:szCs w:val="20"/>
        </w:rPr>
      </w:pPr>
      <w:r w:rsidRPr="00EE6418">
        <w:rPr>
          <w:b/>
          <w:bCs/>
          <w:sz w:val="20"/>
          <w:szCs w:val="20"/>
        </w:rPr>
        <w:t>Enforcement &amp; ADC Planning Committee</w:t>
      </w:r>
    </w:p>
    <w:p w14:paraId="5D49580F" w14:textId="4AA34CC7" w:rsidR="00E93AD8" w:rsidRDefault="00E93AD8" w:rsidP="00E93AD8">
      <w:pPr>
        <w:pStyle w:val="ListParagraph"/>
        <w:numPr>
          <w:ilvl w:val="1"/>
          <w:numId w:val="26"/>
        </w:numPr>
        <w:rPr>
          <w:sz w:val="20"/>
          <w:szCs w:val="20"/>
        </w:rPr>
      </w:pPr>
      <w:r w:rsidRPr="00E93AD8">
        <w:rPr>
          <w:sz w:val="20"/>
          <w:szCs w:val="20"/>
        </w:rPr>
        <w:t>None</w:t>
      </w:r>
      <w:r>
        <w:rPr>
          <w:sz w:val="20"/>
          <w:szCs w:val="20"/>
        </w:rPr>
        <w:t>.</w:t>
      </w:r>
    </w:p>
    <w:p w14:paraId="2F279299" w14:textId="77777777" w:rsidR="00E93AD8" w:rsidRPr="00E93AD8" w:rsidRDefault="00E93AD8" w:rsidP="00E93AD8">
      <w:pPr>
        <w:pStyle w:val="ListParagraph"/>
        <w:ind w:left="851"/>
        <w:rPr>
          <w:sz w:val="20"/>
          <w:szCs w:val="20"/>
        </w:rPr>
      </w:pPr>
    </w:p>
    <w:p w14:paraId="0D12D5B5" w14:textId="77777777" w:rsidR="00EE6418" w:rsidRPr="0078700D" w:rsidRDefault="00EE6418" w:rsidP="008557E1">
      <w:pPr>
        <w:pStyle w:val="ListParagraph"/>
        <w:numPr>
          <w:ilvl w:val="0"/>
          <w:numId w:val="26"/>
        </w:numPr>
        <w:rPr>
          <w:i/>
          <w:iCs/>
          <w:sz w:val="20"/>
          <w:szCs w:val="20"/>
        </w:rPr>
      </w:pPr>
      <w:r w:rsidRPr="0078700D">
        <w:rPr>
          <w:b/>
          <w:bCs/>
          <w:sz w:val="20"/>
          <w:szCs w:val="20"/>
        </w:rPr>
        <w:t xml:space="preserve">Discharge of conditions applications </w:t>
      </w:r>
      <w:r w:rsidRPr="0078700D">
        <w:rPr>
          <w:i/>
          <w:iCs/>
          <w:sz w:val="20"/>
          <w:szCs w:val="20"/>
        </w:rPr>
        <w:t>to receive details of discharge of conditions applications under consideration for strategic or larger sites which may be of interest to the Committee</w:t>
      </w:r>
    </w:p>
    <w:p w14:paraId="269D4551" w14:textId="31A2C77D" w:rsidR="00EE6418" w:rsidRPr="0078700D" w:rsidRDefault="00E93AD8" w:rsidP="00EE6418">
      <w:pPr>
        <w:pStyle w:val="ListParagraph"/>
        <w:numPr>
          <w:ilvl w:val="1"/>
          <w:numId w:val="26"/>
        </w:numPr>
        <w:rPr>
          <w:sz w:val="20"/>
          <w:szCs w:val="20"/>
        </w:rPr>
      </w:pPr>
      <w:r>
        <w:rPr>
          <w:sz w:val="20"/>
          <w:szCs w:val="20"/>
        </w:rPr>
        <w:t>P</w:t>
      </w:r>
      <w:r w:rsidR="005E0181">
        <w:rPr>
          <w:sz w:val="20"/>
          <w:szCs w:val="20"/>
        </w:rPr>
        <w:t>/112/26/DOC – Approval of details reserved by condition under P/149/2</w:t>
      </w:r>
      <w:r w:rsidR="00D70723">
        <w:rPr>
          <w:sz w:val="20"/>
          <w:szCs w:val="20"/>
        </w:rPr>
        <w:t xml:space="preserve">3/s73 relating to condition 12b – Implemented </w:t>
      </w:r>
      <w:proofErr w:type="spellStart"/>
      <w:r w:rsidR="00D70723">
        <w:rPr>
          <w:sz w:val="20"/>
          <w:szCs w:val="20"/>
        </w:rPr>
        <w:t>SuDS</w:t>
      </w:r>
      <w:proofErr w:type="spellEnd"/>
      <w:r w:rsidR="00D70723">
        <w:rPr>
          <w:sz w:val="20"/>
          <w:szCs w:val="20"/>
        </w:rPr>
        <w:t xml:space="preserve"> scheme.</w:t>
      </w:r>
      <w:r w:rsidR="008E0E64">
        <w:rPr>
          <w:sz w:val="20"/>
          <w:szCs w:val="20"/>
        </w:rPr>
        <w:t xml:space="preserve">  This is a further application to discharge the drainage condition to confirm the drainage has been built to the drawings in respect of the Bellway parcel of land at Hook Lane, follows the refusal of the previous application.</w:t>
      </w:r>
    </w:p>
    <w:p w14:paraId="7A78EF9E" w14:textId="77777777" w:rsidR="00EE6418" w:rsidRPr="0078700D" w:rsidRDefault="00EE6418" w:rsidP="008557E1">
      <w:pPr>
        <w:pStyle w:val="ListParagraph"/>
        <w:ind w:left="851"/>
        <w:rPr>
          <w:sz w:val="20"/>
          <w:szCs w:val="20"/>
        </w:rPr>
      </w:pPr>
    </w:p>
    <w:p w14:paraId="7AD25FDD" w14:textId="77777777" w:rsidR="00EE6418" w:rsidRPr="00CF4BFD" w:rsidRDefault="00EE6418" w:rsidP="00CF4BFD">
      <w:pPr>
        <w:rPr>
          <w:sz w:val="20"/>
          <w:szCs w:val="20"/>
        </w:rPr>
      </w:pPr>
    </w:p>
    <w:p w14:paraId="740B8580" w14:textId="62C44765" w:rsidR="00EE6418" w:rsidRPr="00CF4BFD" w:rsidRDefault="00EE6418" w:rsidP="00FE5261">
      <w:pPr>
        <w:pStyle w:val="ListParagraph"/>
        <w:numPr>
          <w:ilvl w:val="0"/>
          <w:numId w:val="26"/>
        </w:numPr>
        <w:rPr>
          <w:sz w:val="20"/>
          <w:szCs w:val="20"/>
        </w:rPr>
      </w:pPr>
      <w:r w:rsidRPr="0078700D">
        <w:rPr>
          <w:sz w:val="20"/>
          <w:szCs w:val="20"/>
        </w:rPr>
        <w:t>Date of next meeting</w:t>
      </w:r>
      <w:r w:rsidR="00CF4BFD">
        <w:rPr>
          <w:sz w:val="20"/>
          <w:szCs w:val="20"/>
        </w:rPr>
        <w:t xml:space="preserve"> - </w:t>
      </w:r>
      <w:r w:rsidRPr="00CF4BFD">
        <w:rPr>
          <w:sz w:val="20"/>
          <w:szCs w:val="20"/>
        </w:rPr>
        <w:t xml:space="preserve">8th September 2026 </w:t>
      </w:r>
    </w:p>
    <w:p w14:paraId="0B5D9D20" w14:textId="77777777" w:rsidR="00FE5261" w:rsidRDefault="00FE5261" w:rsidP="00FE5261">
      <w:pPr>
        <w:rPr>
          <w:sz w:val="20"/>
          <w:szCs w:val="20"/>
        </w:rPr>
      </w:pPr>
    </w:p>
    <w:p w14:paraId="38EDD9BE" w14:textId="77777777" w:rsidR="00FE5261" w:rsidRDefault="00FE5261" w:rsidP="00FE5261">
      <w:pPr>
        <w:rPr>
          <w:sz w:val="20"/>
          <w:szCs w:val="20"/>
        </w:rPr>
      </w:pPr>
    </w:p>
    <w:p w14:paraId="4DFDBEB5" w14:textId="77777777" w:rsidR="00FE5261" w:rsidRDefault="00FE5261" w:rsidP="00FE5261">
      <w:pPr>
        <w:rPr>
          <w:sz w:val="20"/>
          <w:szCs w:val="20"/>
        </w:rPr>
      </w:pPr>
    </w:p>
    <w:p w14:paraId="3BB79509" w14:textId="77777777" w:rsidR="00FE5261" w:rsidRDefault="00FE5261" w:rsidP="00FE5261">
      <w:pPr>
        <w:rPr>
          <w:sz w:val="20"/>
          <w:szCs w:val="20"/>
        </w:rPr>
      </w:pPr>
    </w:p>
    <w:p w14:paraId="23A29451" w14:textId="77777777" w:rsidR="00FE5261" w:rsidRPr="00FE5261" w:rsidRDefault="00FE5261" w:rsidP="00FE5261">
      <w:pPr>
        <w:rPr>
          <w:sz w:val="20"/>
          <w:szCs w:val="20"/>
        </w:rPr>
      </w:pPr>
    </w:p>
    <w:p w14:paraId="6A6BE2A8" w14:textId="5877BCBE" w:rsidR="00270F4F" w:rsidRPr="006113E8" w:rsidRDefault="00C04199" w:rsidP="006113E8">
      <w:pPr>
        <w:rPr>
          <w:b/>
          <w:bCs/>
          <w:sz w:val="20"/>
          <w:szCs w:val="20"/>
        </w:rPr>
      </w:pPr>
      <w:r w:rsidRPr="006113E8">
        <w:rPr>
          <w:b/>
          <w:bCs/>
          <w:sz w:val="20"/>
          <w:szCs w:val="20"/>
        </w:rPr>
        <w:t>Chairman: ____________________       Date: ____________________</w:t>
      </w:r>
      <w:r w:rsidRPr="006113E8">
        <w:rPr>
          <w:b/>
          <w:bCs/>
          <w:sz w:val="20"/>
          <w:szCs w:val="20"/>
        </w:rPr>
        <w:br/>
      </w:r>
    </w:p>
    <w:sectPr w:rsidR="00270F4F" w:rsidRPr="006113E8" w:rsidSect="0078734F">
      <w:pgSz w:w="12240" w:h="15840"/>
      <w:pgMar w:top="709" w:right="1440" w:bottom="56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FBB1D2E"/>
    <w:multiLevelType w:val="multilevel"/>
    <w:tmpl w:val="448C382E"/>
    <w:lvl w:ilvl="0">
      <w:start w:val="1"/>
      <w:numFmt w:val="bullet"/>
      <w:lvlText w:val=""/>
      <w:lvlJc w:val="left"/>
      <w:pPr>
        <w:ind w:left="720" w:hanging="360"/>
      </w:pPr>
      <w:rPr>
        <w:rFonts w:ascii="Symbol" w:hAnsi="Symbol"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0" w15:restartNumberingAfterBreak="0">
    <w:nsid w:val="13781517"/>
    <w:multiLevelType w:val="multilevel"/>
    <w:tmpl w:val="FF0E527E"/>
    <w:lvl w:ilvl="0">
      <w:start w:val="6"/>
      <w:numFmt w:val="bullet"/>
      <w:lvlText w:val="-"/>
      <w:lvlJc w:val="left"/>
      <w:pPr>
        <w:ind w:left="360" w:hanging="360"/>
      </w:pPr>
      <w:rPr>
        <w:rFonts w:ascii="Arial" w:eastAsiaTheme="minorEastAsia" w:hAnsi="Arial" w:cs="Aria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96C5A7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09C0BD8"/>
    <w:multiLevelType w:val="multilevel"/>
    <w:tmpl w:val="448C382E"/>
    <w:lvl w:ilvl="0">
      <w:start w:val="1"/>
      <w:numFmt w:val="bullet"/>
      <w:lvlText w:val=""/>
      <w:lvlJc w:val="left"/>
      <w:pPr>
        <w:ind w:left="720" w:hanging="360"/>
      </w:pPr>
      <w:rPr>
        <w:rFonts w:ascii="Symbol" w:hAnsi="Symbol"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3" w15:restartNumberingAfterBreak="0">
    <w:nsid w:val="30BC5C1A"/>
    <w:multiLevelType w:val="multilevel"/>
    <w:tmpl w:val="7A04788A"/>
    <w:lvl w:ilvl="0">
      <w:start w:val="1"/>
      <w:numFmt w:val="decimal"/>
      <w:lvlText w:val="%1."/>
      <w:lvlJc w:val="left"/>
      <w:pPr>
        <w:ind w:left="360" w:hanging="360"/>
      </w:pPr>
      <w:rPr>
        <w:b/>
        <w:bCs w:val="0"/>
        <w:i w:val="0"/>
        <w:iCs w:val="0"/>
      </w:rPr>
    </w:lvl>
    <w:lvl w:ilvl="1">
      <w:start w:val="1"/>
      <w:numFmt w:val="decimal"/>
      <w:lvlText w:val="%1.%2."/>
      <w:lvlJc w:val="left"/>
      <w:pPr>
        <w:ind w:left="716" w:hanging="432"/>
      </w:pPr>
      <w:rPr>
        <w:b w:val="0"/>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4B07CAA"/>
    <w:multiLevelType w:val="multilevel"/>
    <w:tmpl w:val="448C382E"/>
    <w:lvl w:ilvl="0">
      <w:start w:val="1"/>
      <w:numFmt w:val="bullet"/>
      <w:lvlText w:val=""/>
      <w:lvlJc w:val="left"/>
      <w:pPr>
        <w:ind w:left="720" w:hanging="360"/>
      </w:pPr>
      <w:rPr>
        <w:rFonts w:ascii="Symbol" w:hAnsi="Symbol"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5" w15:restartNumberingAfterBreak="0">
    <w:nsid w:val="37E57DE6"/>
    <w:multiLevelType w:val="multilevel"/>
    <w:tmpl w:val="65A87B54"/>
    <w:lvl w:ilvl="0">
      <w:start w:val="63"/>
      <w:numFmt w:val="decimal"/>
      <w:lvlText w:val="%1."/>
      <w:lvlJc w:val="left"/>
      <w:pPr>
        <w:ind w:left="360" w:hanging="360"/>
      </w:pPr>
      <w:rPr>
        <w:rFonts w:hint="default"/>
        <w:b/>
        <w:bCs/>
        <w:i w:val="0"/>
        <w:iCs w:val="0"/>
      </w:rPr>
    </w:lvl>
    <w:lvl w:ilvl="1">
      <w:start w:val="1"/>
      <w:numFmt w:val="decimal"/>
      <w:lvlText w:val="%1.%2."/>
      <w:lvlJc w:val="left"/>
      <w:pPr>
        <w:ind w:left="0" w:firstLine="0"/>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EAE5780"/>
    <w:multiLevelType w:val="hybridMultilevel"/>
    <w:tmpl w:val="F998D24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3E6AE3"/>
    <w:multiLevelType w:val="multilevel"/>
    <w:tmpl w:val="448C382E"/>
    <w:lvl w:ilvl="0">
      <w:start w:val="1"/>
      <w:numFmt w:val="bullet"/>
      <w:lvlText w:val=""/>
      <w:lvlJc w:val="left"/>
      <w:pPr>
        <w:ind w:left="720" w:hanging="360"/>
      </w:pPr>
      <w:rPr>
        <w:rFonts w:ascii="Symbol" w:hAnsi="Symbol"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8" w15:restartNumberingAfterBreak="0">
    <w:nsid w:val="42F4423C"/>
    <w:multiLevelType w:val="hybridMultilevel"/>
    <w:tmpl w:val="735E44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C34AE2"/>
    <w:multiLevelType w:val="hybridMultilevel"/>
    <w:tmpl w:val="026C6B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B37654"/>
    <w:multiLevelType w:val="hybridMultilevel"/>
    <w:tmpl w:val="2C4A8010"/>
    <w:lvl w:ilvl="0" w:tplc="EFD09434">
      <w:start w:val="6"/>
      <w:numFmt w:val="bullet"/>
      <w:lvlText w:val="-"/>
      <w:lvlJc w:val="left"/>
      <w:pPr>
        <w:ind w:left="1080" w:hanging="72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623117D"/>
    <w:multiLevelType w:val="multilevel"/>
    <w:tmpl w:val="F8742952"/>
    <w:lvl w:ilvl="0">
      <w:start w:val="51"/>
      <w:numFmt w:val="decimal"/>
      <w:lvlText w:val="%1."/>
      <w:lvlJc w:val="left"/>
      <w:pPr>
        <w:ind w:left="360" w:hanging="360"/>
      </w:pPr>
      <w:rPr>
        <w:rFonts w:hint="default"/>
        <w:b/>
        <w:bCs/>
        <w:i w:val="0"/>
        <w:iCs w:val="0"/>
      </w:rPr>
    </w:lvl>
    <w:lvl w:ilvl="1">
      <w:start w:val="1"/>
      <w:numFmt w:val="bullet"/>
      <w:lvlText w:val=""/>
      <w:lvlJc w:val="left"/>
      <w:pPr>
        <w:ind w:left="360" w:hanging="360"/>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663A7F25"/>
    <w:multiLevelType w:val="hybridMultilevel"/>
    <w:tmpl w:val="B66E23CE"/>
    <w:lvl w:ilvl="0" w:tplc="07B4F528">
      <w:start w:val="6"/>
      <w:numFmt w:val="bullet"/>
      <w:lvlText w:val="-"/>
      <w:lvlJc w:val="left"/>
      <w:pPr>
        <w:ind w:left="420" w:hanging="360"/>
      </w:pPr>
      <w:rPr>
        <w:rFonts w:ascii="Arial" w:eastAsia="Times New Roman"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3" w15:restartNumberingAfterBreak="0">
    <w:nsid w:val="69076D96"/>
    <w:multiLevelType w:val="hybridMultilevel"/>
    <w:tmpl w:val="A894D7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957722F"/>
    <w:multiLevelType w:val="multilevel"/>
    <w:tmpl w:val="4D4A68A6"/>
    <w:lvl w:ilvl="0">
      <w:start w:val="2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75EE0F43"/>
    <w:multiLevelType w:val="multilevel"/>
    <w:tmpl w:val="FD60CDF0"/>
    <w:lvl w:ilvl="0">
      <w:start w:val="29"/>
      <w:numFmt w:val="decimal"/>
      <w:lvlText w:val="%1."/>
      <w:lvlJc w:val="left"/>
      <w:pPr>
        <w:ind w:left="360" w:hanging="360"/>
      </w:pPr>
      <w:rPr>
        <w:rFonts w:hint="default"/>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50708173">
    <w:abstractNumId w:val="8"/>
  </w:num>
  <w:num w:numId="2" w16cid:durableId="1312716161">
    <w:abstractNumId w:val="6"/>
  </w:num>
  <w:num w:numId="3" w16cid:durableId="320502540">
    <w:abstractNumId w:val="5"/>
  </w:num>
  <w:num w:numId="4" w16cid:durableId="433743926">
    <w:abstractNumId w:val="4"/>
  </w:num>
  <w:num w:numId="5" w16cid:durableId="1677226138">
    <w:abstractNumId w:val="7"/>
  </w:num>
  <w:num w:numId="6" w16cid:durableId="804734827">
    <w:abstractNumId w:val="3"/>
  </w:num>
  <w:num w:numId="7" w16cid:durableId="39130478">
    <w:abstractNumId w:val="2"/>
  </w:num>
  <w:num w:numId="8" w16cid:durableId="1309162408">
    <w:abstractNumId w:val="1"/>
  </w:num>
  <w:num w:numId="9" w16cid:durableId="1020859948">
    <w:abstractNumId w:val="0"/>
  </w:num>
  <w:num w:numId="10" w16cid:durableId="1441758602">
    <w:abstractNumId w:val="24"/>
  </w:num>
  <w:num w:numId="11" w16cid:durableId="772480451">
    <w:abstractNumId w:val="25"/>
  </w:num>
  <w:num w:numId="12" w16cid:durableId="428743944">
    <w:abstractNumId w:val="22"/>
  </w:num>
  <w:num w:numId="13" w16cid:durableId="1385326859">
    <w:abstractNumId w:val="11"/>
  </w:num>
  <w:num w:numId="14" w16cid:durableId="1674143465">
    <w:abstractNumId w:val="15"/>
  </w:num>
  <w:num w:numId="15" w16cid:durableId="1946687201">
    <w:abstractNumId w:val="20"/>
  </w:num>
  <w:num w:numId="16" w16cid:durableId="1184394266">
    <w:abstractNumId w:val="10"/>
  </w:num>
  <w:num w:numId="17" w16cid:durableId="601034372">
    <w:abstractNumId w:val="9"/>
  </w:num>
  <w:num w:numId="18" w16cid:durableId="1705251865">
    <w:abstractNumId w:val="12"/>
  </w:num>
  <w:num w:numId="19" w16cid:durableId="429356264">
    <w:abstractNumId w:val="17"/>
  </w:num>
  <w:num w:numId="20" w16cid:durableId="1581596350">
    <w:abstractNumId w:val="14"/>
  </w:num>
  <w:num w:numId="21" w16cid:durableId="354117326">
    <w:abstractNumId w:val="19"/>
  </w:num>
  <w:num w:numId="22" w16cid:durableId="1256209020">
    <w:abstractNumId w:val="23"/>
  </w:num>
  <w:num w:numId="23" w16cid:durableId="2016880206">
    <w:abstractNumId w:val="18"/>
  </w:num>
  <w:num w:numId="24" w16cid:durableId="724182383">
    <w:abstractNumId w:val="16"/>
  </w:num>
  <w:num w:numId="25" w16cid:durableId="462776541">
    <w:abstractNumId w:val="15"/>
    <w:lvlOverride w:ilvl="0">
      <w:lvl w:ilvl="0">
        <w:start w:val="31"/>
        <w:numFmt w:val="decimal"/>
        <w:lvlText w:val="%1."/>
        <w:lvlJc w:val="left"/>
        <w:pPr>
          <w:ind w:left="360" w:hanging="360"/>
        </w:pPr>
        <w:rPr>
          <w:rFonts w:hint="default"/>
          <w:b/>
          <w:bCs/>
          <w:i w:val="0"/>
          <w:iCs w:val="0"/>
        </w:rPr>
      </w:lvl>
    </w:lvlOverride>
    <w:lvlOverride w:ilvl="1">
      <w:lvl w:ilvl="1">
        <w:start w:val="1"/>
        <w:numFmt w:val="decimal"/>
        <w:lvlText w:val="%1.%2."/>
        <w:lvlJc w:val="left"/>
        <w:pPr>
          <w:ind w:left="794" w:hanging="794"/>
        </w:pPr>
        <w:rPr>
          <w:rFonts w:hint="default"/>
          <w:b w:val="0"/>
          <w:bCs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6" w16cid:durableId="658702502">
    <w:abstractNumId w:val="15"/>
    <w:lvlOverride w:ilvl="0">
      <w:lvl w:ilvl="0">
        <w:start w:val="31"/>
        <w:numFmt w:val="decimal"/>
        <w:lvlText w:val="%1."/>
        <w:lvlJc w:val="left"/>
        <w:pPr>
          <w:ind w:left="360" w:hanging="360"/>
        </w:pPr>
        <w:rPr>
          <w:rFonts w:hint="default"/>
          <w:b/>
          <w:bCs/>
          <w:i w:val="0"/>
          <w:iCs w:val="0"/>
        </w:rPr>
      </w:lvl>
    </w:lvlOverride>
    <w:lvlOverride w:ilvl="1">
      <w:lvl w:ilvl="1">
        <w:start w:val="1"/>
        <w:numFmt w:val="decimal"/>
        <w:lvlText w:val="%1.%2."/>
        <w:lvlJc w:val="left"/>
        <w:pPr>
          <w:ind w:left="851" w:hanging="851"/>
        </w:pPr>
        <w:rPr>
          <w:rFonts w:hint="default"/>
          <w:b w:val="0"/>
          <w:bCs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7" w16cid:durableId="608197297">
    <w:abstractNumId w:val="21"/>
  </w:num>
  <w:num w:numId="28" w16cid:durableId="14634287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157B"/>
    <w:rsid w:val="00034616"/>
    <w:rsid w:val="0006063C"/>
    <w:rsid w:val="000606FB"/>
    <w:rsid w:val="000659E7"/>
    <w:rsid w:val="0007309B"/>
    <w:rsid w:val="000B3E1B"/>
    <w:rsid w:val="000E2FC1"/>
    <w:rsid w:val="0013245C"/>
    <w:rsid w:val="00137D6A"/>
    <w:rsid w:val="00143209"/>
    <w:rsid w:val="0015074B"/>
    <w:rsid w:val="001737BE"/>
    <w:rsid w:val="00183796"/>
    <w:rsid w:val="001C1989"/>
    <w:rsid w:val="001E7403"/>
    <w:rsid w:val="002018AA"/>
    <w:rsid w:val="002159C2"/>
    <w:rsid w:val="00227E6E"/>
    <w:rsid w:val="002374FF"/>
    <w:rsid w:val="00270F4F"/>
    <w:rsid w:val="00272CF5"/>
    <w:rsid w:val="00276A43"/>
    <w:rsid w:val="0029639D"/>
    <w:rsid w:val="0029783B"/>
    <w:rsid w:val="002C52EA"/>
    <w:rsid w:val="00322BFF"/>
    <w:rsid w:val="00326F90"/>
    <w:rsid w:val="00366167"/>
    <w:rsid w:val="003B45C4"/>
    <w:rsid w:val="003C798D"/>
    <w:rsid w:val="003D35FE"/>
    <w:rsid w:val="003F1681"/>
    <w:rsid w:val="003F4B62"/>
    <w:rsid w:val="00420153"/>
    <w:rsid w:val="004354A2"/>
    <w:rsid w:val="00454794"/>
    <w:rsid w:val="00465009"/>
    <w:rsid w:val="00472921"/>
    <w:rsid w:val="00496D94"/>
    <w:rsid w:val="004A6333"/>
    <w:rsid w:val="004C5A34"/>
    <w:rsid w:val="004E4C71"/>
    <w:rsid w:val="00504DB6"/>
    <w:rsid w:val="00510FB4"/>
    <w:rsid w:val="00512E98"/>
    <w:rsid w:val="00527AF5"/>
    <w:rsid w:val="005300B3"/>
    <w:rsid w:val="00534CEB"/>
    <w:rsid w:val="00554601"/>
    <w:rsid w:val="00563BCD"/>
    <w:rsid w:val="005E0181"/>
    <w:rsid w:val="005E0D7A"/>
    <w:rsid w:val="005F44F7"/>
    <w:rsid w:val="00605D1A"/>
    <w:rsid w:val="006113E8"/>
    <w:rsid w:val="00616E45"/>
    <w:rsid w:val="006B7693"/>
    <w:rsid w:val="006C27C2"/>
    <w:rsid w:val="00701CD6"/>
    <w:rsid w:val="00734566"/>
    <w:rsid w:val="0075281E"/>
    <w:rsid w:val="0078021F"/>
    <w:rsid w:val="0078700D"/>
    <w:rsid w:val="0078734F"/>
    <w:rsid w:val="007873F3"/>
    <w:rsid w:val="007B78B1"/>
    <w:rsid w:val="007C6620"/>
    <w:rsid w:val="00812F97"/>
    <w:rsid w:val="008557E1"/>
    <w:rsid w:val="00864351"/>
    <w:rsid w:val="00882E10"/>
    <w:rsid w:val="008834BA"/>
    <w:rsid w:val="00897E12"/>
    <w:rsid w:val="008B1F9A"/>
    <w:rsid w:val="008B6D00"/>
    <w:rsid w:val="008C6648"/>
    <w:rsid w:val="008E0E64"/>
    <w:rsid w:val="008F2E07"/>
    <w:rsid w:val="00903CB4"/>
    <w:rsid w:val="009365C9"/>
    <w:rsid w:val="00962242"/>
    <w:rsid w:val="009A6C2F"/>
    <w:rsid w:val="009C25E7"/>
    <w:rsid w:val="009D1F5A"/>
    <w:rsid w:val="00A10C0F"/>
    <w:rsid w:val="00A761AC"/>
    <w:rsid w:val="00A95CDD"/>
    <w:rsid w:val="00AA1D8D"/>
    <w:rsid w:val="00AC4D0B"/>
    <w:rsid w:val="00AC71DA"/>
    <w:rsid w:val="00AD0495"/>
    <w:rsid w:val="00AD719B"/>
    <w:rsid w:val="00B31340"/>
    <w:rsid w:val="00B33543"/>
    <w:rsid w:val="00B3489E"/>
    <w:rsid w:val="00B47730"/>
    <w:rsid w:val="00B60325"/>
    <w:rsid w:val="00B70FFC"/>
    <w:rsid w:val="00BC088E"/>
    <w:rsid w:val="00BF3CC1"/>
    <w:rsid w:val="00C04199"/>
    <w:rsid w:val="00C210B2"/>
    <w:rsid w:val="00C314BA"/>
    <w:rsid w:val="00C32842"/>
    <w:rsid w:val="00C41E1B"/>
    <w:rsid w:val="00C71E36"/>
    <w:rsid w:val="00C73696"/>
    <w:rsid w:val="00CB0664"/>
    <w:rsid w:val="00CB27F9"/>
    <w:rsid w:val="00CE3FE7"/>
    <w:rsid w:val="00CF4BFD"/>
    <w:rsid w:val="00D12DAC"/>
    <w:rsid w:val="00D23234"/>
    <w:rsid w:val="00D23D8A"/>
    <w:rsid w:val="00D605AD"/>
    <w:rsid w:val="00D70723"/>
    <w:rsid w:val="00D942A3"/>
    <w:rsid w:val="00E57598"/>
    <w:rsid w:val="00E71F28"/>
    <w:rsid w:val="00E93AD8"/>
    <w:rsid w:val="00EC03B8"/>
    <w:rsid w:val="00EE27C3"/>
    <w:rsid w:val="00EE6418"/>
    <w:rsid w:val="00EF3C86"/>
    <w:rsid w:val="00EF3F7A"/>
    <w:rsid w:val="00EF760B"/>
    <w:rsid w:val="00F10089"/>
    <w:rsid w:val="00F62CAE"/>
    <w:rsid w:val="00F62D4D"/>
    <w:rsid w:val="00F7259D"/>
    <w:rsid w:val="00F83B4E"/>
    <w:rsid w:val="00FB0251"/>
    <w:rsid w:val="00FB34D8"/>
    <w:rsid w:val="00FC693F"/>
    <w:rsid w:val="00FE52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B9A733"/>
  <w14:defaultImageDpi w14:val="300"/>
  <w15:docId w15:val="{EEC59C40-9D98-4222-83EF-D98941B89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222222"/>
    </w:rPr>
  </w:style>
  <w:style w:type="paragraph" w:styleId="Heading1">
    <w:name w:val="heading 1"/>
    <w:basedOn w:val="Normal"/>
    <w:next w:val="Normal"/>
    <w:link w:val="Heading1Char"/>
    <w:uiPriority w:val="9"/>
    <w:qFormat/>
    <w:rsid w:val="00FC693F"/>
    <w:pPr>
      <w:keepNext/>
      <w:keepLines/>
      <w:outlineLvl w:val="0"/>
    </w:pPr>
    <w:rPr>
      <w:rFonts w:asciiTheme="majorHAnsi" w:eastAsiaTheme="majorEastAsia" w:hAnsiTheme="majorHAnsi" w:cstheme="majorBidi"/>
      <w:b/>
      <w:bCs/>
      <w:color w:val="003366"/>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b/>
      <w:bCs/>
      <w:color w:val="006699"/>
      <w:sz w:val="28"/>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link w:val="CommentTextChar"/>
    <w:uiPriority w:val="99"/>
    <w:unhideWhenUsed/>
    <w:rsid w:val="00D942A3"/>
    <w:pPr>
      <w:spacing w:line="240" w:lineRule="auto"/>
    </w:pPr>
    <w:rPr>
      <w:rFonts w:ascii="Comic Sans MS" w:eastAsia="Times New Roman" w:hAnsi="Comic Sans MS" w:cs="Times New Roman"/>
      <w:color w:val="auto"/>
      <w:sz w:val="20"/>
      <w:szCs w:val="20"/>
      <w:lang w:val="en-GB" w:eastAsia="en-GB"/>
    </w:rPr>
  </w:style>
  <w:style w:type="character" w:customStyle="1" w:styleId="CommentTextChar">
    <w:name w:val="Comment Text Char"/>
    <w:basedOn w:val="DefaultParagraphFont"/>
    <w:link w:val="CommentText"/>
    <w:uiPriority w:val="99"/>
    <w:rsid w:val="00D942A3"/>
    <w:rPr>
      <w:rFonts w:ascii="Comic Sans MS" w:eastAsia="Times New Roman" w:hAnsi="Comic Sans MS" w:cs="Times New Roman"/>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Pages>
  <Words>683</Words>
  <Characters>3899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Nicola Swann</cp:lastModifiedBy>
  <cp:revision>47</cp:revision>
  <dcterms:created xsi:type="dcterms:W3CDTF">2026-09-22T09:47:00Z</dcterms:created>
  <dcterms:modified xsi:type="dcterms:W3CDTF">2026-09-23T08:40:00Z</dcterms:modified>
  <cp:category/>
</cp:coreProperties>
</file>