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>Tel: 01243 266424  |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0678DB7A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F14FF3">
        <w:rPr>
          <w:rFonts w:cs="Arial"/>
          <w:color w:val="EE0000"/>
          <w:sz w:val="20"/>
          <w:szCs w:val="20"/>
        </w:rPr>
        <w:t>13</w:t>
      </w:r>
      <w:r w:rsidR="00F14FF3" w:rsidRPr="00F14FF3">
        <w:rPr>
          <w:rFonts w:cs="Arial"/>
          <w:color w:val="EE0000"/>
          <w:sz w:val="20"/>
          <w:szCs w:val="20"/>
          <w:vertAlign w:val="superscript"/>
        </w:rPr>
        <w:t>th</w:t>
      </w:r>
      <w:r w:rsidR="00F14FF3">
        <w:rPr>
          <w:rFonts w:cs="Arial"/>
          <w:color w:val="EE0000"/>
          <w:sz w:val="20"/>
          <w:szCs w:val="20"/>
        </w:rPr>
        <w:t xml:space="preserve"> October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r w:rsidRPr="00A04FBD">
        <w:rPr>
          <w:rFonts w:cs="Arial"/>
          <w:sz w:val="20"/>
          <w:szCs w:val="20"/>
        </w:rPr>
        <w:t>Ms P Hilton, Mr M Howard, Mr D Huntley, Mr I Manion &amp; Mrs R Palmer</w:t>
      </w:r>
    </w:p>
    <w:p w14:paraId="5BCD681B" w14:textId="41E3BFC3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Issued:</w:t>
      </w:r>
      <w:r w:rsidRPr="00A04FBD">
        <w:rPr>
          <w:rFonts w:cs="Arial"/>
          <w:sz w:val="20"/>
          <w:szCs w:val="20"/>
        </w:rPr>
        <w:t xml:space="preserve">  </w:t>
      </w:r>
      <w:r w:rsidR="00F14FF3">
        <w:rPr>
          <w:rFonts w:cs="Arial"/>
          <w:color w:val="EE0000"/>
          <w:sz w:val="20"/>
          <w:szCs w:val="20"/>
        </w:rPr>
        <w:t>6</w:t>
      </w:r>
      <w:r w:rsidR="00F14FF3" w:rsidRPr="00F14FF3">
        <w:rPr>
          <w:rFonts w:cs="Arial"/>
          <w:color w:val="EE0000"/>
          <w:sz w:val="20"/>
          <w:szCs w:val="20"/>
          <w:vertAlign w:val="superscript"/>
        </w:rPr>
        <w:t>th</w:t>
      </w:r>
      <w:r w:rsidR="00F14FF3">
        <w:rPr>
          <w:rFonts w:cs="Arial"/>
          <w:color w:val="EE0000"/>
          <w:sz w:val="20"/>
          <w:szCs w:val="20"/>
        </w:rPr>
        <w:t xml:space="preserve"> October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summoned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75D904BF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Apologies from Members.</w:t>
      </w:r>
    </w:p>
    <w:p w14:paraId="2197F83E" w14:textId="77777777" w:rsidR="00E02148" w:rsidRPr="00C76B40" w:rsidRDefault="00E02148" w:rsidP="00C76B40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1B28E1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sz w:val="20"/>
          <w:szCs w:val="20"/>
        </w:rPr>
        <w:t>To receive declarations of interest by Councillors on any of the agenda items below.</w:t>
      </w:r>
      <w:r w:rsidRPr="00C76B40">
        <w:rPr>
          <w:rFonts w:cs="Arial"/>
          <w:b/>
          <w:bCs/>
          <w:color w:val="000000"/>
          <w:sz w:val="20"/>
          <w:szCs w:val="20"/>
        </w:rPr>
        <w:t xml:space="preserve"> </w:t>
      </w:r>
    </w:p>
    <w:p w14:paraId="52FC2F15" w14:textId="77777777" w:rsidR="00E02148" w:rsidRPr="00C76B40" w:rsidRDefault="00E02148" w:rsidP="001108A9">
      <w:pPr>
        <w:pStyle w:val="ListParagraph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A79B053" w14:textId="77777777" w:rsidR="00B051B5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Public Session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(this will be limited to 10 minutes</w:t>
      </w:r>
      <w:r w:rsidRPr="00C76B40">
        <w:rPr>
          <w:rFonts w:cs="Arial"/>
          <w:b/>
          <w:color w:val="000000"/>
          <w:sz w:val="20"/>
          <w:szCs w:val="20"/>
        </w:rPr>
        <w:t>)</w:t>
      </w:r>
    </w:p>
    <w:p w14:paraId="596E4D52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9B33DEA" w14:textId="668D9558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To receive and approve the minutes of the Planning Committee meeting held on </w:t>
      </w:r>
      <w:r w:rsidR="00F14FF3">
        <w:rPr>
          <w:rFonts w:cs="Arial"/>
          <w:b/>
          <w:color w:val="000000"/>
          <w:sz w:val="20"/>
          <w:szCs w:val="20"/>
        </w:rPr>
        <w:t>2</w:t>
      </w:r>
      <w:r w:rsidR="00BD36E7">
        <w:rPr>
          <w:rFonts w:cs="Arial"/>
          <w:b/>
          <w:color w:val="000000"/>
          <w:sz w:val="20"/>
          <w:szCs w:val="20"/>
        </w:rPr>
        <w:t>2nd</w:t>
      </w:r>
      <w:r w:rsidR="00F14FF3">
        <w:rPr>
          <w:rFonts w:cs="Arial"/>
          <w:b/>
          <w:color w:val="000000"/>
          <w:sz w:val="20"/>
          <w:szCs w:val="20"/>
        </w:rPr>
        <w:t xml:space="preserve"> September</w:t>
      </w:r>
      <w:r w:rsidRPr="00A47BB3">
        <w:rPr>
          <w:rFonts w:cs="Arial"/>
          <w:b/>
          <w:color w:val="000000"/>
          <w:sz w:val="20"/>
          <w:szCs w:val="20"/>
        </w:rPr>
        <w:t xml:space="preserve"> 2026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(previously issued).</w:t>
      </w:r>
      <w:r w:rsidRPr="00A47BB3">
        <w:rPr>
          <w:rFonts w:cs="Arial"/>
          <w:b/>
          <w:color w:val="000000"/>
          <w:sz w:val="20"/>
          <w:szCs w:val="20"/>
        </w:rPr>
        <w:t xml:space="preserve">  </w:t>
      </w:r>
    </w:p>
    <w:p w14:paraId="5C5B004A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A26FF42" w14:textId="72FFB619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Matters arising from the previous Minutes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(this is for information sharing purposes only)</w:t>
      </w:r>
      <w:r w:rsidRPr="00A47BB3">
        <w:rPr>
          <w:rFonts w:cs="Arial"/>
          <w:b/>
          <w:color w:val="000000"/>
          <w:sz w:val="20"/>
          <w:szCs w:val="20"/>
        </w:rPr>
        <w:tab/>
      </w:r>
    </w:p>
    <w:p w14:paraId="351B61CA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68361EA" w14:textId="77777777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Planning applications: To consider responses to Planning Applications which have been submitted to Arun District Council and to delegate to the Parish Clerk to respond to each application. </w:t>
      </w:r>
    </w:p>
    <w:p w14:paraId="29503E8D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067C7A79" w14:textId="685EEBAF" w:rsidR="00A47BB3" w:rsidRPr="00A47BB3" w:rsidRDefault="009A017E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P/126/26/CLE – Church Barton House Horns Lane Pagham PO</w:t>
      </w:r>
      <w:r w:rsidR="0093053A">
        <w:rPr>
          <w:rFonts w:cs="Arial"/>
          <w:b/>
          <w:color w:val="000000"/>
          <w:sz w:val="20"/>
          <w:szCs w:val="20"/>
        </w:rPr>
        <w:t xml:space="preserve">21 4NZLawful development certificate for the existing operation al development comprising the excavation of a trench </w:t>
      </w:r>
      <w:r w:rsidR="008B4C2D">
        <w:rPr>
          <w:rFonts w:cs="Arial"/>
          <w:b/>
          <w:color w:val="000000"/>
          <w:sz w:val="20"/>
          <w:szCs w:val="20"/>
        </w:rPr>
        <w:t>and installation</w:t>
      </w:r>
      <w:r w:rsidR="0093053A">
        <w:rPr>
          <w:rFonts w:cs="Arial"/>
          <w:b/>
          <w:color w:val="000000"/>
          <w:sz w:val="20"/>
          <w:szCs w:val="20"/>
        </w:rPr>
        <w:t xml:space="preserve"> of foul drainage infra</w:t>
      </w:r>
      <w:r w:rsidR="008B4C2D">
        <w:rPr>
          <w:rFonts w:cs="Arial"/>
          <w:b/>
          <w:color w:val="000000"/>
          <w:sz w:val="20"/>
          <w:szCs w:val="20"/>
        </w:rPr>
        <w:t>structure pursuant to outline planning permission P/25/17/OUT</w:t>
      </w:r>
    </w:p>
    <w:p w14:paraId="70731FDD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0B9A4C10" w14:textId="496C5B9A" w:rsidR="00A47BB3" w:rsidRPr="00A47BB3" w:rsidRDefault="0015418E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P/123/26/s73 Land north of Hook Lane Pagham – application under s73 Town and Country Planning Act 1990 for the variation of condition 1 – plans, to amend the hard-landscaping finishes to the footpaths to grey tarmac and the terraces and patios to coloured tarmac following the grant of P/141/22/RES</w:t>
      </w:r>
    </w:p>
    <w:p w14:paraId="3964AF25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669FF428" w14:textId="0671C0E1" w:rsidR="00A47BB3" w:rsidRDefault="00B755CC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 xml:space="preserve">P/124/26/HH – 108 Pagham Proad Pagham PO21 4NN single storey rear extension, removal of existing detached garage and erection of single storey side </w:t>
      </w:r>
      <w:r w:rsidR="00AA0811">
        <w:rPr>
          <w:rFonts w:cs="Arial"/>
          <w:b/>
          <w:color w:val="000000"/>
          <w:sz w:val="20"/>
          <w:szCs w:val="20"/>
        </w:rPr>
        <w:t>extension with</w:t>
      </w:r>
      <w:r>
        <w:rPr>
          <w:rFonts w:cs="Arial"/>
          <w:b/>
          <w:color w:val="000000"/>
          <w:sz w:val="20"/>
          <w:szCs w:val="20"/>
        </w:rPr>
        <w:t xml:space="preserve"> integrated garage. </w:t>
      </w:r>
    </w:p>
    <w:p w14:paraId="3242BB27" w14:textId="77777777" w:rsidR="00AA0811" w:rsidRPr="00A47BB3" w:rsidRDefault="00AA0811" w:rsidP="00AA081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55350FF7" w14:textId="067A866D" w:rsidR="00BB63C3" w:rsidRDefault="00AC2B87" w:rsidP="00AA0811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 xml:space="preserve">Proposed base station installation at </w:t>
      </w:r>
      <w:r w:rsidR="00BB63C3">
        <w:rPr>
          <w:rFonts w:cs="Arial"/>
          <w:b/>
          <w:color w:val="000000"/>
          <w:sz w:val="20"/>
          <w:szCs w:val="20"/>
        </w:rPr>
        <w:t>Pagham</w:t>
      </w:r>
      <w:r>
        <w:rPr>
          <w:rFonts w:cs="Arial"/>
          <w:b/>
          <w:color w:val="000000"/>
          <w:sz w:val="20"/>
          <w:szCs w:val="20"/>
        </w:rPr>
        <w:t xml:space="preserve"> FC Ny</w:t>
      </w:r>
      <w:r w:rsidR="00BB63C3">
        <w:rPr>
          <w:rFonts w:cs="Arial"/>
          <w:b/>
          <w:color w:val="000000"/>
          <w:sz w:val="20"/>
          <w:szCs w:val="20"/>
        </w:rPr>
        <w:t>etimber Lane Pagham PO21 3JY</w:t>
      </w:r>
      <w:r w:rsidR="00F012D7">
        <w:rPr>
          <w:rFonts w:cs="Arial"/>
          <w:b/>
          <w:color w:val="000000"/>
          <w:sz w:val="20"/>
          <w:szCs w:val="20"/>
        </w:rPr>
        <w:t xml:space="preserve">.  </w:t>
      </w:r>
      <w:r w:rsidR="00F012D7" w:rsidRPr="00B505FD">
        <w:rPr>
          <w:rFonts w:cs="Arial"/>
          <w:bCs/>
          <w:i/>
          <w:iCs/>
          <w:color w:val="000000"/>
          <w:sz w:val="20"/>
          <w:szCs w:val="20"/>
        </w:rPr>
        <w:t>To consider any comments</w:t>
      </w:r>
      <w:r w:rsidR="00B505FD">
        <w:rPr>
          <w:rFonts w:cs="Arial"/>
          <w:bCs/>
          <w:i/>
          <w:iCs/>
          <w:color w:val="000000"/>
          <w:sz w:val="20"/>
          <w:szCs w:val="20"/>
        </w:rPr>
        <w:t>(details circulated)</w:t>
      </w:r>
    </w:p>
    <w:p w14:paraId="7EE46139" w14:textId="77777777" w:rsidR="00BB63C3" w:rsidRDefault="00BB63C3" w:rsidP="00BB63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8F7CDC0" w14:textId="6FB25AFB" w:rsidR="00AA0811" w:rsidRPr="00BB63C3" w:rsidRDefault="00E02148" w:rsidP="00BB63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BB63C3">
        <w:rPr>
          <w:rFonts w:cs="Arial"/>
          <w:b/>
          <w:color w:val="000000"/>
          <w:sz w:val="20"/>
          <w:szCs w:val="20"/>
        </w:rPr>
        <w:t xml:space="preserve">To note any decisions confirmed by Arun DC </w:t>
      </w:r>
    </w:p>
    <w:p w14:paraId="7386D59A" w14:textId="77777777" w:rsidR="00982F10" w:rsidRDefault="00982F10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BF8CB95" w14:textId="460972D3" w:rsidR="00E02148" w:rsidRP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82F10">
        <w:rPr>
          <w:rFonts w:cs="Arial"/>
          <w:b/>
          <w:color w:val="000000"/>
          <w:sz w:val="20"/>
          <w:szCs w:val="20"/>
        </w:rPr>
        <w:t xml:space="preserve">Enforcement &amp; ADC Planning Committees </w:t>
      </w:r>
      <w:r w:rsidRPr="00D15E03">
        <w:rPr>
          <w:rFonts w:cs="Arial"/>
          <w:bCs/>
          <w:i/>
          <w:iCs/>
          <w:color w:val="000000"/>
          <w:sz w:val="20"/>
          <w:szCs w:val="20"/>
        </w:rPr>
        <w:t>receive any updates &amp; consider any issues</w:t>
      </w:r>
      <w:r w:rsidRPr="00982F10">
        <w:rPr>
          <w:rFonts w:cs="Arial"/>
          <w:b/>
          <w:color w:val="000000"/>
          <w:sz w:val="20"/>
          <w:szCs w:val="20"/>
        </w:rPr>
        <w:t>.</w:t>
      </w:r>
    </w:p>
    <w:p w14:paraId="12A70938" w14:textId="77777777" w:rsidR="00E02148" w:rsidRPr="00C76B40" w:rsidRDefault="00E02148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D196703" w14:textId="77777777" w:rsidR="00E02148" w:rsidRPr="00D15E03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i/>
          <w:iCs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Discharge of conditions applications </w:t>
      </w:r>
      <w:r w:rsidRPr="00D15E03">
        <w:rPr>
          <w:rFonts w:cs="Arial"/>
          <w:bCs/>
          <w:i/>
          <w:iCs/>
          <w:color w:val="000000"/>
          <w:sz w:val="20"/>
          <w:szCs w:val="20"/>
        </w:rPr>
        <w:t>to receive details of discharge of conditions applications under consideration for strategic or larger sites which may be of interest to the Committee.</w:t>
      </w:r>
    </w:p>
    <w:p w14:paraId="43BF660D" w14:textId="77777777" w:rsidR="009D7AF3" w:rsidRPr="00C76B40" w:rsidRDefault="009D7AF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C76B40" w:rsidRDefault="00B75CD6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 w:rsidRPr="00C76B40">
        <w:rPr>
          <w:rFonts w:cs="Arial"/>
          <w:b/>
          <w:color w:val="000000"/>
          <w:sz w:val="20"/>
          <w:szCs w:val="20"/>
        </w:rPr>
        <w:t>meeting</w:t>
      </w:r>
    </w:p>
    <w:p w14:paraId="7DF48E42" w14:textId="7CC03342" w:rsidR="004902BF" w:rsidRPr="009D7AF3" w:rsidRDefault="004902BF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Signed</w:t>
      </w:r>
      <w:r w:rsidRPr="00D15E03">
        <w:rPr>
          <w:rFonts w:cs="Arial"/>
          <w:b/>
          <w:color w:val="000000"/>
          <w:sz w:val="28"/>
          <w:szCs w:val="28"/>
        </w:rPr>
        <w:t xml:space="preserve">: </w:t>
      </w:r>
      <w:r w:rsidRPr="00D15E03">
        <w:rPr>
          <w:rFonts w:ascii="Brush Script MT" w:hAnsi="Brush Script MT" w:cs="Arial"/>
          <w:b/>
          <w:color w:val="000000"/>
          <w:sz w:val="28"/>
          <w:szCs w:val="28"/>
        </w:rPr>
        <w:t>Nicola Swann</w:t>
      </w:r>
      <w:r w:rsidRPr="00D15E03">
        <w:rPr>
          <w:rFonts w:cs="Arial"/>
          <w:b/>
          <w:color w:val="000000"/>
          <w:sz w:val="28"/>
          <w:szCs w:val="28"/>
        </w:rPr>
        <w:t xml:space="preserve"> </w:t>
      </w:r>
      <w:r w:rsidRPr="009D7AF3">
        <w:rPr>
          <w:rFonts w:cs="Arial"/>
          <w:b/>
          <w:color w:val="000000"/>
          <w:sz w:val="20"/>
          <w:szCs w:val="20"/>
        </w:rPr>
        <w:t>– Clerk to the Council</w:t>
      </w:r>
    </w:p>
    <w:sectPr w:rsidR="004902BF" w:rsidRPr="009D7AF3" w:rsidSect="001108A9">
      <w:pgSz w:w="12240" w:h="15840"/>
      <w:pgMar w:top="426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3DA40F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4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2"/>
  </w:num>
  <w:num w:numId="13" w16cid:durableId="1430853544">
    <w:abstractNumId w:val="13"/>
  </w:num>
  <w:num w:numId="14" w16cid:durableId="1370912637">
    <w:abstractNumId w:val="14"/>
  </w:num>
  <w:num w:numId="15" w16cid:durableId="576865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E4"/>
    <w:rsid w:val="00034616"/>
    <w:rsid w:val="0006063C"/>
    <w:rsid w:val="000877E8"/>
    <w:rsid w:val="000A4A16"/>
    <w:rsid w:val="000C1711"/>
    <w:rsid w:val="000D2F3B"/>
    <w:rsid w:val="000E2D60"/>
    <w:rsid w:val="001108A9"/>
    <w:rsid w:val="00124D0E"/>
    <w:rsid w:val="0015074B"/>
    <w:rsid w:val="0015418E"/>
    <w:rsid w:val="00166687"/>
    <w:rsid w:val="00171576"/>
    <w:rsid w:val="00173ABF"/>
    <w:rsid w:val="001C5254"/>
    <w:rsid w:val="00215797"/>
    <w:rsid w:val="002159C2"/>
    <w:rsid w:val="0025155F"/>
    <w:rsid w:val="00260F9D"/>
    <w:rsid w:val="00275428"/>
    <w:rsid w:val="00281958"/>
    <w:rsid w:val="0029420C"/>
    <w:rsid w:val="0029639D"/>
    <w:rsid w:val="00326F90"/>
    <w:rsid w:val="00345D4A"/>
    <w:rsid w:val="00373B6E"/>
    <w:rsid w:val="003D3706"/>
    <w:rsid w:val="003F557B"/>
    <w:rsid w:val="00463C36"/>
    <w:rsid w:val="004902BF"/>
    <w:rsid w:val="004B5B3F"/>
    <w:rsid w:val="0053528E"/>
    <w:rsid w:val="00554F78"/>
    <w:rsid w:val="00561E56"/>
    <w:rsid w:val="005A661C"/>
    <w:rsid w:val="005E0475"/>
    <w:rsid w:val="005E6812"/>
    <w:rsid w:val="006B7D46"/>
    <w:rsid w:val="006D5E9C"/>
    <w:rsid w:val="006D6899"/>
    <w:rsid w:val="00741F99"/>
    <w:rsid w:val="008A63C6"/>
    <w:rsid w:val="008A7A23"/>
    <w:rsid w:val="008B4C2D"/>
    <w:rsid w:val="008E21AE"/>
    <w:rsid w:val="0093053A"/>
    <w:rsid w:val="00940E85"/>
    <w:rsid w:val="00982F10"/>
    <w:rsid w:val="009A017E"/>
    <w:rsid w:val="009C6A19"/>
    <w:rsid w:val="009D7AF3"/>
    <w:rsid w:val="00A02364"/>
    <w:rsid w:val="00A04FBD"/>
    <w:rsid w:val="00A30409"/>
    <w:rsid w:val="00A47BB3"/>
    <w:rsid w:val="00A54B6C"/>
    <w:rsid w:val="00AA0811"/>
    <w:rsid w:val="00AA1D8D"/>
    <w:rsid w:val="00AA3686"/>
    <w:rsid w:val="00AC2B87"/>
    <w:rsid w:val="00AE0B55"/>
    <w:rsid w:val="00AE57B8"/>
    <w:rsid w:val="00B051B5"/>
    <w:rsid w:val="00B47730"/>
    <w:rsid w:val="00B505FD"/>
    <w:rsid w:val="00B755CC"/>
    <w:rsid w:val="00B75CD6"/>
    <w:rsid w:val="00BB63C3"/>
    <w:rsid w:val="00BC1F8D"/>
    <w:rsid w:val="00BD36E7"/>
    <w:rsid w:val="00BF293E"/>
    <w:rsid w:val="00C15CC4"/>
    <w:rsid w:val="00C31A30"/>
    <w:rsid w:val="00C76B40"/>
    <w:rsid w:val="00CB0664"/>
    <w:rsid w:val="00CD0D40"/>
    <w:rsid w:val="00CD60A4"/>
    <w:rsid w:val="00CF48CB"/>
    <w:rsid w:val="00D15E03"/>
    <w:rsid w:val="00D30B0B"/>
    <w:rsid w:val="00DB134D"/>
    <w:rsid w:val="00DD0993"/>
    <w:rsid w:val="00E02148"/>
    <w:rsid w:val="00E30567"/>
    <w:rsid w:val="00EA5A7C"/>
    <w:rsid w:val="00EC3BCD"/>
    <w:rsid w:val="00EF758E"/>
    <w:rsid w:val="00F012D7"/>
    <w:rsid w:val="00F041C3"/>
    <w:rsid w:val="00F10D31"/>
    <w:rsid w:val="00F14F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14</cp:revision>
  <dcterms:created xsi:type="dcterms:W3CDTF">2026-10-06T08:37:00Z</dcterms:created>
  <dcterms:modified xsi:type="dcterms:W3CDTF">2026-10-06T10:01:00Z</dcterms:modified>
  <cp:category/>
</cp:coreProperties>
</file>