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0B61CF" w14:textId="77777777" w:rsidR="00270F4F" w:rsidRDefault="00C04199">
      <w:pPr>
        <w:pStyle w:val="Heading1"/>
        <w:jc w:val="center"/>
      </w:pPr>
      <w:r>
        <w:t>PAGHAM PARISH COUNCIL</w:t>
      </w:r>
    </w:p>
    <w:p w14:paraId="4EB3FA3F" w14:textId="0C78A0F9" w:rsidR="00270F4F" w:rsidRPr="002A680A" w:rsidRDefault="00C04199">
      <w:pPr>
        <w:jc w:val="center"/>
        <w:rPr>
          <w:rStyle w:val="Heading1Char"/>
        </w:rPr>
      </w:pPr>
      <w:r>
        <w:rPr>
          <w:b/>
        </w:rPr>
        <w:t>Tel: 01243-266424 | E-mail: clerk@paghamparishcouncil.gov.uk</w:t>
      </w:r>
      <w:r>
        <w:rPr>
          <w:b/>
        </w:rPr>
        <w:br/>
      </w:r>
      <w:r w:rsidRPr="002A680A">
        <w:rPr>
          <w:rStyle w:val="Heading1Char"/>
        </w:rPr>
        <w:t xml:space="preserve">Minutes of </w:t>
      </w:r>
      <w:r w:rsidR="00E669B3">
        <w:rPr>
          <w:rStyle w:val="Heading1Char"/>
        </w:rPr>
        <w:t>the Annual</w:t>
      </w:r>
      <w:r w:rsidR="009732D3">
        <w:rPr>
          <w:rStyle w:val="Heading1Char"/>
        </w:rPr>
        <w:t xml:space="preserve"> Meeting of the</w:t>
      </w:r>
      <w:r w:rsidRPr="002A680A">
        <w:rPr>
          <w:rStyle w:val="Heading1Char"/>
        </w:rPr>
        <w:t xml:space="preserve"> Full Council</w:t>
      </w:r>
    </w:p>
    <w:p w14:paraId="699417A1" w14:textId="77777777" w:rsidR="00270F4F" w:rsidRDefault="00C04199">
      <w:pPr>
        <w:pStyle w:val="Heading2"/>
      </w:pPr>
      <w:r>
        <w:t>Meeting Details</w:t>
      </w:r>
    </w:p>
    <w:p w14:paraId="17954AB7" w14:textId="10A01AD1" w:rsidR="009C7204" w:rsidRDefault="00C04199">
      <w:pPr>
        <w:rPr>
          <w:rFonts w:cs="Arial"/>
        </w:rPr>
      </w:pPr>
      <w:r>
        <w:rPr>
          <w:b/>
        </w:rPr>
        <w:t xml:space="preserve">• Date and Time: </w:t>
      </w:r>
      <w:r>
        <w:t xml:space="preserve">Tuesday </w:t>
      </w:r>
      <w:r w:rsidR="00E669B3">
        <w:t>12</w:t>
      </w:r>
      <w:r w:rsidR="00E669B3" w:rsidRPr="00E669B3">
        <w:rPr>
          <w:vertAlign w:val="superscript"/>
        </w:rPr>
        <w:t>th</w:t>
      </w:r>
      <w:r w:rsidR="00E669B3">
        <w:t xml:space="preserve"> May</w:t>
      </w:r>
      <w:r>
        <w:t xml:space="preserve"> 2026 at 7.</w:t>
      </w:r>
      <w:r w:rsidR="00E669B3">
        <w:t>4</w:t>
      </w:r>
      <w:r>
        <w:t>5pm</w:t>
      </w:r>
      <w:r>
        <w:br/>
      </w:r>
      <w:r>
        <w:rPr>
          <w:b/>
        </w:rPr>
        <w:t xml:space="preserve">• Venue: </w:t>
      </w:r>
      <w:r>
        <w:t>The Small Hall, Pagham Village Hall, Pagham Road, Pagham, PO21 4NJ</w:t>
      </w:r>
      <w:r>
        <w:br/>
      </w:r>
      <w:r>
        <w:rPr>
          <w:b/>
        </w:rPr>
        <w:t xml:space="preserve">• Present: </w:t>
      </w:r>
      <w:r w:rsidR="00762FBD" w:rsidRPr="00287755">
        <w:rPr>
          <w:rFonts w:cs="Arial"/>
        </w:rPr>
        <w:t>Mr P Atkins (Chairman)</w:t>
      </w:r>
      <w:r w:rsidR="00762FBD">
        <w:rPr>
          <w:rFonts w:cs="Arial"/>
        </w:rPr>
        <w:t xml:space="preserve">, Cllr Mrs J Behr, Mr J Carr, Mr P Cooper, Mrs D Hall, </w:t>
      </w:r>
      <w:proofErr w:type="spellStart"/>
      <w:r w:rsidR="00762FBD">
        <w:rPr>
          <w:rFonts w:cs="Arial"/>
        </w:rPr>
        <w:t>Ms</w:t>
      </w:r>
      <w:proofErr w:type="spellEnd"/>
      <w:r w:rsidR="00762FBD">
        <w:rPr>
          <w:rFonts w:cs="Arial"/>
        </w:rPr>
        <w:t xml:space="preserve"> P Hilton, Mr M Howard, </w:t>
      </w:r>
      <w:r w:rsidR="00762FBD" w:rsidRPr="00287755">
        <w:rPr>
          <w:rFonts w:cs="Arial"/>
        </w:rPr>
        <w:t>Mr D Huntley, Mr I Manion</w:t>
      </w:r>
      <w:r w:rsidR="00762FBD">
        <w:rPr>
          <w:rFonts w:cs="Arial"/>
        </w:rPr>
        <w:t xml:space="preserve">, </w:t>
      </w:r>
      <w:proofErr w:type="spellStart"/>
      <w:r w:rsidR="00762FBD">
        <w:rPr>
          <w:rFonts w:cs="Arial"/>
        </w:rPr>
        <w:t>Ms</w:t>
      </w:r>
      <w:proofErr w:type="spellEnd"/>
      <w:r w:rsidR="00762FBD">
        <w:rPr>
          <w:rFonts w:cs="Arial"/>
        </w:rPr>
        <w:t xml:space="preserve"> R Palmer &amp; Mrs D Salter </w:t>
      </w:r>
    </w:p>
    <w:p w14:paraId="715B6609" w14:textId="48EBC299" w:rsidR="00270F4F" w:rsidRDefault="00C04199">
      <w:r>
        <w:rPr>
          <w:b/>
        </w:rPr>
        <w:t xml:space="preserve">• In Attendance: </w:t>
      </w:r>
      <w:r>
        <w:t>Mrs N</w:t>
      </w:r>
      <w:r w:rsidR="00B4249C">
        <w:t xml:space="preserve"> </w:t>
      </w:r>
      <w:r>
        <w:t>Swann (Clerk &amp; RFO)</w:t>
      </w:r>
    </w:p>
    <w:p w14:paraId="1304712C" w14:textId="77777777" w:rsidR="002A680A" w:rsidRDefault="002A680A"/>
    <w:p w14:paraId="0E6AB2DD" w14:textId="77777777" w:rsidR="006972EA" w:rsidRPr="006972EA" w:rsidRDefault="006972EA" w:rsidP="006972EA">
      <w:pPr>
        <w:pStyle w:val="ListParagraph"/>
        <w:numPr>
          <w:ilvl w:val="0"/>
          <w:numId w:val="11"/>
        </w:numPr>
        <w:rPr>
          <w:b/>
        </w:rPr>
      </w:pPr>
      <w:r w:rsidRPr="006972EA">
        <w:rPr>
          <w:b/>
        </w:rPr>
        <w:t>To elect the Parish Council Chairman for 2026/2027 and to receive a Declaration of Acceptance of Office.</w:t>
      </w:r>
    </w:p>
    <w:p w14:paraId="2E5C76F8" w14:textId="77777777" w:rsidR="006972EA" w:rsidRPr="006972EA" w:rsidRDefault="006972EA" w:rsidP="006972EA">
      <w:pPr>
        <w:pStyle w:val="ListParagraph"/>
        <w:numPr>
          <w:ilvl w:val="1"/>
          <w:numId w:val="11"/>
        </w:numPr>
        <w:rPr>
          <w:bCs/>
        </w:rPr>
      </w:pPr>
      <w:r w:rsidRPr="006972EA">
        <w:rPr>
          <w:bCs/>
        </w:rPr>
        <w:t>On a proposal from Cllr Mrs Hall, seconded by Cllr Mr Huntley, Cllr Mr Peter Atkins was unanimously elected as Chairman for the forthcoming civic year.  Mr Atkins duly signed the Declaration of Acceptance of Office.</w:t>
      </w:r>
    </w:p>
    <w:p w14:paraId="2C4CC1CA" w14:textId="77777777" w:rsidR="006972EA" w:rsidRPr="006972EA" w:rsidRDefault="006972EA" w:rsidP="006972EA">
      <w:pPr>
        <w:pStyle w:val="ListParagraph"/>
        <w:ind w:left="1191"/>
        <w:rPr>
          <w:b/>
        </w:rPr>
      </w:pPr>
    </w:p>
    <w:p w14:paraId="17B336FB" w14:textId="77777777" w:rsidR="006972EA" w:rsidRPr="006972EA" w:rsidRDefault="006972EA" w:rsidP="006972EA">
      <w:pPr>
        <w:pStyle w:val="ListParagraph"/>
        <w:numPr>
          <w:ilvl w:val="0"/>
          <w:numId w:val="11"/>
        </w:numPr>
        <w:rPr>
          <w:b/>
        </w:rPr>
      </w:pPr>
      <w:r w:rsidRPr="006972EA">
        <w:rPr>
          <w:b/>
        </w:rPr>
        <w:t xml:space="preserve">Apologies from Members </w:t>
      </w:r>
    </w:p>
    <w:p w14:paraId="5150F16E" w14:textId="77777777" w:rsidR="006972EA" w:rsidRPr="006972EA" w:rsidRDefault="006972EA" w:rsidP="00193644">
      <w:pPr>
        <w:pStyle w:val="ListParagraph"/>
        <w:ind w:left="360"/>
        <w:rPr>
          <w:bCs/>
        </w:rPr>
      </w:pPr>
      <w:r w:rsidRPr="006972EA">
        <w:rPr>
          <w:bCs/>
        </w:rPr>
        <w:t>None.</w:t>
      </w:r>
    </w:p>
    <w:p w14:paraId="294AF648" w14:textId="77777777" w:rsidR="006972EA" w:rsidRPr="006972EA" w:rsidRDefault="006972EA" w:rsidP="00193644">
      <w:pPr>
        <w:pStyle w:val="ListParagraph"/>
        <w:ind w:left="360"/>
        <w:rPr>
          <w:b/>
        </w:rPr>
      </w:pPr>
    </w:p>
    <w:p w14:paraId="3BD70285" w14:textId="77777777" w:rsidR="006972EA" w:rsidRPr="006972EA" w:rsidRDefault="006972EA" w:rsidP="006972EA">
      <w:pPr>
        <w:pStyle w:val="ListParagraph"/>
        <w:numPr>
          <w:ilvl w:val="0"/>
          <w:numId w:val="11"/>
        </w:numPr>
        <w:rPr>
          <w:b/>
        </w:rPr>
      </w:pPr>
      <w:r w:rsidRPr="006972EA">
        <w:rPr>
          <w:b/>
        </w:rPr>
        <w:t>To receive declarations of interest and dispensation requests by Councillors on any of the agenda items below.</w:t>
      </w:r>
    </w:p>
    <w:p w14:paraId="42888467" w14:textId="77777777" w:rsidR="006972EA" w:rsidRPr="00193644" w:rsidRDefault="006972EA" w:rsidP="00193644">
      <w:pPr>
        <w:pStyle w:val="ListParagraph"/>
        <w:numPr>
          <w:ilvl w:val="1"/>
          <w:numId w:val="11"/>
        </w:numPr>
        <w:rPr>
          <w:bCs/>
        </w:rPr>
      </w:pPr>
      <w:r w:rsidRPr="00193644">
        <w:rPr>
          <w:bCs/>
        </w:rPr>
        <w:t xml:space="preserve">Cllr Mr Huntley stated that he had a disclosable pecuniary interest in item 12 (Flooding &amp; Coastal Erosion) as he has a beneficial interest in that part of Pagham which is within the area of a serious risk of flooding arising from changing tidal patterns and erosion of the foreshore (the Area) and any decision take might relate to action to be taken regarding measures taken to protect the Area and requested that it be recorded in the Minutes that they will be taking part in the debate and voting on the item as </w:t>
      </w:r>
      <w:proofErr w:type="spellStart"/>
      <w:r w:rsidRPr="00193644">
        <w:rPr>
          <w:bCs/>
        </w:rPr>
        <w:t>authorised</w:t>
      </w:r>
      <w:proofErr w:type="spellEnd"/>
      <w:r w:rsidRPr="00193644">
        <w:rPr>
          <w:bCs/>
        </w:rPr>
        <w:t xml:space="preserve"> by the Dispensation granted by Pagham Parish Council at their meeting on 31st July 2012 (minute 61.12c). Mr Huntley was also a trustee of the Pagham Flood Defence Trust.</w:t>
      </w:r>
    </w:p>
    <w:p w14:paraId="0A4C4654" w14:textId="77777777" w:rsidR="006972EA" w:rsidRPr="00193644" w:rsidRDefault="006972EA" w:rsidP="00193644">
      <w:pPr>
        <w:pStyle w:val="ListParagraph"/>
        <w:numPr>
          <w:ilvl w:val="1"/>
          <w:numId w:val="11"/>
        </w:numPr>
        <w:rPr>
          <w:bCs/>
        </w:rPr>
      </w:pPr>
      <w:r w:rsidRPr="00193644">
        <w:rPr>
          <w:bCs/>
        </w:rPr>
        <w:t xml:space="preserve">Cllr Mr Atkins stated that he had an interest in agenda item 12 (Coastal Erosion) as Chairman of the Pagham Flood Defence Trust. </w:t>
      </w:r>
    </w:p>
    <w:p w14:paraId="2B32AF00" w14:textId="77777777" w:rsidR="006972EA" w:rsidRPr="006972EA" w:rsidRDefault="006972EA" w:rsidP="00193644">
      <w:pPr>
        <w:pStyle w:val="ListParagraph"/>
        <w:ind w:left="360"/>
        <w:rPr>
          <w:b/>
        </w:rPr>
      </w:pPr>
    </w:p>
    <w:p w14:paraId="52706C77" w14:textId="77777777" w:rsidR="006972EA" w:rsidRPr="006972EA" w:rsidRDefault="006972EA" w:rsidP="006972EA">
      <w:pPr>
        <w:pStyle w:val="ListParagraph"/>
        <w:numPr>
          <w:ilvl w:val="0"/>
          <w:numId w:val="11"/>
        </w:numPr>
        <w:rPr>
          <w:b/>
        </w:rPr>
      </w:pPr>
      <w:r w:rsidRPr="006972EA">
        <w:rPr>
          <w:b/>
        </w:rPr>
        <w:t xml:space="preserve">Public Session Questions and comments from Members of the Public Present </w:t>
      </w:r>
    </w:p>
    <w:p w14:paraId="3DFDE66D" w14:textId="77777777" w:rsidR="006972EA" w:rsidRPr="00193644" w:rsidRDefault="006972EA" w:rsidP="00193644">
      <w:pPr>
        <w:pStyle w:val="ListParagraph"/>
        <w:numPr>
          <w:ilvl w:val="1"/>
          <w:numId w:val="11"/>
        </w:numPr>
        <w:rPr>
          <w:bCs/>
        </w:rPr>
      </w:pPr>
      <w:r w:rsidRPr="00193644">
        <w:rPr>
          <w:bCs/>
        </w:rPr>
        <w:t>No members of the public were present.</w:t>
      </w:r>
    </w:p>
    <w:p w14:paraId="507DAB3A" w14:textId="77777777" w:rsidR="006972EA" w:rsidRPr="006972EA" w:rsidRDefault="006972EA" w:rsidP="00193644">
      <w:pPr>
        <w:pStyle w:val="ListParagraph"/>
        <w:ind w:left="360"/>
        <w:rPr>
          <w:b/>
        </w:rPr>
      </w:pPr>
    </w:p>
    <w:p w14:paraId="001EC2CA" w14:textId="77777777" w:rsidR="006972EA" w:rsidRPr="006972EA" w:rsidRDefault="006972EA" w:rsidP="006972EA">
      <w:pPr>
        <w:pStyle w:val="ListParagraph"/>
        <w:numPr>
          <w:ilvl w:val="0"/>
          <w:numId w:val="11"/>
        </w:numPr>
        <w:rPr>
          <w:b/>
        </w:rPr>
      </w:pPr>
      <w:r w:rsidRPr="006972EA">
        <w:rPr>
          <w:b/>
        </w:rPr>
        <w:t>To elect the Vice Chairman for 2026/27.</w:t>
      </w:r>
    </w:p>
    <w:p w14:paraId="37237662" w14:textId="77777777" w:rsidR="006972EA" w:rsidRPr="00193644" w:rsidRDefault="006972EA" w:rsidP="00193644">
      <w:pPr>
        <w:pStyle w:val="ListParagraph"/>
        <w:numPr>
          <w:ilvl w:val="1"/>
          <w:numId w:val="11"/>
        </w:numPr>
        <w:rPr>
          <w:bCs/>
        </w:rPr>
      </w:pPr>
      <w:r w:rsidRPr="00193644">
        <w:rPr>
          <w:bCs/>
        </w:rPr>
        <w:t>Cllr David Huntley was elected as Vice Chairman for the forthcoming civic year.</w:t>
      </w:r>
    </w:p>
    <w:p w14:paraId="66814D84" w14:textId="77777777" w:rsidR="006972EA" w:rsidRPr="006972EA" w:rsidRDefault="006972EA" w:rsidP="00193644">
      <w:pPr>
        <w:pStyle w:val="ListParagraph"/>
        <w:ind w:left="360"/>
        <w:rPr>
          <w:b/>
        </w:rPr>
      </w:pPr>
    </w:p>
    <w:p w14:paraId="0987A6DC" w14:textId="77777777" w:rsidR="006972EA" w:rsidRPr="006972EA" w:rsidRDefault="006972EA" w:rsidP="006972EA">
      <w:pPr>
        <w:pStyle w:val="ListParagraph"/>
        <w:numPr>
          <w:ilvl w:val="0"/>
          <w:numId w:val="11"/>
        </w:numPr>
        <w:rPr>
          <w:b/>
        </w:rPr>
      </w:pPr>
      <w:r w:rsidRPr="006972EA">
        <w:rPr>
          <w:b/>
        </w:rPr>
        <w:t>To set up and appoint Members to Standing Committees:</w:t>
      </w:r>
    </w:p>
    <w:p w14:paraId="6E9C6F04" w14:textId="77777777" w:rsidR="009A6D72" w:rsidRDefault="006972EA" w:rsidP="009A6D72">
      <w:pPr>
        <w:pStyle w:val="ListParagraph"/>
        <w:numPr>
          <w:ilvl w:val="1"/>
          <w:numId w:val="11"/>
        </w:numPr>
        <w:rPr>
          <w:bCs/>
        </w:rPr>
      </w:pPr>
      <w:r w:rsidRPr="009A6D72">
        <w:rPr>
          <w:bCs/>
        </w:rPr>
        <w:t xml:space="preserve">To </w:t>
      </w:r>
      <w:proofErr w:type="gramStart"/>
      <w:r w:rsidRPr="009A6D72">
        <w:rPr>
          <w:bCs/>
        </w:rPr>
        <w:t>readopt  Terms</w:t>
      </w:r>
      <w:proofErr w:type="gramEnd"/>
      <w:r w:rsidRPr="009A6D72">
        <w:rPr>
          <w:bCs/>
        </w:rPr>
        <w:t xml:space="preserve"> of Reference for the following Committees:</w:t>
      </w:r>
    </w:p>
    <w:p w14:paraId="50B88E68" w14:textId="77777777" w:rsidR="009A6D72" w:rsidRDefault="006972EA" w:rsidP="009A6D72">
      <w:pPr>
        <w:pStyle w:val="ListParagraph"/>
        <w:numPr>
          <w:ilvl w:val="2"/>
          <w:numId w:val="11"/>
        </w:numPr>
        <w:rPr>
          <w:bCs/>
        </w:rPr>
      </w:pPr>
      <w:r w:rsidRPr="009A6D72">
        <w:rPr>
          <w:bCs/>
        </w:rPr>
        <w:t>Planning Committee</w:t>
      </w:r>
    </w:p>
    <w:p w14:paraId="60FC15D4" w14:textId="77777777" w:rsidR="009A6D72" w:rsidRDefault="006972EA" w:rsidP="009A6D72">
      <w:pPr>
        <w:pStyle w:val="ListParagraph"/>
        <w:numPr>
          <w:ilvl w:val="2"/>
          <w:numId w:val="11"/>
        </w:numPr>
        <w:rPr>
          <w:bCs/>
        </w:rPr>
      </w:pPr>
      <w:r w:rsidRPr="009A6D72">
        <w:rPr>
          <w:bCs/>
        </w:rPr>
        <w:t>Highways &amp; Amenities Committee</w:t>
      </w:r>
    </w:p>
    <w:p w14:paraId="6958CDD6" w14:textId="04EBB143" w:rsidR="006972EA" w:rsidRPr="009A6D72" w:rsidRDefault="006972EA" w:rsidP="009A6D72">
      <w:pPr>
        <w:pStyle w:val="ListParagraph"/>
        <w:numPr>
          <w:ilvl w:val="2"/>
          <w:numId w:val="11"/>
        </w:numPr>
        <w:rPr>
          <w:bCs/>
        </w:rPr>
      </w:pPr>
      <w:r w:rsidRPr="009A6D72">
        <w:rPr>
          <w:bCs/>
        </w:rPr>
        <w:lastRenderedPageBreak/>
        <w:t>Finance Committee</w:t>
      </w:r>
    </w:p>
    <w:p w14:paraId="0EDD6AE1" w14:textId="77777777" w:rsidR="006972EA" w:rsidRPr="006972EA" w:rsidRDefault="006972EA" w:rsidP="009A6D72">
      <w:pPr>
        <w:pStyle w:val="ListParagraph"/>
        <w:ind w:left="360"/>
        <w:rPr>
          <w:b/>
        </w:rPr>
      </w:pPr>
    </w:p>
    <w:p w14:paraId="5F59EEF0" w14:textId="77777777" w:rsidR="006972EA" w:rsidRPr="000E78A6" w:rsidRDefault="006972EA" w:rsidP="000E78A6">
      <w:pPr>
        <w:ind w:left="720" w:firstLine="720"/>
        <w:rPr>
          <w:bCs/>
        </w:rPr>
      </w:pPr>
      <w:r w:rsidRPr="000E78A6">
        <w:rPr>
          <w:bCs/>
        </w:rPr>
        <w:t xml:space="preserve">RESOLVED to readopt the Terms of Reference </w:t>
      </w:r>
    </w:p>
    <w:p w14:paraId="4B9B61D1" w14:textId="77777777" w:rsidR="000E78A6" w:rsidRDefault="006972EA" w:rsidP="000E78A6">
      <w:pPr>
        <w:pStyle w:val="ListParagraph"/>
        <w:numPr>
          <w:ilvl w:val="1"/>
          <w:numId w:val="11"/>
        </w:numPr>
        <w:rPr>
          <w:b/>
        </w:rPr>
      </w:pPr>
      <w:r w:rsidRPr="006972EA">
        <w:rPr>
          <w:b/>
        </w:rPr>
        <w:t xml:space="preserve">Planning Committee - with delegated authority to make </w:t>
      </w:r>
      <w:r w:rsidR="000E78A6">
        <w:rPr>
          <w:b/>
        </w:rPr>
        <w:t xml:space="preserve">comments to the LPA </w:t>
      </w:r>
      <w:r w:rsidRPr="006972EA">
        <w:rPr>
          <w:b/>
        </w:rPr>
        <w:t xml:space="preserve">RESOLVED that </w:t>
      </w:r>
    </w:p>
    <w:p w14:paraId="4B617414" w14:textId="77777777" w:rsidR="000E78A6" w:rsidRPr="0094129E" w:rsidRDefault="006972EA" w:rsidP="0094129E">
      <w:pPr>
        <w:ind w:left="1191"/>
        <w:rPr>
          <w:b/>
        </w:rPr>
      </w:pPr>
      <w:r w:rsidRPr="0094129E">
        <w:rPr>
          <w:bCs/>
        </w:rPr>
        <w:t xml:space="preserve">The current membership of Cllr Mrs J Behr, Cllr Mr J Carr, Cllr Mr P Cooper, Cllr Mrs D Hall, Cllr </w:t>
      </w:r>
      <w:proofErr w:type="spellStart"/>
      <w:r w:rsidRPr="0094129E">
        <w:rPr>
          <w:bCs/>
        </w:rPr>
        <w:t>Ms</w:t>
      </w:r>
      <w:proofErr w:type="spellEnd"/>
      <w:r w:rsidRPr="0094129E">
        <w:rPr>
          <w:bCs/>
        </w:rPr>
        <w:t xml:space="preserve"> P Hilton, Cllr Mr I Manion agreed to continue, with Cllr </w:t>
      </w:r>
      <w:proofErr w:type="gramStart"/>
      <w:r w:rsidRPr="0094129E">
        <w:rPr>
          <w:bCs/>
        </w:rPr>
        <w:t>Mr M</w:t>
      </w:r>
      <w:proofErr w:type="gramEnd"/>
      <w:r w:rsidRPr="0094129E">
        <w:rPr>
          <w:bCs/>
        </w:rPr>
        <w:t xml:space="preserve"> Howard &amp; Cllr </w:t>
      </w:r>
      <w:proofErr w:type="spellStart"/>
      <w:proofErr w:type="gramStart"/>
      <w:r w:rsidRPr="0094129E">
        <w:rPr>
          <w:bCs/>
        </w:rPr>
        <w:t>Ms</w:t>
      </w:r>
      <w:proofErr w:type="spellEnd"/>
      <w:r w:rsidRPr="0094129E">
        <w:rPr>
          <w:bCs/>
        </w:rPr>
        <w:t xml:space="preserve"> R</w:t>
      </w:r>
      <w:proofErr w:type="gramEnd"/>
      <w:r w:rsidRPr="0094129E">
        <w:rPr>
          <w:bCs/>
        </w:rPr>
        <w:t xml:space="preserve"> Palmer being appointed to the Committee. The Chairman and Vice Chairman were appointed ex-</w:t>
      </w:r>
      <w:proofErr w:type="gramStart"/>
      <w:r w:rsidRPr="0094129E">
        <w:rPr>
          <w:bCs/>
        </w:rPr>
        <w:t>officio..</w:t>
      </w:r>
      <w:proofErr w:type="gramEnd"/>
    </w:p>
    <w:p w14:paraId="46CC5F58" w14:textId="77777777" w:rsidR="0094129E" w:rsidRDefault="006972EA" w:rsidP="000E78A6">
      <w:pPr>
        <w:pStyle w:val="ListParagraph"/>
        <w:numPr>
          <w:ilvl w:val="1"/>
          <w:numId w:val="11"/>
        </w:numPr>
        <w:rPr>
          <w:b/>
        </w:rPr>
      </w:pPr>
      <w:r w:rsidRPr="000E78A6">
        <w:rPr>
          <w:b/>
        </w:rPr>
        <w:t xml:space="preserve">Highways &amp; Amenities Committee - with delegated authority to </w:t>
      </w:r>
      <w:proofErr w:type="spellStart"/>
      <w:r w:rsidRPr="000E78A6">
        <w:rPr>
          <w:b/>
        </w:rPr>
        <w:t>authorise</w:t>
      </w:r>
      <w:proofErr w:type="spellEnd"/>
      <w:r w:rsidRPr="000E78A6">
        <w:rPr>
          <w:b/>
        </w:rPr>
        <w:t xml:space="preserve"> payments and emergency repairs. It was RESOLVED that</w:t>
      </w:r>
    </w:p>
    <w:p w14:paraId="2C1F94D9" w14:textId="77777777" w:rsidR="00CB73A4" w:rsidRDefault="006972EA" w:rsidP="00CB73A4">
      <w:pPr>
        <w:ind w:left="1191"/>
        <w:rPr>
          <w:b/>
        </w:rPr>
      </w:pPr>
      <w:proofErr w:type="gramStart"/>
      <w:r w:rsidRPr="0094129E">
        <w:rPr>
          <w:bCs/>
        </w:rPr>
        <w:t>the</w:t>
      </w:r>
      <w:proofErr w:type="gramEnd"/>
      <w:r w:rsidRPr="0094129E">
        <w:rPr>
          <w:bCs/>
        </w:rPr>
        <w:t xml:space="preserve"> current membership of Cllrs Mrs Behr, Mr Cooper, Mrs Hilton &amp; Mr Manion </w:t>
      </w:r>
      <w:proofErr w:type="gramStart"/>
      <w:r w:rsidRPr="0094129E">
        <w:rPr>
          <w:bCs/>
        </w:rPr>
        <w:t>continue</w:t>
      </w:r>
      <w:proofErr w:type="gramEnd"/>
      <w:r w:rsidRPr="0094129E">
        <w:rPr>
          <w:bCs/>
        </w:rPr>
        <w:t xml:space="preserve">.  It was further RESOLVED that Cllrs Mr Howard &amp; </w:t>
      </w:r>
      <w:proofErr w:type="spellStart"/>
      <w:r w:rsidRPr="0094129E">
        <w:rPr>
          <w:bCs/>
        </w:rPr>
        <w:t>Ms</w:t>
      </w:r>
      <w:proofErr w:type="spellEnd"/>
      <w:r w:rsidRPr="0094129E">
        <w:rPr>
          <w:bCs/>
        </w:rPr>
        <w:t xml:space="preserve"> Palmer be appointed to the Committee.  The Chairman and Vice Chairman were appointed ex-officio.</w:t>
      </w:r>
    </w:p>
    <w:p w14:paraId="3DB4BF9D" w14:textId="77777777" w:rsidR="00B159B9" w:rsidRDefault="006972EA" w:rsidP="00B159B9">
      <w:pPr>
        <w:pStyle w:val="ListParagraph"/>
        <w:numPr>
          <w:ilvl w:val="1"/>
          <w:numId w:val="11"/>
        </w:numPr>
        <w:rPr>
          <w:bCs/>
        </w:rPr>
      </w:pPr>
      <w:r w:rsidRPr="00CB73A4">
        <w:rPr>
          <w:b/>
        </w:rPr>
        <w:t xml:space="preserve">Finance &amp; General Purposes Committee - with delegated authority to </w:t>
      </w:r>
      <w:proofErr w:type="spellStart"/>
      <w:r w:rsidRPr="00CB73A4">
        <w:rPr>
          <w:b/>
        </w:rPr>
        <w:t>authorise</w:t>
      </w:r>
      <w:proofErr w:type="spellEnd"/>
      <w:r w:rsidRPr="00CB73A4">
        <w:rPr>
          <w:b/>
        </w:rPr>
        <w:t xml:space="preserve"> payments, review the Council’s Insurance, Risk Management of Council assets, and to review Council administration procedures and to make recommendations to the Council. It was RESOLVED </w:t>
      </w:r>
      <w:r w:rsidRPr="00CB73A4">
        <w:rPr>
          <w:bCs/>
        </w:rPr>
        <w:t xml:space="preserve">that membership of Cllrs Mrs Behr, Mr Cooper, Mrs Hall, and Mr Manion continue.  It was further RESOLVED that Cllrs Mr Howard &amp; </w:t>
      </w:r>
      <w:proofErr w:type="spellStart"/>
      <w:r w:rsidRPr="00CB73A4">
        <w:rPr>
          <w:bCs/>
        </w:rPr>
        <w:t>Ms</w:t>
      </w:r>
      <w:proofErr w:type="spellEnd"/>
      <w:r w:rsidRPr="00CB73A4">
        <w:rPr>
          <w:bCs/>
        </w:rPr>
        <w:t xml:space="preserve"> Palmer be appointed to the Committee.  The Chairman and Vice Chairman were appointed ex-officio</w:t>
      </w:r>
      <w:r w:rsidR="00B159B9">
        <w:rPr>
          <w:bCs/>
        </w:rPr>
        <w:t>.</w:t>
      </w:r>
    </w:p>
    <w:p w14:paraId="2A956C22" w14:textId="69ECD503" w:rsidR="00B159B9" w:rsidRDefault="006972EA" w:rsidP="00B159B9">
      <w:pPr>
        <w:pStyle w:val="ListParagraph"/>
        <w:ind w:left="1191"/>
        <w:rPr>
          <w:bCs/>
        </w:rPr>
      </w:pPr>
      <w:r w:rsidRPr="00CB73A4">
        <w:rPr>
          <w:bCs/>
        </w:rPr>
        <w:t xml:space="preserve"> </w:t>
      </w:r>
    </w:p>
    <w:p w14:paraId="343C2F77" w14:textId="43F1B40F" w:rsidR="006972EA" w:rsidRPr="00B159B9" w:rsidRDefault="006972EA" w:rsidP="00B159B9">
      <w:pPr>
        <w:pStyle w:val="ListParagraph"/>
        <w:numPr>
          <w:ilvl w:val="1"/>
          <w:numId w:val="11"/>
        </w:numPr>
        <w:rPr>
          <w:bCs/>
        </w:rPr>
      </w:pPr>
      <w:r w:rsidRPr="00B159B9">
        <w:rPr>
          <w:bCs/>
        </w:rPr>
        <w:t xml:space="preserve">Cllr Mrs Salter announced her decision to step down from the Parish Council due to her personal circumstances.  The Chairman and Vice Chairman thanked her for her many years of service, and the Clerk added her thanks for all the support Mrs Salter had given her in her role.  </w:t>
      </w:r>
    </w:p>
    <w:p w14:paraId="03F5CA8A" w14:textId="77777777" w:rsidR="006972EA" w:rsidRPr="006972EA" w:rsidRDefault="006972EA" w:rsidP="00B159B9">
      <w:pPr>
        <w:pStyle w:val="ListParagraph"/>
        <w:ind w:left="360"/>
        <w:rPr>
          <w:b/>
        </w:rPr>
      </w:pPr>
    </w:p>
    <w:p w14:paraId="0767CF9A" w14:textId="77777777" w:rsidR="006972EA" w:rsidRPr="006972EA" w:rsidRDefault="006972EA" w:rsidP="006972EA">
      <w:pPr>
        <w:pStyle w:val="ListParagraph"/>
        <w:numPr>
          <w:ilvl w:val="0"/>
          <w:numId w:val="11"/>
        </w:numPr>
        <w:rPr>
          <w:b/>
        </w:rPr>
      </w:pPr>
      <w:r w:rsidRPr="006972EA">
        <w:rPr>
          <w:b/>
        </w:rPr>
        <w:t>To appoint Representatives on Outside Bodies.</w:t>
      </w:r>
    </w:p>
    <w:p w14:paraId="2B1D7CDE" w14:textId="48487BF4" w:rsidR="006972EA" w:rsidRPr="00C87116" w:rsidRDefault="006972EA" w:rsidP="00C87116">
      <w:pPr>
        <w:pStyle w:val="ListParagraph"/>
        <w:numPr>
          <w:ilvl w:val="1"/>
          <w:numId w:val="11"/>
        </w:numPr>
        <w:rPr>
          <w:bCs/>
        </w:rPr>
      </w:pPr>
      <w:r w:rsidRPr="00B159B9">
        <w:rPr>
          <w:bCs/>
        </w:rPr>
        <w:t>Coastal Issues Group</w:t>
      </w:r>
      <w:r w:rsidR="00C87116">
        <w:rPr>
          <w:bCs/>
        </w:rPr>
        <w:t xml:space="preserve"> - </w:t>
      </w:r>
      <w:r w:rsidRPr="00C87116">
        <w:rPr>
          <w:bCs/>
        </w:rPr>
        <w:t>Cllr Mr D Huntley</w:t>
      </w:r>
    </w:p>
    <w:p w14:paraId="10E7FB59" w14:textId="66902D32" w:rsidR="006972EA" w:rsidRPr="00C87116" w:rsidRDefault="006972EA" w:rsidP="00B159B9">
      <w:pPr>
        <w:pStyle w:val="ListParagraph"/>
        <w:numPr>
          <w:ilvl w:val="1"/>
          <w:numId w:val="11"/>
        </w:numPr>
        <w:rPr>
          <w:bCs/>
        </w:rPr>
      </w:pPr>
      <w:r w:rsidRPr="00C87116">
        <w:rPr>
          <w:bCs/>
        </w:rPr>
        <w:t>ADALC/WSALC</w:t>
      </w:r>
      <w:r w:rsidR="00C87116" w:rsidRPr="00C87116">
        <w:rPr>
          <w:bCs/>
        </w:rPr>
        <w:t xml:space="preserve"> - </w:t>
      </w:r>
      <w:r w:rsidRPr="00C87116">
        <w:rPr>
          <w:bCs/>
        </w:rPr>
        <w:t xml:space="preserve">Cllr </w:t>
      </w:r>
      <w:proofErr w:type="spellStart"/>
      <w:r w:rsidRPr="00C87116">
        <w:rPr>
          <w:bCs/>
        </w:rPr>
        <w:t>Ms</w:t>
      </w:r>
      <w:proofErr w:type="spellEnd"/>
      <w:r w:rsidRPr="00C87116">
        <w:rPr>
          <w:bCs/>
        </w:rPr>
        <w:t xml:space="preserve"> Hilton </w:t>
      </w:r>
    </w:p>
    <w:p w14:paraId="1F30DCF8" w14:textId="72C7EFD1" w:rsidR="006972EA" w:rsidRPr="00C87116" w:rsidRDefault="006972EA" w:rsidP="00B159B9">
      <w:pPr>
        <w:pStyle w:val="ListParagraph"/>
        <w:numPr>
          <w:ilvl w:val="1"/>
          <w:numId w:val="11"/>
        </w:numPr>
        <w:rPr>
          <w:bCs/>
        </w:rPr>
      </w:pPr>
      <w:r w:rsidRPr="00C87116">
        <w:rPr>
          <w:bCs/>
        </w:rPr>
        <w:t>Aldwick West &amp; Pagham Advisory Group</w:t>
      </w:r>
      <w:r w:rsidR="00C87116">
        <w:rPr>
          <w:bCs/>
        </w:rPr>
        <w:t xml:space="preserve"> - </w:t>
      </w:r>
      <w:r w:rsidRPr="00C87116">
        <w:rPr>
          <w:bCs/>
        </w:rPr>
        <w:t>Cllr Mr Atkins &amp; Cllr Mrs Hall</w:t>
      </w:r>
    </w:p>
    <w:p w14:paraId="036A13D8" w14:textId="6EBA37EA" w:rsidR="006972EA" w:rsidRPr="00C87116" w:rsidRDefault="006972EA" w:rsidP="00C87116">
      <w:pPr>
        <w:pStyle w:val="ListParagraph"/>
        <w:numPr>
          <w:ilvl w:val="1"/>
          <w:numId w:val="11"/>
        </w:numPr>
        <w:rPr>
          <w:bCs/>
        </w:rPr>
      </w:pPr>
      <w:r w:rsidRPr="00C87116">
        <w:rPr>
          <w:bCs/>
        </w:rPr>
        <w:t>Bersted Advisory Group</w:t>
      </w:r>
      <w:r w:rsidR="00C87116" w:rsidRPr="00C87116">
        <w:rPr>
          <w:bCs/>
        </w:rPr>
        <w:t xml:space="preserve"> </w:t>
      </w:r>
      <w:r w:rsidR="00C87116">
        <w:rPr>
          <w:bCs/>
        </w:rPr>
        <w:t xml:space="preserve">- </w:t>
      </w:r>
      <w:r w:rsidRPr="00C87116">
        <w:rPr>
          <w:bCs/>
        </w:rPr>
        <w:t>Cllr Mr D Huntley</w:t>
      </w:r>
    </w:p>
    <w:p w14:paraId="559A16C4" w14:textId="7D1651A6" w:rsidR="006972EA" w:rsidRPr="00C87116" w:rsidRDefault="006972EA" w:rsidP="00B159B9">
      <w:pPr>
        <w:pStyle w:val="ListParagraph"/>
        <w:numPr>
          <w:ilvl w:val="1"/>
          <w:numId w:val="11"/>
        </w:numPr>
        <w:rPr>
          <w:bCs/>
        </w:rPr>
      </w:pPr>
      <w:r w:rsidRPr="00C87116">
        <w:rPr>
          <w:bCs/>
        </w:rPr>
        <w:t>Pagham Village Hall Trust</w:t>
      </w:r>
      <w:r w:rsidR="00C87116">
        <w:rPr>
          <w:bCs/>
        </w:rPr>
        <w:t xml:space="preserve"> - </w:t>
      </w:r>
      <w:r w:rsidRPr="00C87116">
        <w:rPr>
          <w:bCs/>
        </w:rPr>
        <w:t>Pagham Village Hall Trust’s constitution allows for the appointment of 3 trustees from the Parish Council.  Cllrs Mrs Hilton &amp; Mr Huntley expressed their agreement to remain as trustees.  Cllr Mrs Behr did not wish to remain as a trustee for a further year.  Cllr Mrs Palmer agreed to take on the role.</w:t>
      </w:r>
    </w:p>
    <w:p w14:paraId="7C242F11" w14:textId="4E0524AD" w:rsidR="006972EA" w:rsidRPr="00D85F9E" w:rsidRDefault="006972EA" w:rsidP="00B159B9">
      <w:pPr>
        <w:pStyle w:val="ListParagraph"/>
        <w:numPr>
          <w:ilvl w:val="1"/>
          <w:numId w:val="11"/>
        </w:numPr>
        <w:rPr>
          <w:bCs/>
        </w:rPr>
      </w:pPr>
      <w:r w:rsidRPr="00D85F9E">
        <w:rPr>
          <w:bCs/>
        </w:rPr>
        <w:t>Neighbourhood Policing Team All Parishes Group</w:t>
      </w:r>
      <w:r w:rsidR="00D85F9E">
        <w:rPr>
          <w:bCs/>
        </w:rPr>
        <w:t xml:space="preserve"> - </w:t>
      </w:r>
      <w:r w:rsidRPr="00D85F9E">
        <w:rPr>
          <w:bCs/>
        </w:rPr>
        <w:t>Cllr Mr Manion</w:t>
      </w:r>
    </w:p>
    <w:p w14:paraId="132E96B1" w14:textId="77777777" w:rsidR="006972EA" w:rsidRPr="00B159B9" w:rsidRDefault="006972EA" w:rsidP="00D85F9E">
      <w:pPr>
        <w:pStyle w:val="ListParagraph"/>
        <w:ind w:left="1191"/>
        <w:rPr>
          <w:bCs/>
        </w:rPr>
      </w:pPr>
    </w:p>
    <w:p w14:paraId="7D57ACFC" w14:textId="77777777" w:rsidR="006972EA" w:rsidRPr="00B159B9" w:rsidRDefault="006972EA" w:rsidP="00D85F9E">
      <w:pPr>
        <w:pStyle w:val="ListParagraph"/>
        <w:ind w:left="1191"/>
        <w:rPr>
          <w:bCs/>
        </w:rPr>
      </w:pPr>
      <w:r w:rsidRPr="00B159B9">
        <w:rPr>
          <w:bCs/>
        </w:rPr>
        <w:t>It was RESOLVED unanimously to approve the appointment of representatives on outside bodies.</w:t>
      </w:r>
    </w:p>
    <w:p w14:paraId="27943197" w14:textId="77777777" w:rsidR="006972EA" w:rsidRPr="006972EA" w:rsidRDefault="006972EA" w:rsidP="00D85F9E">
      <w:pPr>
        <w:pStyle w:val="ListParagraph"/>
        <w:ind w:left="360"/>
        <w:rPr>
          <w:b/>
        </w:rPr>
      </w:pPr>
    </w:p>
    <w:p w14:paraId="7B3F3303" w14:textId="77777777" w:rsidR="006972EA" w:rsidRPr="006972EA" w:rsidRDefault="006972EA" w:rsidP="00D85F9E">
      <w:pPr>
        <w:pStyle w:val="ListParagraph"/>
        <w:ind w:left="360"/>
        <w:rPr>
          <w:b/>
        </w:rPr>
      </w:pPr>
    </w:p>
    <w:p w14:paraId="4294ED08" w14:textId="77777777" w:rsidR="006972EA" w:rsidRPr="006972EA" w:rsidRDefault="006972EA" w:rsidP="006972EA">
      <w:pPr>
        <w:pStyle w:val="ListParagraph"/>
        <w:numPr>
          <w:ilvl w:val="0"/>
          <w:numId w:val="11"/>
        </w:numPr>
        <w:rPr>
          <w:b/>
        </w:rPr>
      </w:pPr>
      <w:r w:rsidRPr="006972EA">
        <w:rPr>
          <w:b/>
        </w:rPr>
        <w:t>To appoint or confirm an Internal Auditor for the 2026/2027 Council Year</w:t>
      </w:r>
    </w:p>
    <w:p w14:paraId="665617F5" w14:textId="77777777" w:rsidR="006972EA" w:rsidRPr="00F222A3" w:rsidRDefault="006972EA" w:rsidP="00F222A3">
      <w:pPr>
        <w:pStyle w:val="ListParagraph"/>
        <w:numPr>
          <w:ilvl w:val="1"/>
          <w:numId w:val="11"/>
        </w:numPr>
        <w:rPr>
          <w:bCs/>
        </w:rPr>
      </w:pPr>
      <w:r w:rsidRPr="00F222A3">
        <w:rPr>
          <w:bCs/>
        </w:rPr>
        <w:lastRenderedPageBreak/>
        <w:t>It was RESOLVED to reappoint Smithe &amp; Co as internal auditors for 2026/27 financial year</w:t>
      </w:r>
    </w:p>
    <w:p w14:paraId="0FE1F9DC" w14:textId="1B47CD28" w:rsidR="006972EA" w:rsidRPr="006972EA" w:rsidRDefault="006972EA" w:rsidP="00BC2137">
      <w:pPr>
        <w:pStyle w:val="ListParagraph"/>
        <w:ind w:left="360"/>
        <w:rPr>
          <w:b/>
        </w:rPr>
      </w:pPr>
    </w:p>
    <w:p w14:paraId="6B3B16F4" w14:textId="77777777" w:rsidR="006972EA" w:rsidRPr="006972EA" w:rsidRDefault="006972EA" w:rsidP="006972EA">
      <w:pPr>
        <w:pStyle w:val="ListParagraph"/>
        <w:numPr>
          <w:ilvl w:val="0"/>
          <w:numId w:val="11"/>
        </w:numPr>
        <w:rPr>
          <w:b/>
        </w:rPr>
      </w:pPr>
      <w:r w:rsidRPr="006972EA">
        <w:rPr>
          <w:b/>
        </w:rPr>
        <w:t>To receive and approve the minutes of the Council meetings held 24th March 2026 (previously issued)</w:t>
      </w:r>
    </w:p>
    <w:p w14:paraId="54EC8B05" w14:textId="77777777" w:rsidR="006972EA" w:rsidRPr="00BC2137" w:rsidRDefault="006972EA" w:rsidP="00BC2137">
      <w:pPr>
        <w:pStyle w:val="ListParagraph"/>
        <w:numPr>
          <w:ilvl w:val="1"/>
          <w:numId w:val="11"/>
        </w:numPr>
        <w:rPr>
          <w:bCs/>
        </w:rPr>
      </w:pPr>
      <w:r w:rsidRPr="00BC2137">
        <w:rPr>
          <w:bCs/>
        </w:rPr>
        <w:t>It was RESOLVED to approve the minutes.  The Chairman was asked to sign the minutes accordingly</w:t>
      </w:r>
    </w:p>
    <w:p w14:paraId="119E2CBD" w14:textId="77777777" w:rsidR="006972EA" w:rsidRPr="006972EA" w:rsidRDefault="006972EA" w:rsidP="00BC2137">
      <w:pPr>
        <w:pStyle w:val="ListParagraph"/>
        <w:ind w:left="360"/>
        <w:rPr>
          <w:b/>
        </w:rPr>
      </w:pPr>
    </w:p>
    <w:p w14:paraId="7C27140A" w14:textId="77777777" w:rsidR="006972EA" w:rsidRPr="006972EA" w:rsidRDefault="006972EA" w:rsidP="006972EA">
      <w:pPr>
        <w:pStyle w:val="ListParagraph"/>
        <w:numPr>
          <w:ilvl w:val="0"/>
          <w:numId w:val="11"/>
        </w:numPr>
        <w:rPr>
          <w:b/>
        </w:rPr>
      </w:pPr>
      <w:r w:rsidRPr="006972EA">
        <w:rPr>
          <w:b/>
        </w:rPr>
        <w:t>Matters arising from the Minutes</w:t>
      </w:r>
    </w:p>
    <w:p w14:paraId="0238CB7B" w14:textId="77777777" w:rsidR="006972EA" w:rsidRPr="00BC2137" w:rsidRDefault="006972EA" w:rsidP="00BC2137">
      <w:pPr>
        <w:pStyle w:val="ListParagraph"/>
        <w:numPr>
          <w:ilvl w:val="1"/>
          <w:numId w:val="11"/>
        </w:numPr>
        <w:rPr>
          <w:bCs/>
        </w:rPr>
      </w:pPr>
      <w:r w:rsidRPr="00BC2137">
        <w:rPr>
          <w:bCs/>
        </w:rPr>
        <w:t>None.</w:t>
      </w:r>
    </w:p>
    <w:p w14:paraId="57E2ED4C" w14:textId="77777777" w:rsidR="006972EA" w:rsidRPr="006972EA" w:rsidRDefault="006972EA" w:rsidP="00B53697">
      <w:pPr>
        <w:pStyle w:val="ListParagraph"/>
        <w:ind w:left="360"/>
        <w:rPr>
          <w:b/>
        </w:rPr>
      </w:pPr>
    </w:p>
    <w:p w14:paraId="37B65E9E" w14:textId="77777777" w:rsidR="006972EA" w:rsidRPr="006972EA" w:rsidRDefault="006972EA" w:rsidP="006972EA">
      <w:pPr>
        <w:pStyle w:val="ListParagraph"/>
        <w:numPr>
          <w:ilvl w:val="0"/>
          <w:numId w:val="11"/>
        </w:numPr>
        <w:rPr>
          <w:b/>
        </w:rPr>
      </w:pPr>
      <w:r w:rsidRPr="006972EA">
        <w:rPr>
          <w:b/>
        </w:rPr>
        <w:t xml:space="preserve">Receive Reports: </w:t>
      </w:r>
    </w:p>
    <w:p w14:paraId="6A58B45A" w14:textId="77777777" w:rsidR="006972EA" w:rsidRPr="006972EA" w:rsidRDefault="006972EA" w:rsidP="00B53697">
      <w:pPr>
        <w:pStyle w:val="ListParagraph"/>
        <w:numPr>
          <w:ilvl w:val="1"/>
          <w:numId w:val="11"/>
        </w:numPr>
        <w:rPr>
          <w:b/>
        </w:rPr>
      </w:pPr>
      <w:r w:rsidRPr="006972EA">
        <w:rPr>
          <w:b/>
        </w:rPr>
        <w:t>Chairman’s Report:</w:t>
      </w:r>
    </w:p>
    <w:p w14:paraId="2AFEE662" w14:textId="23596A63" w:rsidR="006972EA" w:rsidRPr="00B53697" w:rsidRDefault="006972EA" w:rsidP="00B53697">
      <w:pPr>
        <w:ind w:left="1191"/>
        <w:rPr>
          <w:bCs/>
        </w:rPr>
      </w:pPr>
      <w:r w:rsidRPr="00B53697">
        <w:rPr>
          <w:bCs/>
        </w:rPr>
        <w:t xml:space="preserve">The Chairman reported that building had started on the site of P/140/16/OUT with the haul roads being constructed.  The remedial works to the playground and public open space at Summer Lane were nearing completion.  As part of this work, a path had been installed across the Paddock which would allow access to the new dog walking area beyond the Paddock. There </w:t>
      </w:r>
      <w:proofErr w:type="gramStart"/>
      <w:r w:rsidRPr="00B53697">
        <w:rPr>
          <w:bCs/>
        </w:rPr>
        <w:t>was however</w:t>
      </w:r>
      <w:proofErr w:type="gramEnd"/>
      <w:r w:rsidRPr="00B53697">
        <w:rPr>
          <w:bCs/>
        </w:rPr>
        <w:t xml:space="preserve"> still plenty of debris which needed removing.</w:t>
      </w:r>
    </w:p>
    <w:p w14:paraId="0FD9090F" w14:textId="77777777" w:rsidR="006972EA" w:rsidRPr="006972EA" w:rsidRDefault="006972EA" w:rsidP="00B53697">
      <w:pPr>
        <w:pStyle w:val="ListParagraph"/>
        <w:numPr>
          <w:ilvl w:val="1"/>
          <w:numId w:val="11"/>
        </w:numPr>
        <w:rPr>
          <w:b/>
        </w:rPr>
      </w:pPr>
      <w:r w:rsidRPr="006972EA">
        <w:rPr>
          <w:b/>
        </w:rPr>
        <w:t xml:space="preserve">Clerk’s Report –  </w:t>
      </w:r>
    </w:p>
    <w:p w14:paraId="2D98D623" w14:textId="77777777" w:rsidR="001933CB" w:rsidRDefault="006972EA" w:rsidP="001933CB">
      <w:pPr>
        <w:pStyle w:val="ListParagraph"/>
        <w:numPr>
          <w:ilvl w:val="2"/>
          <w:numId w:val="11"/>
        </w:numPr>
        <w:rPr>
          <w:bCs/>
        </w:rPr>
      </w:pPr>
      <w:r w:rsidRPr="001933CB">
        <w:rPr>
          <w:bCs/>
        </w:rPr>
        <w:t xml:space="preserve">New Website – the Clerk confirmed the Council’s new website was up and running, and that Cllr </w:t>
      </w:r>
      <w:proofErr w:type="spellStart"/>
      <w:r w:rsidRPr="001933CB">
        <w:rPr>
          <w:bCs/>
        </w:rPr>
        <w:t>Ms</w:t>
      </w:r>
      <w:proofErr w:type="spellEnd"/>
      <w:r w:rsidRPr="001933CB">
        <w:rPr>
          <w:bCs/>
        </w:rPr>
        <w:t xml:space="preserve"> Palmer had agreed to </w:t>
      </w:r>
      <w:proofErr w:type="spellStart"/>
      <w:r w:rsidRPr="001933CB">
        <w:rPr>
          <w:bCs/>
        </w:rPr>
        <w:t>scrutinise</w:t>
      </w:r>
      <w:proofErr w:type="spellEnd"/>
      <w:r w:rsidRPr="001933CB">
        <w:rPr>
          <w:bCs/>
        </w:rPr>
        <w:t xml:space="preserve"> the new site for any errors and to suggest improvements.  All Councillors were requested to supply a headshot so that the Councillors Details page had photographs of all members.</w:t>
      </w:r>
    </w:p>
    <w:p w14:paraId="5E421461" w14:textId="77777777" w:rsidR="001933CB" w:rsidRDefault="006972EA" w:rsidP="001933CB">
      <w:pPr>
        <w:pStyle w:val="ListParagraph"/>
        <w:numPr>
          <w:ilvl w:val="2"/>
          <w:numId w:val="11"/>
        </w:numPr>
        <w:rPr>
          <w:bCs/>
        </w:rPr>
      </w:pPr>
      <w:r w:rsidRPr="001933CB">
        <w:rPr>
          <w:bCs/>
        </w:rPr>
        <w:t xml:space="preserve">Planters project – Cllr Mrs Behr had been able to secure a quote for the supply and installation of the planters, including shrub </w:t>
      </w:r>
      <w:proofErr w:type="spellStart"/>
      <w:r w:rsidRPr="001933CB">
        <w:rPr>
          <w:bCs/>
        </w:rPr>
        <w:t>centrepiece</w:t>
      </w:r>
      <w:proofErr w:type="spellEnd"/>
      <w:r w:rsidRPr="001933CB">
        <w:rPr>
          <w:bCs/>
        </w:rPr>
        <w:t xml:space="preserve"> and summer bedding plants.  The price of maintenance for the planters once installed was, however, prohibitive with the original contractor and so another contractor had been identified at a large saving.  Cllr Mrs Behr had asked the Clerk whether she could proceed with the </w:t>
      </w:r>
      <w:proofErr w:type="gramStart"/>
      <w:r w:rsidRPr="001933CB">
        <w:rPr>
          <w:bCs/>
        </w:rPr>
        <w:t>contracts, and</w:t>
      </w:r>
      <w:proofErr w:type="gramEnd"/>
      <w:r w:rsidRPr="001933CB">
        <w:rPr>
          <w:bCs/>
        </w:rPr>
        <w:t xml:space="preserve"> be provided with a budget for the work.  It was RESOLVED that authority be delegated to the Clerk and Mrs Behr to spend up to £1500 on the purchase and installation of two planters, and to place a contract for watering/maintenance at a cost of up to £80pm</w:t>
      </w:r>
      <w:r w:rsidR="001933CB">
        <w:rPr>
          <w:bCs/>
        </w:rPr>
        <w:t>.</w:t>
      </w:r>
    </w:p>
    <w:p w14:paraId="64A1D1E0" w14:textId="2EA07F58" w:rsidR="006972EA" w:rsidRPr="001933CB" w:rsidRDefault="001933CB" w:rsidP="001933CB">
      <w:pPr>
        <w:pStyle w:val="ListParagraph"/>
        <w:numPr>
          <w:ilvl w:val="2"/>
          <w:numId w:val="11"/>
        </w:numPr>
        <w:rPr>
          <w:bCs/>
        </w:rPr>
      </w:pPr>
      <w:r w:rsidRPr="001933CB">
        <w:rPr>
          <w:bCs/>
        </w:rPr>
        <w:t>T</w:t>
      </w:r>
      <w:r w:rsidR="006972EA" w:rsidRPr="001933CB">
        <w:rPr>
          <w:bCs/>
        </w:rPr>
        <w:t>he Clerk confirmed that the Q&amp;A with Pagham’s MP Jess Brown-Fuller had been confirmed for 29th May 2026 at 6.30pm.  The format would see questions from the Council asked in the first part of the session, and the floor opened for questions after that.  Members were asked to submit questions to the Clerk as Mrs Brown-Fuller’s office had asked for the questions in advance of the meeting.</w:t>
      </w:r>
    </w:p>
    <w:p w14:paraId="2EFD621B" w14:textId="77777777" w:rsidR="006972EA" w:rsidRPr="001933CB" w:rsidRDefault="006972EA" w:rsidP="001933CB">
      <w:pPr>
        <w:pStyle w:val="ListParagraph"/>
        <w:ind w:left="360"/>
        <w:rPr>
          <w:bCs/>
        </w:rPr>
      </w:pPr>
    </w:p>
    <w:p w14:paraId="49A97695" w14:textId="4FE8B18A" w:rsidR="006972EA" w:rsidRPr="001933CB" w:rsidRDefault="006972EA" w:rsidP="001933CB">
      <w:pPr>
        <w:pStyle w:val="ListParagraph"/>
        <w:numPr>
          <w:ilvl w:val="1"/>
          <w:numId w:val="11"/>
        </w:numPr>
        <w:rPr>
          <w:b/>
        </w:rPr>
      </w:pPr>
      <w:r w:rsidRPr="001933CB">
        <w:rPr>
          <w:b/>
        </w:rPr>
        <w:t xml:space="preserve">District </w:t>
      </w:r>
      <w:proofErr w:type="spellStart"/>
      <w:r w:rsidRPr="001933CB">
        <w:rPr>
          <w:b/>
        </w:rPr>
        <w:t>Councillors’</w:t>
      </w:r>
      <w:proofErr w:type="spellEnd"/>
      <w:r w:rsidRPr="001933CB">
        <w:rPr>
          <w:b/>
        </w:rPr>
        <w:t xml:space="preserve"> Report</w:t>
      </w:r>
      <w:r w:rsidR="001933CB">
        <w:rPr>
          <w:b/>
        </w:rPr>
        <w:t>:</w:t>
      </w:r>
    </w:p>
    <w:p w14:paraId="2AB94771" w14:textId="552CF697" w:rsidR="006972EA" w:rsidRPr="001933CB" w:rsidRDefault="006972EA" w:rsidP="001933CB">
      <w:pPr>
        <w:pStyle w:val="ListParagraph"/>
        <w:numPr>
          <w:ilvl w:val="3"/>
          <w:numId w:val="11"/>
        </w:numPr>
        <w:rPr>
          <w:bCs/>
        </w:rPr>
      </w:pPr>
      <w:r w:rsidRPr="001933CB">
        <w:rPr>
          <w:bCs/>
        </w:rPr>
        <w:t xml:space="preserve">Cllr Mr Huntley had been a Parish Councillor since 2010, and Arun District Councillor since 2019.  He was a member of the Planning Policy Committee, the Flood Forum and Environment and Audit Committees.  Mr </w:t>
      </w:r>
      <w:r w:rsidRPr="001933CB">
        <w:rPr>
          <w:bCs/>
        </w:rPr>
        <w:lastRenderedPageBreak/>
        <w:t xml:space="preserve">Huntley explained his role in trying to resist inappropriate development in the </w:t>
      </w:r>
      <w:proofErr w:type="gramStart"/>
      <w:r w:rsidRPr="001933CB">
        <w:rPr>
          <w:bCs/>
        </w:rPr>
        <w:t>District</w:t>
      </w:r>
      <w:proofErr w:type="gramEnd"/>
      <w:r w:rsidRPr="001933CB">
        <w:rPr>
          <w:bCs/>
        </w:rPr>
        <w:t xml:space="preserve">, through membership of these committees.  He reported that there had been a </w:t>
      </w:r>
      <w:proofErr w:type="gramStart"/>
      <w:r w:rsidRPr="001933CB">
        <w:rPr>
          <w:bCs/>
        </w:rPr>
        <w:t>restructure</w:t>
      </w:r>
      <w:proofErr w:type="gramEnd"/>
      <w:r w:rsidRPr="001933CB">
        <w:rPr>
          <w:bCs/>
        </w:rPr>
        <w:t xml:space="preserve"> of senior officers at ADC.  The CEO was very proactive, particularly on the issue of LGR.  There was concern that Pagham would end up </w:t>
      </w:r>
      <w:proofErr w:type="gramStart"/>
      <w:r w:rsidRPr="001933CB">
        <w:rPr>
          <w:bCs/>
        </w:rPr>
        <w:t>in</w:t>
      </w:r>
      <w:proofErr w:type="gramEnd"/>
      <w:r w:rsidRPr="001933CB">
        <w:rPr>
          <w:bCs/>
        </w:rPr>
        <w:t xml:space="preserve"> a different unitary authority to Chichester, which was not logical and could lead to less effective management and conservation of Pagham Harbour.  </w:t>
      </w:r>
    </w:p>
    <w:p w14:paraId="20F6814F" w14:textId="64B766AC" w:rsidR="006972EA" w:rsidRPr="001933CB" w:rsidRDefault="006972EA" w:rsidP="00430F19">
      <w:pPr>
        <w:pStyle w:val="ListParagraph"/>
        <w:numPr>
          <w:ilvl w:val="1"/>
          <w:numId w:val="11"/>
        </w:numPr>
        <w:rPr>
          <w:bCs/>
        </w:rPr>
      </w:pPr>
      <w:r w:rsidRPr="00430F19">
        <w:rPr>
          <w:b/>
        </w:rPr>
        <w:t xml:space="preserve">County </w:t>
      </w:r>
      <w:proofErr w:type="spellStart"/>
      <w:r w:rsidRPr="00430F19">
        <w:rPr>
          <w:b/>
        </w:rPr>
        <w:t>Councillor’s</w:t>
      </w:r>
      <w:proofErr w:type="spellEnd"/>
      <w:r w:rsidRPr="00430F19">
        <w:rPr>
          <w:b/>
        </w:rPr>
        <w:t xml:space="preserve"> Report</w:t>
      </w:r>
      <w:r w:rsidR="00430F19">
        <w:rPr>
          <w:bCs/>
        </w:rPr>
        <w:t>:</w:t>
      </w:r>
    </w:p>
    <w:p w14:paraId="2BCB8393" w14:textId="77777777" w:rsidR="006972EA" w:rsidRPr="001933CB" w:rsidRDefault="006972EA" w:rsidP="00430F19">
      <w:pPr>
        <w:pStyle w:val="ListParagraph"/>
        <w:numPr>
          <w:ilvl w:val="2"/>
          <w:numId w:val="11"/>
        </w:numPr>
        <w:rPr>
          <w:bCs/>
        </w:rPr>
      </w:pPr>
      <w:r w:rsidRPr="001933CB">
        <w:rPr>
          <w:bCs/>
        </w:rPr>
        <w:t xml:space="preserve">Following County Council elections the previous week, Cllr Trevor Bence </w:t>
      </w:r>
      <w:proofErr w:type="gramStart"/>
      <w:r w:rsidRPr="001933CB">
        <w:rPr>
          <w:bCs/>
        </w:rPr>
        <w:t>had been</w:t>
      </w:r>
      <w:proofErr w:type="gramEnd"/>
      <w:r w:rsidRPr="001933CB">
        <w:rPr>
          <w:bCs/>
        </w:rPr>
        <w:t xml:space="preserve"> elected as the representative for Nyetimber division.   No report was available, but Cllr Mr Bence had contacted the Clerk to introduce himself and would be attending meetings going forward or supplying a report in his absence.  </w:t>
      </w:r>
    </w:p>
    <w:p w14:paraId="39836A01" w14:textId="77777777" w:rsidR="006972EA" w:rsidRPr="00430F19" w:rsidRDefault="006972EA" w:rsidP="00430F19">
      <w:pPr>
        <w:ind w:left="1814"/>
        <w:rPr>
          <w:bCs/>
        </w:rPr>
      </w:pPr>
      <w:r w:rsidRPr="00430F19">
        <w:rPr>
          <w:bCs/>
        </w:rPr>
        <w:t>Cllr Mr Atkins thanked Mrs Hall, who had served as County Councillor for Nyetimber division for 9 years.</w:t>
      </w:r>
    </w:p>
    <w:p w14:paraId="01868CC5" w14:textId="77777777" w:rsidR="006972EA" w:rsidRPr="001933CB" w:rsidRDefault="006972EA" w:rsidP="00430F19">
      <w:pPr>
        <w:pStyle w:val="ListParagraph"/>
        <w:ind w:left="360"/>
        <w:rPr>
          <w:bCs/>
        </w:rPr>
      </w:pPr>
    </w:p>
    <w:p w14:paraId="21D32454" w14:textId="77777777" w:rsidR="006972EA" w:rsidRPr="001933CB" w:rsidRDefault="006972EA" w:rsidP="00430F19">
      <w:pPr>
        <w:pStyle w:val="ListParagraph"/>
        <w:numPr>
          <w:ilvl w:val="1"/>
          <w:numId w:val="11"/>
        </w:numPr>
        <w:rPr>
          <w:bCs/>
        </w:rPr>
      </w:pPr>
      <w:r w:rsidRPr="00430F19">
        <w:rPr>
          <w:b/>
        </w:rPr>
        <w:t>Outside bodies reports</w:t>
      </w:r>
      <w:r w:rsidRPr="001933CB">
        <w:rPr>
          <w:bCs/>
        </w:rPr>
        <w:t xml:space="preserve"> – no reports</w:t>
      </w:r>
    </w:p>
    <w:p w14:paraId="3C257E4A" w14:textId="77777777" w:rsidR="006972EA" w:rsidRPr="001933CB" w:rsidRDefault="006972EA" w:rsidP="00430F19">
      <w:pPr>
        <w:pStyle w:val="ListParagraph"/>
        <w:ind w:left="360"/>
        <w:rPr>
          <w:bCs/>
        </w:rPr>
      </w:pPr>
    </w:p>
    <w:p w14:paraId="056A9EB6" w14:textId="77777777" w:rsidR="006972EA" w:rsidRPr="00430F19" w:rsidRDefault="006972EA" w:rsidP="006972EA">
      <w:pPr>
        <w:pStyle w:val="ListParagraph"/>
        <w:numPr>
          <w:ilvl w:val="0"/>
          <w:numId w:val="11"/>
        </w:numPr>
        <w:rPr>
          <w:b/>
        </w:rPr>
      </w:pPr>
      <w:r w:rsidRPr="00430F19">
        <w:rPr>
          <w:b/>
        </w:rPr>
        <w:t xml:space="preserve">Flooding &amp; Coastal Erosion – Consider any matters arising </w:t>
      </w:r>
    </w:p>
    <w:p w14:paraId="6657625D" w14:textId="77777777" w:rsidR="006972EA" w:rsidRPr="001933CB" w:rsidRDefault="006972EA" w:rsidP="00430F19">
      <w:pPr>
        <w:pStyle w:val="ListParagraph"/>
        <w:numPr>
          <w:ilvl w:val="1"/>
          <w:numId w:val="11"/>
        </w:numPr>
        <w:rPr>
          <w:bCs/>
        </w:rPr>
      </w:pPr>
      <w:r w:rsidRPr="001933CB">
        <w:rPr>
          <w:bCs/>
        </w:rPr>
        <w:t>Cllr Mr Atkins explained that a meeting had been arranged between three expert professors which would look at the way forward for the beach.  The Trust’s constitution did not allow for spending on any other items than work on the beach, and consequently they were looking for a donation from the Parish Council to cover the costs of accommodation for one of the experts for two nights.  The Clerk confirmed there were funds available in the EMR for Flood Defence and it was RESOLVED to donate £ 500.00 to the Pagham Flood Defence Trust.</w:t>
      </w:r>
    </w:p>
    <w:p w14:paraId="4165771B" w14:textId="77777777" w:rsidR="006972EA" w:rsidRPr="001933CB" w:rsidRDefault="006972EA" w:rsidP="00430F19">
      <w:pPr>
        <w:pStyle w:val="ListParagraph"/>
        <w:ind w:left="360"/>
        <w:rPr>
          <w:bCs/>
        </w:rPr>
      </w:pPr>
    </w:p>
    <w:p w14:paraId="7CE07111" w14:textId="77777777" w:rsidR="006972EA" w:rsidRPr="00DC5625" w:rsidRDefault="006972EA" w:rsidP="006972EA">
      <w:pPr>
        <w:pStyle w:val="ListParagraph"/>
        <w:numPr>
          <w:ilvl w:val="0"/>
          <w:numId w:val="11"/>
        </w:numPr>
        <w:rPr>
          <w:b/>
        </w:rPr>
      </w:pPr>
      <w:r w:rsidRPr="00DC5625">
        <w:rPr>
          <w:b/>
        </w:rPr>
        <w:t>Committee Minutes &amp; reports – to note the meeting notes/minutes &amp; action any recommendations</w:t>
      </w:r>
    </w:p>
    <w:p w14:paraId="4E8DA035" w14:textId="7D80FB97" w:rsidR="006972EA" w:rsidRPr="00DC5625" w:rsidRDefault="006972EA" w:rsidP="00DC5625">
      <w:pPr>
        <w:pStyle w:val="ListParagraph"/>
        <w:numPr>
          <w:ilvl w:val="1"/>
          <w:numId w:val="11"/>
        </w:numPr>
        <w:rPr>
          <w:bCs/>
        </w:rPr>
      </w:pPr>
      <w:r w:rsidRPr="001933CB">
        <w:rPr>
          <w:bCs/>
        </w:rPr>
        <w:t xml:space="preserve">Planning Committee meetings held on 24th March 2026, 14th April 2026 &amp; 28th April 2026. The minutes were </w:t>
      </w:r>
      <w:proofErr w:type="gramStart"/>
      <w:r w:rsidRPr="001933CB">
        <w:rPr>
          <w:bCs/>
        </w:rPr>
        <w:t>duly noted</w:t>
      </w:r>
      <w:proofErr w:type="gramEnd"/>
      <w:r w:rsidRPr="001933CB">
        <w:rPr>
          <w:bCs/>
        </w:rPr>
        <w:t>.</w:t>
      </w:r>
    </w:p>
    <w:p w14:paraId="073A5165" w14:textId="77777777" w:rsidR="00DC5625" w:rsidRDefault="006972EA" w:rsidP="00DC5625">
      <w:pPr>
        <w:pStyle w:val="ListParagraph"/>
        <w:numPr>
          <w:ilvl w:val="1"/>
          <w:numId w:val="11"/>
        </w:numPr>
        <w:rPr>
          <w:bCs/>
        </w:rPr>
      </w:pPr>
      <w:r w:rsidRPr="001933CB">
        <w:rPr>
          <w:bCs/>
        </w:rPr>
        <w:t xml:space="preserve">Highways &amp; Amenities Committee – no meetings held since the previous Full Council meeting </w:t>
      </w:r>
    </w:p>
    <w:p w14:paraId="36D8811C" w14:textId="132ED8A8" w:rsidR="006972EA" w:rsidRPr="00DC5625" w:rsidRDefault="006972EA" w:rsidP="00DC5625">
      <w:pPr>
        <w:pStyle w:val="ListParagraph"/>
        <w:numPr>
          <w:ilvl w:val="1"/>
          <w:numId w:val="11"/>
        </w:numPr>
        <w:rPr>
          <w:bCs/>
        </w:rPr>
      </w:pPr>
      <w:r w:rsidRPr="00DC5625">
        <w:rPr>
          <w:bCs/>
        </w:rPr>
        <w:t xml:space="preserve">Finance Committee meeting held on 28th April 2026. </w:t>
      </w:r>
    </w:p>
    <w:p w14:paraId="3CD8B955" w14:textId="77777777" w:rsidR="00DC5625" w:rsidRDefault="00DC5625" w:rsidP="00DC5625">
      <w:pPr>
        <w:pStyle w:val="ListParagraph"/>
        <w:ind w:left="360"/>
        <w:rPr>
          <w:bCs/>
        </w:rPr>
      </w:pPr>
    </w:p>
    <w:p w14:paraId="2ADDE9C3" w14:textId="6351312F" w:rsidR="006972EA" w:rsidRPr="001933CB" w:rsidRDefault="006972EA" w:rsidP="00DC5625">
      <w:pPr>
        <w:pStyle w:val="ListParagraph"/>
        <w:ind w:left="360"/>
        <w:rPr>
          <w:bCs/>
        </w:rPr>
      </w:pPr>
      <w:r w:rsidRPr="001933CB">
        <w:rPr>
          <w:bCs/>
        </w:rPr>
        <w:t xml:space="preserve">The minutes were </w:t>
      </w:r>
      <w:proofErr w:type="gramStart"/>
      <w:r w:rsidRPr="001933CB">
        <w:rPr>
          <w:bCs/>
        </w:rPr>
        <w:t>duly noted</w:t>
      </w:r>
      <w:proofErr w:type="gramEnd"/>
      <w:r w:rsidRPr="001933CB">
        <w:rPr>
          <w:bCs/>
        </w:rPr>
        <w:t xml:space="preserve">, with recommendations considered </w:t>
      </w:r>
      <w:proofErr w:type="gramStart"/>
      <w:r w:rsidRPr="001933CB">
        <w:rPr>
          <w:bCs/>
        </w:rPr>
        <w:t>at</w:t>
      </w:r>
      <w:proofErr w:type="gramEnd"/>
      <w:r w:rsidRPr="001933CB">
        <w:rPr>
          <w:bCs/>
        </w:rPr>
        <w:t xml:space="preserve"> agenda item 14</w:t>
      </w:r>
    </w:p>
    <w:p w14:paraId="1E5DA879" w14:textId="77777777" w:rsidR="006972EA" w:rsidRPr="001933CB" w:rsidRDefault="006972EA" w:rsidP="00DC5625">
      <w:pPr>
        <w:pStyle w:val="ListParagraph"/>
        <w:ind w:left="360"/>
        <w:rPr>
          <w:bCs/>
        </w:rPr>
      </w:pPr>
    </w:p>
    <w:p w14:paraId="0A14DA24" w14:textId="77777777" w:rsidR="006972EA" w:rsidRPr="00DC5625" w:rsidRDefault="006972EA" w:rsidP="006972EA">
      <w:pPr>
        <w:pStyle w:val="ListParagraph"/>
        <w:numPr>
          <w:ilvl w:val="0"/>
          <w:numId w:val="11"/>
        </w:numPr>
        <w:rPr>
          <w:b/>
        </w:rPr>
      </w:pPr>
      <w:r w:rsidRPr="00DC5625">
        <w:rPr>
          <w:b/>
        </w:rPr>
        <w:t>Finance</w:t>
      </w:r>
    </w:p>
    <w:p w14:paraId="5D0142AF" w14:textId="77777777" w:rsidR="006972EA" w:rsidRPr="001933CB" w:rsidRDefault="006972EA" w:rsidP="00DC5625">
      <w:pPr>
        <w:pStyle w:val="ListParagraph"/>
        <w:numPr>
          <w:ilvl w:val="1"/>
          <w:numId w:val="11"/>
        </w:numPr>
        <w:rPr>
          <w:bCs/>
        </w:rPr>
      </w:pPr>
      <w:r w:rsidRPr="001933CB">
        <w:rPr>
          <w:bCs/>
        </w:rPr>
        <w:t>Receive accounts for the period ending 31st March 2026 (previously issued) &amp; 30th April 2026</w:t>
      </w:r>
    </w:p>
    <w:p w14:paraId="7AF37DD8" w14:textId="7B58FBE4" w:rsidR="006972EA" w:rsidRPr="00EB7122" w:rsidRDefault="006972EA" w:rsidP="00DC5625">
      <w:pPr>
        <w:pStyle w:val="ListParagraph"/>
        <w:numPr>
          <w:ilvl w:val="1"/>
          <w:numId w:val="11"/>
        </w:numPr>
        <w:rPr>
          <w:bCs/>
        </w:rPr>
      </w:pPr>
      <w:r w:rsidRPr="001933CB">
        <w:rPr>
          <w:bCs/>
        </w:rPr>
        <w:t>The accounts for the period ending 31st March 2026 and 30th April 2026 (previously circulated) were presented It was RESOLVED to receive and approve the March 2026 and April 2026 accounts.</w:t>
      </w:r>
    </w:p>
    <w:p w14:paraId="6A2FBB15" w14:textId="77777777" w:rsidR="006972EA" w:rsidRPr="001933CB" w:rsidRDefault="006972EA" w:rsidP="00DC5625">
      <w:pPr>
        <w:pStyle w:val="ListParagraph"/>
        <w:numPr>
          <w:ilvl w:val="1"/>
          <w:numId w:val="11"/>
        </w:numPr>
        <w:rPr>
          <w:bCs/>
        </w:rPr>
      </w:pPr>
      <w:r w:rsidRPr="001933CB">
        <w:rPr>
          <w:bCs/>
        </w:rPr>
        <w:t xml:space="preserve">Orders for Payment were presented to the meeting.  It was RESOLVED to approve payments of £4865.52 (£269.48 </w:t>
      </w:r>
      <w:proofErr w:type="gramStart"/>
      <w:r w:rsidRPr="001933CB">
        <w:rPr>
          <w:bCs/>
        </w:rPr>
        <w:t>of</w:t>
      </w:r>
      <w:proofErr w:type="gramEnd"/>
      <w:r w:rsidRPr="001933CB">
        <w:rPr>
          <w:bCs/>
        </w:rPr>
        <w:t xml:space="preserve"> VAT).</w:t>
      </w:r>
    </w:p>
    <w:p w14:paraId="4428F8F5" w14:textId="77777777" w:rsidR="006972EA" w:rsidRPr="001933CB" w:rsidRDefault="006972EA" w:rsidP="00EB7122">
      <w:pPr>
        <w:pStyle w:val="ListParagraph"/>
        <w:ind w:left="360"/>
        <w:rPr>
          <w:bCs/>
        </w:rPr>
      </w:pPr>
    </w:p>
    <w:p w14:paraId="72E3B128" w14:textId="77777777" w:rsidR="006972EA" w:rsidRPr="00EB7122" w:rsidRDefault="006972EA" w:rsidP="00EB7122">
      <w:pPr>
        <w:pStyle w:val="ListParagraph"/>
        <w:numPr>
          <w:ilvl w:val="1"/>
          <w:numId w:val="11"/>
        </w:numPr>
        <w:rPr>
          <w:b/>
        </w:rPr>
      </w:pPr>
      <w:r w:rsidRPr="00EB7122">
        <w:rPr>
          <w:b/>
        </w:rPr>
        <w:lastRenderedPageBreak/>
        <w:t>Internal Audit Report &amp; RFO’s comments:</w:t>
      </w:r>
    </w:p>
    <w:p w14:paraId="28A9EE33" w14:textId="4B36F013" w:rsidR="006972EA" w:rsidRPr="007211EC" w:rsidRDefault="006972EA" w:rsidP="007211EC">
      <w:pPr>
        <w:pStyle w:val="ListParagraph"/>
        <w:numPr>
          <w:ilvl w:val="2"/>
          <w:numId w:val="11"/>
        </w:numPr>
        <w:rPr>
          <w:bCs/>
        </w:rPr>
      </w:pPr>
      <w:r w:rsidRPr="007211EC">
        <w:rPr>
          <w:bCs/>
        </w:rPr>
        <w:t xml:space="preserve">The Clerk/RFO reported that the Internal Audit had been completed on 29th April 2026.  The Internal Auditor’s initial report had been circulated to all </w:t>
      </w:r>
      <w:proofErr w:type="spellStart"/>
      <w:proofErr w:type="gramStart"/>
      <w:r w:rsidRPr="007211EC">
        <w:rPr>
          <w:bCs/>
        </w:rPr>
        <w:t>members.The</w:t>
      </w:r>
      <w:proofErr w:type="spellEnd"/>
      <w:proofErr w:type="gramEnd"/>
      <w:r w:rsidRPr="007211EC">
        <w:rPr>
          <w:bCs/>
        </w:rPr>
        <w:t xml:space="preserve"> following issues had been identified</w:t>
      </w:r>
      <w:proofErr w:type="gramStart"/>
      <w:r w:rsidRPr="007211EC">
        <w:rPr>
          <w:bCs/>
        </w:rPr>
        <w:t>:</w:t>
      </w:r>
      <w:r w:rsidR="007211EC">
        <w:rPr>
          <w:bCs/>
        </w:rPr>
        <w:t xml:space="preserve">  </w:t>
      </w:r>
      <w:r w:rsidRPr="007211EC">
        <w:rPr>
          <w:bCs/>
        </w:rPr>
        <w:t>None</w:t>
      </w:r>
      <w:proofErr w:type="gramEnd"/>
    </w:p>
    <w:p w14:paraId="0B44CF56" w14:textId="77777777" w:rsidR="007211EC" w:rsidRDefault="006972EA" w:rsidP="007211EC">
      <w:pPr>
        <w:pStyle w:val="ListParagraph"/>
        <w:numPr>
          <w:ilvl w:val="2"/>
          <w:numId w:val="11"/>
        </w:numPr>
        <w:rPr>
          <w:bCs/>
        </w:rPr>
      </w:pPr>
      <w:r w:rsidRPr="001933CB">
        <w:rPr>
          <w:bCs/>
        </w:rPr>
        <w:t xml:space="preserve">The following recommendations </w:t>
      </w:r>
      <w:proofErr w:type="gramStart"/>
      <w:r w:rsidRPr="001933CB">
        <w:rPr>
          <w:bCs/>
        </w:rPr>
        <w:t>had</w:t>
      </w:r>
      <w:proofErr w:type="gramEnd"/>
      <w:r w:rsidRPr="001933CB">
        <w:rPr>
          <w:bCs/>
        </w:rPr>
        <w:t xml:space="preserve"> been made</w:t>
      </w:r>
      <w:proofErr w:type="gramStart"/>
      <w:r w:rsidRPr="001933CB">
        <w:rPr>
          <w:bCs/>
        </w:rPr>
        <w:t>:</w:t>
      </w:r>
      <w:r w:rsidR="007211EC">
        <w:rPr>
          <w:bCs/>
        </w:rPr>
        <w:t xml:space="preserve">  </w:t>
      </w:r>
      <w:r w:rsidRPr="007211EC">
        <w:rPr>
          <w:bCs/>
        </w:rPr>
        <w:t>The</w:t>
      </w:r>
      <w:proofErr w:type="gramEnd"/>
      <w:r w:rsidRPr="007211EC">
        <w:rPr>
          <w:bCs/>
        </w:rPr>
        <w:t xml:space="preserve"> Council’s cash reserves </w:t>
      </w:r>
      <w:proofErr w:type="gramStart"/>
      <w:r w:rsidRPr="007211EC">
        <w:rPr>
          <w:bCs/>
        </w:rPr>
        <w:t>have exceeded</w:t>
      </w:r>
      <w:proofErr w:type="gramEnd"/>
      <w:r w:rsidRPr="007211EC">
        <w:rPr>
          <w:bCs/>
        </w:rPr>
        <w:t xml:space="preserve"> £100,000.  Should this continue to be the case it is recommended the Council continues to review its investment strategy and risk assessments. </w:t>
      </w:r>
    </w:p>
    <w:p w14:paraId="5FE9EC92" w14:textId="0B9FC492" w:rsidR="006972EA" w:rsidRPr="007211EC" w:rsidRDefault="006972EA" w:rsidP="007211EC">
      <w:pPr>
        <w:ind w:left="720"/>
        <w:rPr>
          <w:bCs/>
        </w:rPr>
      </w:pPr>
      <w:r w:rsidRPr="007211EC">
        <w:rPr>
          <w:bCs/>
        </w:rPr>
        <w:t xml:space="preserve">It was RESOLVED to note the report </w:t>
      </w:r>
    </w:p>
    <w:p w14:paraId="2C2577DB" w14:textId="77777777" w:rsidR="006972EA" w:rsidRPr="001933CB" w:rsidRDefault="006972EA" w:rsidP="007211EC">
      <w:pPr>
        <w:pStyle w:val="ListParagraph"/>
        <w:ind w:left="360"/>
        <w:rPr>
          <w:bCs/>
        </w:rPr>
      </w:pPr>
    </w:p>
    <w:p w14:paraId="3473C5BB" w14:textId="77777777" w:rsidR="006972EA" w:rsidRPr="00F24DE4" w:rsidRDefault="006972EA" w:rsidP="00F24DE4">
      <w:pPr>
        <w:pStyle w:val="ListParagraph"/>
        <w:numPr>
          <w:ilvl w:val="1"/>
          <w:numId w:val="11"/>
        </w:numPr>
        <w:rPr>
          <w:b/>
        </w:rPr>
      </w:pPr>
      <w:r w:rsidRPr="00F24DE4">
        <w:rPr>
          <w:b/>
        </w:rPr>
        <w:t>Approval of Accounts for 2025/26</w:t>
      </w:r>
    </w:p>
    <w:p w14:paraId="5875611D" w14:textId="77777777" w:rsidR="006972EA" w:rsidRPr="001933CB" w:rsidRDefault="006972EA" w:rsidP="00F24DE4">
      <w:pPr>
        <w:pStyle w:val="ListParagraph"/>
        <w:numPr>
          <w:ilvl w:val="2"/>
          <w:numId w:val="11"/>
        </w:numPr>
        <w:rPr>
          <w:bCs/>
        </w:rPr>
      </w:pPr>
      <w:r w:rsidRPr="001933CB">
        <w:rPr>
          <w:bCs/>
        </w:rPr>
        <w:t>The accounts for 2025/26 had been presented to the Finance Committee at a meeting held on 28th April 2026.  It was noted that the Committee had recommended approval of the accounts. It was RESOLVED to approve the accounts for 2025/26.</w:t>
      </w:r>
    </w:p>
    <w:p w14:paraId="2A1B68A2" w14:textId="77777777" w:rsidR="006972EA" w:rsidRPr="001933CB" w:rsidRDefault="006972EA" w:rsidP="00F24DE4">
      <w:pPr>
        <w:pStyle w:val="ListParagraph"/>
        <w:ind w:left="360"/>
        <w:rPr>
          <w:bCs/>
        </w:rPr>
      </w:pPr>
    </w:p>
    <w:p w14:paraId="7889D32F" w14:textId="77777777" w:rsidR="006972EA" w:rsidRPr="00F24DE4" w:rsidRDefault="006972EA" w:rsidP="00F24DE4">
      <w:pPr>
        <w:pStyle w:val="ListParagraph"/>
        <w:numPr>
          <w:ilvl w:val="1"/>
          <w:numId w:val="11"/>
        </w:numPr>
        <w:rPr>
          <w:b/>
        </w:rPr>
      </w:pPr>
      <w:r w:rsidRPr="00F24DE4">
        <w:rPr>
          <w:b/>
        </w:rPr>
        <w:t xml:space="preserve">Annual Governance &amp; Accountability Return – to consider the return for 2025/26 (previously issued) </w:t>
      </w:r>
    </w:p>
    <w:p w14:paraId="5A77A516" w14:textId="77777777" w:rsidR="006972EA" w:rsidRPr="001933CB" w:rsidRDefault="006972EA" w:rsidP="00912055">
      <w:pPr>
        <w:pStyle w:val="ListParagraph"/>
        <w:numPr>
          <w:ilvl w:val="2"/>
          <w:numId w:val="11"/>
        </w:numPr>
        <w:rPr>
          <w:bCs/>
        </w:rPr>
      </w:pPr>
      <w:r w:rsidRPr="001933CB">
        <w:rPr>
          <w:bCs/>
        </w:rPr>
        <w:t xml:space="preserve"> Consideration of Annual Governance Statements </w:t>
      </w:r>
    </w:p>
    <w:p w14:paraId="3B05364D" w14:textId="77777777" w:rsidR="006972EA" w:rsidRPr="00912055" w:rsidRDefault="006972EA" w:rsidP="00912055">
      <w:pPr>
        <w:ind w:left="1814"/>
        <w:rPr>
          <w:bCs/>
        </w:rPr>
      </w:pPr>
      <w:r w:rsidRPr="00912055">
        <w:rPr>
          <w:bCs/>
        </w:rPr>
        <w:t xml:space="preserve">It was RESOLVED that the Annual Governance Statements for 2025/26 be approved and the Chairman and Clerk be </w:t>
      </w:r>
      <w:proofErr w:type="spellStart"/>
      <w:r w:rsidRPr="00912055">
        <w:rPr>
          <w:bCs/>
        </w:rPr>
        <w:t>authorised</w:t>
      </w:r>
      <w:proofErr w:type="spellEnd"/>
      <w:r w:rsidRPr="00912055">
        <w:rPr>
          <w:bCs/>
        </w:rPr>
        <w:t xml:space="preserve"> to sign the same.</w:t>
      </w:r>
    </w:p>
    <w:p w14:paraId="520104BC" w14:textId="77777777" w:rsidR="006972EA" w:rsidRPr="001933CB" w:rsidRDefault="006972EA" w:rsidP="00912055">
      <w:pPr>
        <w:pStyle w:val="ListParagraph"/>
        <w:ind w:left="360"/>
        <w:rPr>
          <w:bCs/>
        </w:rPr>
      </w:pPr>
    </w:p>
    <w:p w14:paraId="2DDFAAEC" w14:textId="7002D49F" w:rsidR="006972EA" w:rsidRPr="001933CB" w:rsidRDefault="006972EA" w:rsidP="00E77C31">
      <w:pPr>
        <w:pStyle w:val="ListParagraph"/>
        <w:numPr>
          <w:ilvl w:val="2"/>
          <w:numId w:val="11"/>
        </w:numPr>
        <w:rPr>
          <w:bCs/>
        </w:rPr>
      </w:pPr>
      <w:r w:rsidRPr="001933CB">
        <w:rPr>
          <w:bCs/>
        </w:rPr>
        <w:t>Consideration of Accounting Statements</w:t>
      </w:r>
    </w:p>
    <w:p w14:paraId="78ACFC91" w14:textId="77777777" w:rsidR="006972EA" w:rsidRPr="00E77C31" w:rsidRDefault="006972EA" w:rsidP="00E77C31">
      <w:pPr>
        <w:ind w:left="1814"/>
        <w:rPr>
          <w:bCs/>
        </w:rPr>
      </w:pPr>
      <w:r w:rsidRPr="00E77C31">
        <w:rPr>
          <w:bCs/>
        </w:rPr>
        <w:t xml:space="preserve">It was RESOLVED that the Accounting Statements for 2025/26 be approved and the Chairman and Clerk be </w:t>
      </w:r>
      <w:proofErr w:type="spellStart"/>
      <w:r w:rsidRPr="00E77C31">
        <w:rPr>
          <w:bCs/>
        </w:rPr>
        <w:t>authorised</w:t>
      </w:r>
      <w:proofErr w:type="spellEnd"/>
      <w:r w:rsidRPr="00E77C31">
        <w:rPr>
          <w:bCs/>
        </w:rPr>
        <w:t xml:space="preserve"> to sign the same.</w:t>
      </w:r>
    </w:p>
    <w:p w14:paraId="1F6248E7" w14:textId="77777777" w:rsidR="006972EA" w:rsidRPr="001933CB" w:rsidRDefault="006972EA" w:rsidP="007403BB">
      <w:pPr>
        <w:pStyle w:val="ListParagraph"/>
        <w:ind w:left="360"/>
        <w:rPr>
          <w:bCs/>
        </w:rPr>
      </w:pPr>
    </w:p>
    <w:p w14:paraId="18939412" w14:textId="77777777" w:rsidR="006972EA" w:rsidRPr="007403BB" w:rsidRDefault="006972EA" w:rsidP="006972EA">
      <w:pPr>
        <w:pStyle w:val="ListParagraph"/>
        <w:numPr>
          <w:ilvl w:val="0"/>
          <w:numId w:val="11"/>
        </w:numPr>
        <w:rPr>
          <w:b/>
        </w:rPr>
      </w:pPr>
      <w:r w:rsidRPr="007403BB">
        <w:rPr>
          <w:b/>
        </w:rPr>
        <w:t>Governance</w:t>
      </w:r>
    </w:p>
    <w:p w14:paraId="70A43B52" w14:textId="77777777" w:rsidR="006972EA" w:rsidRPr="001933CB" w:rsidRDefault="006972EA" w:rsidP="007403BB">
      <w:pPr>
        <w:pStyle w:val="ListParagraph"/>
        <w:numPr>
          <w:ilvl w:val="1"/>
          <w:numId w:val="11"/>
        </w:numPr>
        <w:rPr>
          <w:bCs/>
        </w:rPr>
      </w:pPr>
      <w:r w:rsidRPr="001933CB">
        <w:rPr>
          <w:bCs/>
        </w:rPr>
        <w:t>Financial Regulations – to readopt the Financial Regulations dated 12 March 2020 as the Council’s Financial regulations. IT WAS RESOLVED to readopt the Financial Regulations dated 12th March 2020 as the Council’s Financial Regulations for the civic year 2026/27.</w:t>
      </w:r>
    </w:p>
    <w:p w14:paraId="6784AF40" w14:textId="77777777" w:rsidR="006972EA" w:rsidRPr="001933CB" w:rsidRDefault="006972EA" w:rsidP="007403BB">
      <w:pPr>
        <w:pStyle w:val="ListParagraph"/>
        <w:ind w:left="360"/>
        <w:rPr>
          <w:bCs/>
        </w:rPr>
      </w:pPr>
    </w:p>
    <w:p w14:paraId="68440AD5" w14:textId="77777777" w:rsidR="006972EA" w:rsidRPr="001933CB" w:rsidRDefault="006972EA" w:rsidP="007403BB">
      <w:pPr>
        <w:pStyle w:val="ListParagraph"/>
        <w:numPr>
          <w:ilvl w:val="1"/>
          <w:numId w:val="11"/>
        </w:numPr>
        <w:rPr>
          <w:bCs/>
        </w:rPr>
      </w:pPr>
      <w:r w:rsidRPr="001933CB">
        <w:rPr>
          <w:bCs/>
        </w:rPr>
        <w:t>Standing Orders –to adopt the Model Standing Orders 2018 (England) Version 2 (April 2022) as the Council’s Standing Orders IT WAS RESOLVED to adopt the Standing Orders s for the civic year 2026/27.</w:t>
      </w:r>
    </w:p>
    <w:p w14:paraId="15606C64" w14:textId="77777777" w:rsidR="006972EA" w:rsidRPr="001933CB" w:rsidRDefault="006972EA" w:rsidP="007403BB">
      <w:pPr>
        <w:pStyle w:val="ListParagraph"/>
        <w:ind w:left="360"/>
        <w:rPr>
          <w:bCs/>
        </w:rPr>
      </w:pPr>
    </w:p>
    <w:p w14:paraId="2C6CA6D0" w14:textId="6049968B" w:rsidR="007403BB" w:rsidRDefault="006972EA" w:rsidP="007403BB">
      <w:pPr>
        <w:pStyle w:val="ListParagraph"/>
        <w:numPr>
          <w:ilvl w:val="1"/>
          <w:numId w:val="11"/>
        </w:numPr>
        <w:rPr>
          <w:bCs/>
        </w:rPr>
      </w:pPr>
      <w:r w:rsidRPr="001933CB">
        <w:rPr>
          <w:bCs/>
        </w:rPr>
        <w:t>Code of Conduct – to readopt the Code of Conduct in line with the code adopted by Arun District Council 24th March 2021 as adopted by the Council on 5th May 2021.  It was RESOLVED to readopt the Code of Conduct.</w:t>
      </w:r>
    </w:p>
    <w:p w14:paraId="6E3D2CBE" w14:textId="77777777" w:rsidR="004C704F" w:rsidRPr="004C704F" w:rsidRDefault="004C704F" w:rsidP="004C704F">
      <w:pPr>
        <w:rPr>
          <w:bCs/>
        </w:rPr>
      </w:pPr>
    </w:p>
    <w:p w14:paraId="1E7C7A4D" w14:textId="77777777" w:rsidR="006972EA" w:rsidRPr="001933CB" w:rsidRDefault="006972EA" w:rsidP="007403BB">
      <w:pPr>
        <w:pStyle w:val="ListParagraph"/>
        <w:numPr>
          <w:ilvl w:val="1"/>
          <w:numId w:val="11"/>
        </w:numPr>
        <w:rPr>
          <w:bCs/>
        </w:rPr>
      </w:pPr>
      <w:r w:rsidRPr="001933CB">
        <w:rPr>
          <w:bCs/>
        </w:rPr>
        <w:t>IT Policy November 2025– to amend the policy to include a review of the frequency of GDPR training for Councillors and to readopt as the IT Policy for the civic year 2025/26</w:t>
      </w:r>
    </w:p>
    <w:p w14:paraId="286C9DB0" w14:textId="546568EC" w:rsidR="006972EA" w:rsidRPr="001933CB" w:rsidRDefault="006972EA" w:rsidP="004C704F">
      <w:pPr>
        <w:pStyle w:val="ListParagraph"/>
        <w:numPr>
          <w:ilvl w:val="1"/>
          <w:numId w:val="11"/>
        </w:numPr>
        <w:rPr>
          <w:bCs/>
        </w:rPr>
      </w:pPr>
      <w:r w:rsidRPr="001933CB">
        <w:rPr>
          <w:bCs/>
        </w:rPr>
        <w:lastRenderedPageBreak/>
        <w:t>To remind Councillors to review the information declared on their Register o</w:t>
      </w:r>
      <w:r w:rsidR="004C704F">
        <w:rPr>
          <w:bCs/>
        </w:rPr>
        <w:t xml:space="preserve">f </w:t>
      </w:r>
      <w:r w:rsidRPr="001933CB">
        <w:rPr>
          <w:bCs/>
        </w:rPr>
        <w:t>Interests and to update if necessary.</w:t>
      </w:r>
    </w:p>
    <w:p w14:paraId="69EA27E0" w14:textId="77777777" w:rsidR="006972EA" w:rsidRPr="001933CB" w:rsidRDefault="006972EA" w:rsidP="004C704F">
      <w:pPr>
        <w:pStyle w:val="ListParagraph"/>
        <w:ind w:left="360"/>
        <w:rPr>
          <w:bCs/>
        </w:rPr>
      </w:pPr>
    </w:p>
    <w:p w14:paraId="5708AC64" w14:textId="77777777" w:rsidR="006972EA" w:rsidRPr="004C704F" w:rsidRDefault="006972EA" w:rsidP="006972EA">
      <w:pPr>
        <w:pStyle w:val="ListParagraph"/>
        <w:numPr>
          <w:ilvl w:val="0"/>
          <w:numId w:val="11"/>
        </w:numPr>
        <w:rPr>
          <w:b/>
        </w:rPr>
      </w:pPr>
      <w:r w:rsidRPr="004C704F">
        <w:rPr>
          <w:b/>
        </w:rPr>
        <w:t>Date of Next Meeting</w:t>
      </w:r>
    </w:p>
    <w:p w14:paraId="02CA6760" w14:textId="77777777" w:rsidR="006972EA" w:rsidRPr="001933CB" w:rsidRDefault="006972EA" w:rsidP="004C704F">
      <w:pPr>
        <w:pStyle w:val="ListParagraph"/>
        <w:numPr>
          <w:ilvl w:val="1"/>
          <w:numId w:val="11"/>
        </w:numPr>
        <w:rPr>
          <w:bCs/>
        </w:rPr>
      </w:pPr>
      <w:r w:rsidRPr="001933CB">
        <w:rPr>
          <w:bCs/>
        </w:rPr>
        <w:t>9th June 2025</w:t>
      </w:r>
    </w:p>
    <w:p w14:paraId="08D41A05" w14:textId="77777777" w:rsidR="00CB1C3D" w:rsidRDefault="00CB1C3D" w:rsidP="00CB1C3D">
      <w:pPr>
        <w:pStyle w:val="ListParagraph"/>
        <w:ind w:left="360"/>
      </w:pPr>
    </w:p>
    <w:p w14:paraId="58882E46" w14:textId="77777777" w:rsidR="00CB1C3D" w:rsidRDefault="00CB1C3D" w:rsidP="00CB1C3D">
      <w:pPr>
        <w:pStyle w:val="ListParagraph"/>
        <w:ind w:left="360"/>
      </w:pPr>
    </w:p>
    <w:p w14:paraId="6A6BE2A8" w14:textId="4BF6DCFA" w:rsidR="00270F4F" w:rsidRDefault="00C04199" w:rsidP="00CB1C3D">
      <w:pPr>
        <w:pStyle w:val="ListParagraph"/>
        <w:ind w:left="360"/>
      </w:pPr>
      <w:r>
        <w:t xml:space="preserve">Signed </w:t>
      </w:r>
      <w:r w:rsidR="00CB1C3D">
        <w:t>C</w:t>
      </w:r>
      <w:r>
        <w:t>hairman: ____________________       Date: ____________________</w:t>
      </w:r>
      <w:r>
        <w:br/>
      </w:r>
    </w:p>
    <w:sectPr w:rsidR="00270F4F" w:rsidSect="00CB1C3D">
      <w:pgSz w:w="12240" w:h="15840"/>
      <w:pgMar w:top="993" w:right="1440" w:bottom="1135"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6957722F"/>
    <w:multiLevelType w:val="multilevel"/>
    <w:tmpl w:val="4D4A68A6"/>
    <w:lvl w:ilvl="0">
      <w:start w:val="26"/>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6C415A7F"/>
    <w:multiLevelType w:val="multilevel"/>
    <w:tmpl w:val="18222B7C"/>
    <w:lvl w:ilvl="0">
      <w:start w:val="1"/>
      <w:numFmt w:val="decimal"/>
      <w:lvlText w:val="%1."/>
      <w:lvlJc w:val="left"/>
      <w:pPr>
        <w:ind w:left="360" w:hanging="360"/>
      </w:pPr>
      <w:rPr>
        <w:rFonts w:hint="default"/>
        <w:b/>
      </w:rPr>
    </w:lvl>
    <w:lvl w:ilvl="1">
      <w:start w:val="1"/>
      <w:numFmt w:val="decimal"/>
      <w:lvlText w:val="%1.%2."/>
      <w:lvlJc w:val="left"/>
      <w:pPr>
        <w:ind w:left="792" w:hanging="432"/>
      </w:pPr>
      <w:rPr>
        <w:b w:val="0"/>
        <w:bCs/>
        <w:i w:val="0"/>
        <w:iCs w:val="0"/>
      </w:rPr>
    </w:lvl>
    <w:lvl w:ilvl="2">
      <w:start w:val="1"/>
      <w:numFmt w:val="decimal"/>
      <w:lvlText w:val="%1.%2.%3."/>
      <w:lvlJc w:val="left"/>
      <w:pPr>
        <w:ind w:left="1072"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75EE0F43"/>
    <w:multiLevelType w:val="multilevel"/>
    <w:tmpl w:val="B6D45B0C"/>
    <w:lvl w:ilvl="0">
      <w:start w:val="1"/>
      <w:numFmt w:val="decimal"/>
      <w:lvlText w:val="%1."/>
      <w:lvlJc w:val="left"/>
      <w:pPr>
        <w:ind w:left="360" w:hanging="360"/>
      </w:pPr>
      <w:rPr>
        <w:rFonts w:hint="default"/>
        <w:b/>
        <w:bCs/>
      </w:rPr>
    </w:lvl>
    <w:lvl w:ilvl="1">
      <w:start w:val="1"/>
      <w:numFmt w:val="decimal"/>
      <w:lvlText w:val="%1.%2."/>
      <w:lvlJc w:val="left"/>
      <w:pPr>
        <w:ind w:left="1191" w:hanging="831"/>
      </w:pPr>
      <w:rPr>
        <w:rFonts w:hint="default"/>
        <w:b w:val="0"/>
        <w:bCs w:val="0"/>
      </w:rPr>
    </w:lvl>
    <w:lvl w:ilvl="2">
      <w:start w:val="1"/>
      <w:numFmt w:val="decimal"/>
      <w:lvlText w:val="%1.%2.%3."/>
      <w:lvlJc w:val="left"/>
      <w:pPr>
        <w:ind w:left="1814" w:hanging="109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7A1E338C"/>
    <w:multiLevelType w:val="hybridMultilevel"/>
    <w:tmpl w:val="A3CEB2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50708173">
    <w:abstractNumId w:val="8"/>
  </w:num>
  <w:num w:numId="2" w16cid:durableId="1312716161">
    <w:abstractNumId w:val="6"/>
  </w:num>
  <w:num w:numId="3" w16cid:durableId="320502540">
    <w:abstractNumId w:val="5"/>
  </w:num>
  <w:num w:numId="4" w16cid:durableId="433743926">
    <w:abstractNumId w:val="4"/>
  </w:num>
  <w:num w:numId="5" w16cid:durableId="1677226138">
    <w:abstractNumId w:val="7"/>
  </w:num>
  <w:num w:numId="6" w16cid:durableId="804734827">
    <w:abstractNumId w:val="3"/>
  </w:num>
  <w:num w:numId="7" w16cid:durableId="39130478">
    <w:abstractNumId w:val="2"/>
  </w:num>
  <w:num w:numId="8" w16cid:durableId="1309162408">
    <w:abstractNumId w:val="1"/>
  </w:num>
  <w:num w:numId="9" w16cid:durableId="1020859948">
    <w:abstractNumId w:val="0"/>
  </w:num>
  <w:num w:numId="10" w16cid:durableId="1441758602">
    <w:abstractNumId w:val="9"/>
  </w:num>
  <w:num w:numId="11" w16cid:durableId="772480451">
    <w:abstractNumId w:val="11"/>
  </w:num>
  <w:num w:numId="12" w16cid:durableId="1858348113">
    <w:abstractNumId w:val="11"/>
    <w:lvlOverride w:ilvl="0">
      <w:lvl w:ilvl="0">
        <w:start w:val="40"/>
        <w:numFmt w:val="decimal"/>
        <w:lvlText w:val="%1."/>
        <w:lvlJc w:val="left"/>
        <w:pPr>
          <w:ind w:left="360" w:hanging="360"/>
        </w:pPr>
        <w:rPr>
          <w:rFonts w:hint="default"/>
          <w:b/>
          <w:bCs/>
        </w:rPr>
      </w:lvl>
    </w:lvlOverride>
    <w:lvlOverride w:ilvl="1">
      <w:lvl w:ilvl="1">
        <w:start w:val="1"/>
        <w:numFmt w:val="decimal"/>
        <w:lvlText w:val="%1.%2."/>
        <w:lvlJc w:val="left"/>
        <w:pPr>
          <w:ind w:left="792" w:hanging="735"/>
        </w:pPr>
        <w:rPr>
          <w:rFonts w:hint="default"/>
          <w:b w:val="0"/>
          <w:bCs w:val="0"/>
        </w:rPr>
      </w:lvl>
    </w:lvlOverride>
    <w:lvlOverride w:ilvl="2">
      <w:lvl w:ilvl="2">
        <w:start w:val="1"/>
        <w:numFmt w:val="decimal"/>
        <w:lvlText w:val="%1.%2.%3."/>
        <w:lvlJc w:val="left"/>
        <w:pPr>
          <w:ind w:left="1814" w:hanging="109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3" w16cid:durableId="1408377340">
    <w:abstractNumId w:val="11"/>
    <w:lvlOverride w:ilvl="0">
      <w:lvl w:ilvl="0">
        <w:start w:val="40"/>
        <w:numFmt w:val="decimal"/>
        <w:lvlText w:val="%1."/>
        <w:lvlJc w:val="left"/>
        <w:pPr>
          <w:ind w:left="360" w:hanging="360"/>
        </w:pPr>
        <w:rPr>
          <w:rFonts w:hint="default"/>
          <w:b/>
          <w:bCs/>
        </w:rPr>
      </w:lvl>
    </w:lvlOverride>
    <w:lvlOverride w:ilvl="1">
      <w:lvl w:ilvl="1">
        <w:start w:val="1"/>
        <w:numFmt w:val="decimal"/>
        <w:lvlText w:val="%1.%2."/>
        <w:lvlJc w:val="left"/>
        <w:pPr>
          <w:ind w:left="1134" w:hanging="1077"/>
        </w:pPr>
        <w:rPr>
          <w:rFonts w:hint="default"/>
          <w:b w:val="0"/>
          <w:bCs w:val="0"/>
        </w:rPr>
      </w:lvl>
    </w:lvlOverride>
    <w:lvlOverride w:ilvl="2">
      <w:lvl w:ilvl="2">
        <w:start w:val="1"/>
        <w:numFmt w:val="decimal"/>
        <w:lvlText w:val="%1.%2.%3."/>
        <w:lvlJc w:val="left"/>
        <w:pPr>
          <w:ind w:left="1814" w:hanging="109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4" w16cid:durableId="858856156">
    <w:abstractNumId w:val="10"/>
  </w:num>
  <w:num w:numId="15" w16cid:durableId="51677758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00E3E"/>
    <w:rsid w:val="000135F7"/>
    <w:rsid w:val="00034616"/>
    <w:rsid w:val="000461E9"/>
    <w:rsid w:val="0006063C"/>
    <w:rsid w:val="000659E7"/>
    <w:rsid w:val="00071D5A"/>
    <w:rsid w:val="00094B0A"/>
    <w:rsid w:val="000E1409"/>
    <w:rsid w:val="000E5613"/>
    <w:rsid w:val="000E70E0"/>
    <w:rsid w:val="000E78A6"/>
    <w:rsid w:val="000F68A5"/>
    <w:rsid w:val="00122A26"/>
    <w:rsid w:val="00130D6A"/>
    <w:rsid w:val="0015074B"/>
    <w:rsid w:val="00151A2D"/>
    <w:rsid w:val="001654B7"/>
    <w:rsid w:val="0018590E"/>
    <w:rsid w:val="001933CB"/>
    <w:rsid w:val="00193644"/>
    <w:rsid w:val="001B0424"/>
    <w:rsid w:val="001B51F2"/>
    <w:rsid w:val="001C16D1"/>
    <w:rsid w:val="001E7403"/>
    <w:rsid w:val="001F5C54"/>
    <w:rsid w:val="002159C2"/>
    <w:rsid w:val="00227957"/>
    <w:rsid w:val="00244F60"/>
    <w:rsid w:val="00245A45"/>
    <w:rsid w:val="0024690B"/>
    <w:rsid w:val="00270F4F"/>
    <w:rsid w:val="00276414"/>
    <w:rsid w:val="0028398E"/>
    <w:rsid w:val="0029639D"/>
    <w:rsid w:val="002A680A"/>
    <w:rsid w:val="002D0129"/>
    <w:rsid w:val="002F3C65"/>
    <w:rsid w:val="002F5B99"/>
    <w:rsid w:val="00326F90"/>
    <w:rsid w:val="00330CBB"/>
    <w:rsid w:val="003516F5"/>
    <w:rsid w:val="00357797"/>
    <w:rsid w:val="00375526"/>
    <w:rsid w:val="00375CB8"/>
    <w:rsid w:val="003817EE"/>
    <w:rsid w:val="00387297"/>
    <w:rsid w:val="003C798D"/>
    <w:rsid w:val="003D31C4"/>
    <w:rsid w:val="003F35C5"/>
    <w:rsid w:val="00430F19"/>
    <w:rsid w:val="004353F7"/>
    <w:rsid w:val="00436EB9"/>
    <w:rsid w:val="00472921"/>
    <w:rsid w:val="004C704F"/>
    <w:rsid w:val="004F1500"/>
    <w:rsid w:val="005156A2"/>
    <w:rsid w:val="005313EA"/>
    <w:rsid w:val="00544D28"/>
    <w:rsid w:val="005507DC"/>
    <w:rsid w:val="00584697"/>
    <w:rsid w:val="005B18E1"/>
    <w:rsid w:val="005F20F9"/>
    <w:rsid w:val="00607AD6"/>
    <w:rsid w:val="00633196"/>
    <w:rsid w:val="0064760B"/>
    <w:rsid w:val="006972EA"/>
    <w:rsid w:val="006B62B2"/>
    <w:rsid w:val="006E0463"/>
    <w:rsid w:val="006E0F37"/>
    <w:rsid w:val="006E14C5"/>
    <w:rsid w:val="006F2C1A"/>
    <w:rsid w:val="00706EDD"/>
    <w:rsid w:val="007211EC"/>
    <w:rsid w:val="007403BB"/>
    <w:rsid w:val="00761382"/>
    <w:rsid w:val="00762FBD"/>
    <w:rsid w:val="00781BAA"/>
    <w:rsid w:val="007851B7"/>
    <w:rsid w:val="007B3869"/>
    <w:rsid w:val="00823A18"/>
    <w:rsid w:val="00831F7B"/>
    <w:rsid w:val="00834044"/>
    <w:rsid w:val="00861D3B"/>
    <w:rsid w:val="008848AE"/>
    <w:rsid w:val="008B7315"/>
    <w:rsid w:val="008D7A5C"/>
    <w:rsid w:val="008E1FBA"/>
    <w:rsid w:val="00912055"/>
    <w:rsid w:val="009234C6"/>
    <w:rsid w:val="0094129E"/>
    <w:rsid w:val="00953617"/>
    <w:rsid w:val="00961989"/>
    <w:rsid w:val="009700CB"/>
    <w:rsid w:val="009732D3"/>
    <w:rsid w:val="00981A45"/>
    <w:rsid w:val="009A6D72"/>
    <w:rsid w:val="009C7204"/>
    <w:rsid w:val="009F669A"/>
    <w:rsid w:val="009F7D3F"/>
    <w:rsid w:val="00A22FAD"/>
    <w:rsid w:val="00A438BA"/>
    <w:rsid w:val="00AA1D8D"/>
    <w:rsid w:val="00AB03DE"/>
    <w:rsid w:val="00AE37A7"/>
    <w:rsid w:val="00AE4F19"/>
    <w:rsid w:val="00AE79BB"/>
    <w:rsid w:val="00B067D9"/>
    <w:rsid w:val="00B159B9"/>
    <w:rsid w:val="00B20494"/>
    <w:rsid w:val="00B27E04"/>
    <w:rsid w:val="00B4249C"/>
    <w:rsid w:val="00B47730"/>
    <w:rsid w:val="00B53697"/>
    <w:rsid w:val="00B92EEF"/>
    <w:rsid w:val="00BA3D99"/>
    <w:rsid w:val="00BB0A86"/>
    <w:rsid w:val="00BB463B"/>
    <w:rsid w:val="00BC0E08"/>
    <w:rsid w:val="00BC2137"/>
    <w:rsid w:val="00BD3379"/>
    <w:rsid w:val="00BF1CB7"/>
    <w:rsid w:val="00C00594"/>
    <w:rsid w:val="00C03A83"/>
    <w:rsid w:val="00C04199"/>
    <w:rsid w:val="00C05BE7"/>
    <w:rsid w:val="00C24E13"/>
    <w:rsid w:val="00C42754"/>
    <w:rsid w:val="00C45AE2"/>
    <w:rsid w:val="00C55CB2"/>
    <w:rsid w:val="00C711CF"/>
    <w:rsid w:val="00C87116"/>
    <w:rsid w:val="00C93A9C"/>
    <w:rsid w:val="00CA547A"/>
    <w:rsid w:val="00CB0664"/>
    <w:rsid w:val="00CB1C3D"/>
    <w:rsid w:val="00CB73A4"/>
    <w:rsid w:val="00CC0A64"/>
    <w:rsid w:val="00CC7948"/>
    <w:rsid w:val="00CF3320"/>
    <w:rsid w:val="00D20369"/>
    <w:rsid w:val="00D3659B"/>
    <w:rsid w:val="00D3713B"/>
    <w:rsid w:val="00D85F9E"/>
    <w:rsid w:val="00D86212"/>
    <w:rsid w:val="00DB179F"/>
    <w:rsid w:val="00DB4CE2"/>
    <w:rsid w:val="00DB6B31"/>
    <w:rsid w:val="00DC5625"/>
    <w:rsid w:val="00DE2958"/>
    <w:rsid w:val="00DE7A90"/>
    <w:rsid w:val="00DF55E7"/>
    <w:rsid w:val="00E3349B"/>
    <w:rsid w:val="00E4490B"/>
    <w:rsid w:val="00E669B3"/>
    <w:rsid w:val="00E66CE6"/>
    <w:rsid w:val="00E77C31"/>
    <w:rsid w:val="00E81FCC"/>
    <w:rsid w:val="00E8397C"/>
    <w:rsid w:val="00EA1CD8"/>
    <w:rsid w:val="00EA35A7"/>
    <w:rsid w:val="00EB1EAC"/>
    <w:rsid w:val="00EB7122"/>
    <w:rsid w:val="00EC540F"/>
    <w:rsid w:val="00ED6141"/>
    <w:rsid w:val="00ED7D3E"/>
    <w:rsid w:val="00F222A3"/>
    <w:rsid w:val="00F24DE4"/>
    <w:rsid w:val="00F317AF"/>
    <w:rsid w:val="00F56375"/>
    <w:rsid w:val="00F8771B"/>
    <w:rsid w:val="00F908EF"/>
    <w:rsid w:val="00FA7B91"/>
    <w:rsid w:val="00FB5434"/>
    <w:rsid w:val="00FC693F"/>
    <w:rsid w:val="00FD224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1B9A733"/>
  <w14:defaultImageDpi w14:val="300"/>
  <w15:docId w15:val="{EEC59C40-9D98-4222-83EF-D98941B898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pPr>
    <w:rPr>
      <w:rFonts w:ascii="Arial" w:hAnsi="Arial"/>
      <w:color w:val="222222"/>
    </w:rPr>
  </w:style>
  <w:style w:type="paragraph" w:styleId="Heading1">
    <w:name w:val="heading 1"/>
    <w:basedOn w:val="Normal"/>
    <w:next w:val="Normal"/>
    <w:link w:val="Heading1Char"/>
    <w:uiPriority w:val="9"/>
    <w:qFormat/>
    <w:rsid w:val="00FC693F"/>
    <w:pPr>
      <w:keepNext/>
      <w:keepLines/>
      <w:outlineLvl w:val="0"/>
    </w:pPr>
    <w:rPr>
      <w:rFonts w:asciiTheme="majorHAnsi" w:eastAsiaTheme="majorEastAsia" w:hAnsiTheme="majorHAnsi" w:cstheme="majorBidi"/>
      <w:b/>
      <w:bCs/>
      <w:color w:val="003366"/>
      <w:sz w:val="36"/>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Theme="majorHAnsi" w:eastAsiaTheme="majorEastAsia" w:hAnsiTheme="majorHAnsi" w:cstheme="majorBidi"/>
      <w:b/>
      <w:bCs/>
      <w:color w:val="006699"/>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E66CE6"/>
    <w:rPr>
      <w:color w:val="0000FF" w:themeColor="hyperlink"/>
      <w:u w:val="single"/>
    </w:rPr>
  </w:style>
  <w:style w:type="character" w:styleId="UnresolvedMention">
    <w:name w:val="Unresolved Mention"/>
    <w:basedOn w:val="DefaultParagraphFont"/>
    <w:uiPriority w:val="99"/>
    <w:semiHidden/>
    <w:unhideWhenUsed/>
    <w:rsid w:val="00E66CE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6</Pages>
  <Words>1742</Words>
  <Characters>9934</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11653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Nicola Swann</cp:lastModifiedBy>
  <cp:revision>33</cp:revision>
  <dcterms:created xsi:type="dcterms:W3CDTF">2026-09-29T12:29:00Z</dcterms:created>
  <dcterms:modified xsi:type="dcterms:W3CDTF">2026-09-29T13:10:00Z</dcterms:modified>
  <cp:category/>
</cp:coreProperties>
</file>