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B61CF" w14:textId="77777777" w:rsidR="00270F4F" w:rsidRDefault="00C04199">
      <w:pPr>
        <w:pStyle w:val="Heading1"/>
        <w:jc w:val="center"/>
      </w:pPr>
      <w:r>
        <w:t>PAGHAM PARISH COUNCIL</w:t>
      </w:r>
    </w:p>
    <w:p w14:paraId="4EB3FA3F" w14:textId="208BFBE3" w:rsidR="00270F4F" w:rsidRPr="002A680A" w:rsidRDefault="00C04199">
      <w:pPr>
        <w:jc w:val="center"/>
        <w:rPr>
          <w:rStyle w:val="Heading1Char"/>
        </w:rPr>
      </w:pPr>
      <w:r>
        <w:rPr>
          <w:b/>
        </w:rPr>
        <w:t>Tel: 01243-266424 | E-mail: clerk@paghamparishcouncil.gov.uk</w:t>
      </w:r>
      <w:r>
        <w:rPr>
          <w:b/>
        </w:rPr>
        <w:br/>
      </w:r>
      <w:r w:rsidRPr="002A680A">
        <w:rPr>
          <w:rStyle w:val="Heading1Char"/>
        </w:rPr>
        <w:t xml:space="preserve">Minutes of </w:t>
      </w:r>
      <w:r w:rsidR="009732D3">
        <w:rPr>
          <w:rStyle w:val="Heading1Char"/>
        </w:rPr>
        <w:t>a Meeting of the</w:t>
      </w:r>
      <w:r w:rsidRPr="002A680A">
        <w:rPr>
          <w:rStyle w:val="Heading1Char"/>
        </w:rPr>
        <w:t xml:space="preserve"> Full Council</w:t>
      </w:r>
    </w:p>
    <w:p w14:paraId="699417A1" w14:textId="77777777" w:rsidR="00270F4F" w:rsidRDefault="00C04199">
      <w:pPr>
        <w:pStyle w:val="Heading2"/>
      </w:pPr>
      <w:r>
        <w:t>Meeting Details</w:t>
      </w:r>
    </w:p>
    <w:p w14:paraId="5647915E" w14:textId="77777777" w:rsidR="001654B7" w:rsidRDefault="00C04199">
      <w:pPr>
        <w:rPr>
          <w:rFonts w:cs="Arial"/>
        </w:rPr>
      </w:pPr>
      <w:r>
        <w:rPr>
          <w:b/>
        </w:rPr>
        <w:t xml:space="preserve">• Date and Time: </w:t>
      </w:r>
      <w:r>
        <w:t xml:space="preserve">Tuesday </w:t>
      </w:r>
      <w:r w:rsidR="0024690B">
        <w:t>28</w:t>
      </w:r>
      <w:r w:rsidR="0024690B" w:rsidRPr="0024690B">
        <w:rPr>
          <w:vertAlign w:val="superscript"/>
        </w:rPr>
        <w:t>th</w:t>
      </w:r>
      <w:r w:rsidR="0024690B">
        <w:t xml:space="preserve"> July</w:t>
      </w:r>
      <w:r>
        <w:t xml:space="preserve"> 2026 at 7.45pm</w:t>
      </w:r>
      <w:r>
        <w:br/>
      </w:r>
      <w:r>
        <w:rPr>
          <w:b/>
        </w:rPr>
        <w:t xml:space="preserve">• Venue: </w:t>
      </w:r>
      <w:r>
        <w:t>The Small Hall, Pagham Village Hall, Pagham Road, Pagham, PO21 4NJ</w:t>
      </w:r>
      <w:r>
        <w:br/>
      </w:r>
      <w:r>
        <w:rPr>
          <w:b/>
        </w:rPr>
        <w:t xml:space="preserve">• Present: </w:t>
      </w:r>
      <w:r w:rsidR="001654B7" w:rsidRPr="00287755">
        <w:rPr>
          <w:rFonts w:cs="Arial"/>
        </w:rPr>
        <w:t>Mr P Atkins (Chairman)</w:t>
      </w:r>
      <w:r w:rsidR="001654B7">
        <w:rPr>
          <w:rFonts w:cs="Arial"/>
        </w:rPr>
        <w:t xml:space="preserve">, Mrs Behr, Mr J Carr, Mr P Cooper, Mrs D Hall, , Mr M Howard, </w:t>
      </w:r>
      <w:r w:rsidR="001654B7" w:rsidRPr="00287755">
        <w:rPr>
          <w:rFonts w:cs="Arial"/>
        </w:rPr>
        <w:t>Mr D Huntley, Mr I Manion</w:t>
      </w:r>
      <w:r w:rsidR="001654B7">
        <w:rPr>
          <w:rFonts w:cs="Arial"/>
        </w:rPr>
        <w:t xml:space="preserve"> &amp; Ms R Palmer </w:t>
      </w:r>
    </w:p>
    <w:p w14:paraId="715B6609" w14:textId="333706F3" w:rsidR="00270F4F" w:rsidRDefault="00C04199">
      <w:r>
        <w:rPr>
          <w:b/>
        </w:rPr>
        <w:t xml:space="preserve">• In Attendance: </w:t>
      </w:r>
      <w:r>
        <w:t>Mrs N</w:t>
      </w:r>
      <w:r w:rsidR="00B4249C">
        <w:t xml:space="preserve"> </w:t>
      </w:r>
      <w:r>
        <w:t>Swann (Clerk &amp; RFO)</w:t>
      </w:r>
    </w:p>
    <w:p w14:paraId="1304712C" w14:textId="77777777" w:rsidR="002A680A" w:rsidRDefault="002A680A"/>
    <w:p w14:paraId="0E99217E" w14:textId="6101EE26" w:rsidR="003C798D" w:rsidRPr="005F20F9" w:rsidRDefault="00C04199" w:rsidP="005F20F9">
      <w:pPr>
        <w:pStyle w:val="ListParagraph"/>
        <w:numPr>
          <w:ilvl w:val="0"/>
          <w:numId w:val="11"/>
        </w:numPr>
      </w:pPr>
      <w:r w:rsidRPr="00781BAA">
        <w:rPr>
          <w:b/>
        </w:rPr>
        <w:t>Apologies from Members:</w:t>
      </w:r>
      <w:r w:rsidR="00B4249C" w:rsidRPr="00781BAA">
        <w:rPr>
          <w:b/>
        </w:rPr>
        <w:t xml:space="preserve"> </w:t>
      </w:r>
    </w:p>
    <w:p w14:paraId="556E7EB0" w14:textId="56ED4050" w:rsidR="005F20F9" w:rsidRDefault="00CA547A" w:rsidP="005F20F9">
      <w:pPr>
        <w:pStyle w:val="ListParagraph"/>
        <w:ind w:left="360"/>
      </w:pPr>
      <w:r w:rsidRPr="00CA547A">
        <w:t>Ms P Hilton, WSCC Councillor Mr T Bence.</w:t>
      </w:r>
    </w:p>
    <w:p w14:paraId="4D241AB5" w14:textId="77777777" w:rsidR="00CA547A" w:rsidRDefault="00CA547A" w:rsidP="005F20F9">
      <w:pPr>
        <w:pStyle w:val="ListParagraph"/>
        <w:ind w:left="360"/>
      </w:pPr>
    </w:p>
    <w:p w14:paraId="4B7F8990" w14:textId="77777777" w:rsidR="00C24E13" w:rsidRPr="00C24E13" w:rsidRDefault="00C04199" w:rsidP="00C24E13">
      <w:pPr>
        <w:pStyle w:val="ListParagraph"/>
        <w:numPr>
          <w:ilvl w:val="0"/>
          <w:numId w:val="11"/>
        </w:numPr>
      </w:pPr>
      <w:r w:rsidRPr="003C798D">
        <w:rPr>
          <w:b/>
        </w:rPr>
        <w:t xml:space="preserve">Declarations of Interest and Dispensation Requests: </w:t>
      </w:r>
    </w:p>
    <w:p w14:paraId="02DAC11E" w14:textId="6689B206" w:rsidR="00C24E13" w:rsidRDefault="00C24E13" w:rsidP="00C24E13">
      <w:pPr>
        <w:pStyle w:val="ListParagraph"/>
        <w:numPr>
          <w:ilvl w:val="1"/>
          <w:numId w:val="11"/>
        </w:numPr>
      </w:pPr>
      <w:r>
        <w:t>Cllr Mr Huntley stated that he had a disclosable pecuniary interest in item 8 (Flooding &amp; Coastal Erosion) as he has a beneficial interest in that part of Pagham which is within the area of a serious risk of flooding arising from changing tidal patterns and erosion of the foreshore (the Area) and any decision take might relate to action to be taken regarding measures taken to protect the Area and requested that it be recorded in the Minutes that they will be taking part in the debate and voting on the item as authorised by the Dispensation granted by Pagham Parish Council at their meeting on 31st July 2012 (minute 61.12c). Mr Huntley was also a trustee of the Pagham Flood Defence Trust.</w:t>
      </w:r>
    </w:p>
    <w:p w14:paraId="1D2F56A5" w14:textId="77777777" w:rsidR="00C24E13" w:rsidRDefault="00C24E13" w:rsidP="00C24E13">
      <w:pPr>
        <w:pStyle w:val="ListParagraph"/>
        <w:numPr>
          <w:ilvl w:val="1"/>
          <w:numId w:val="11"/>
        </w:numPr>
      </w:pPr>
      <w:r>
        <w:t xml:space="preserve">Cllr Mr Atkins stated that he had an interest in agenda item 8 (Coastal Erosion) as Chairman of the Pagham Flood Defence Trust. </w:t>
      </w:r>
    </w:p>
    <w:p w14:paraId="52CC47F0" w14:textId="77777777" w:rsidR="003C798D" w:rsidRDefault="003C798D" w:rsidP="003C798D">
      <w:pPr>
        <w:pStyle w:val="ListParagraph"/>
      </w:pPr>
    </w:p>
    <w:p w14:paraId="52CF536D" w14:textId="77777777" w:rsidR="003C798D" w:rsidRDefault="003C798D" w:rsidP="003C798D">
      <w:pPr>
        <w:pStyle w:val="ListParagraph"/>
        <w:numPr>
          <w:ilvl w:val="0"/>
          <w:numId w:val="11"/>
        </w:numPr>
      </w:pPr>
      <w:r w:rsidRPr="003C798D">
        <w:rPr>
          <w:b/>
        </w:rPr>
        <w:t>P</w:t>
      </w:r>
      <w:r w:rsidR="00C04199" w:rsidRPr="003C798D">
        <w:rPr>
          <w:b/>
        </w:rPr>
        <w:t xml:space="preserve">ublic Session: </w:t>
      </w:r>
      <w:r w:rsidR="00C04199" w:rsidRPr="00ED6141">
        <w:rPr>
          <w:color w:val="auto"/>
        </w:rPr>
        <w:t>No</w:t>
      </w:r>
      <w:r w:rsidR="00C04199">
        <w:t xml:space="preserve"> members of the public were present.</w:t>
      </w:r>
    </w:p>
    <w:p w14:paraId="32C1AD37" w14:textId="77777777" w:rsidR="003C798D" w:rsidRPr="003C798D" w:rsidRDefault="003C798D" w:rsidP="003C798D">
      <w:pPr>
        <w:pStyle w:val="ListParagraph"/>
        <w:ind w:left="360"/>
      </w:pPr>
    </w:p>
    <w:p w14:paraId="24AA3F2C" w14:textId="77777777" w:rsidR="0064760B" w:rsidRPr="0064760B" w:rsidRDefault="0064760B" w:rsidP="0064760B">
      <w:pPr>
        <w:pStyle w:val="ListParagraph"/>
        <w:numPr>
          <w:ilvl w:val="0"/>
          <w:numId w:val="11"/>
        </w:numPr>
        <w:rPr>
          <w:b/>
        </w:rPr>
      </w:pPr>
      <w:r w:rsidRPr="0064760B">
        <w:rPr>
          <w:b/>
        </w:rPr>
        <w:t>To receive and approve the minutes of the Council meetings held 9th June 2026 (previously issued)</w:t>
      </w:r>
    </w:p>
    <w:p w14:paraId="32464397" w14:textId="77777777" w:rsidR="0064760B" w:rsidRPr="0064760B" w:rsidRDefault="0064760B" w:rsidP="0064760B">
      <w:pPr>
        <w:pStyle w:val="ListParagraph"/>
        <w:numPr>
          <w:ilvl w:val="1"/>
          <w:numId w:val="11"/>
        </w:numPr>
        <w:rPr>
          <w:bCs/>
        </w:rPr>
      </w:pPr>
      <w:r w:rsidRPr="0064760B">
        <w:rPr>
          <w:bCs/>
        </w:rPr>
        <w:t>It was RESOLVED to approve the minutes.  The Chairman was asked to sign the minutes accordingly</w:t>
      </w:r>
    </w:p>
    <w:p w14:paraId="4C9BD212" w14:textId="77777777" w:rsidR="0064760B" w:rsidRPr="0064760B" w:rsidRDefault="0064760B" w:rsidP="00436EB9">
      <w:pPr>
        <w:pStyle w:val="ListParagraph"/>
        <w:ind w:left="360"/>
        <w:rPr>
          <w:bCs/>
        </w:rPr>
      </w:pPr>
    </w:p>
    <w:p w14:paraId="10D6CAB1" w14:textId="77777777" w:rsidR="0064760B" w:rsidRPr="00436EB9" w:rsidRDefault="0064760B" w:rsidP="0064760B">
      <w:pPr>
        <w:pStyle w:val="ListParagraph"/>
        <w:numPr>
          <w:ilvl w:val="0"/>
          <w:numId w:val="11"/>
        </w:numPr>
        <w:rPr>
          <w:b/>
        </w:rPr>
      </w:pPr>
      <w:r w:rsidRPr="00436EB9">
        <w:rPr>
          <w:b/>
        </w:rPr>
        <w:t>Matters arising from the Minutes</w:t>
      </w:r>
    </w:p>
    <w:p w14:paraId="1B2AAD16" w14:textId="77777777" w:rsidR="0064760B" w:rsidRPr="0064760B" w:rsidRDefault="0064760B" w:rsidP="00436EB9">
      <w:pPr>
        <w:pStyle w:val="ListParagraph"/>
        <w:numPr>
          <w:ilvl w:val="1"/>
          <w:numId w:val="11"/>
        </w:numPr>
        <w:rPr>
          <w:bCs/>
        </w:rPr>
      </w:pPr>
      <w:r w:rsidRPr="0064760B">
        <w:rPr>
          <w:bCs/>
        </w:rPr>
        <w:t>None.</w:t>
      </w:r>
    </w:p>
    <w:p w14:paraId="4F3EF517" w14:textId="77777777" w:rsidR="0064760B" w:rsidRPr="0064760B" w:rsidRDefault="0064760B" w:rsidP="00436EB9">
      <w:pPr>
        <w:pStyle w:val="ListParagraph"/>
        <w:ind w:left="360"/>
        <w:rPr>
          <w:bCs/>
        </w:rPr>
      </w:pPr>
    </w:p>
    <w:p w14:paraId="3D4D53DD" w14:textId="77777777" w:rsidR="0064760B" w:rsidRPr="00436EB9" w:rsidRDefault="0064760B" w:rsidP="0064760B">
      <w:pPr>
        <w:pStyle w:val="ListParagraph"/>
        <w:numPr>
          <w:ilvl w:val="0"/>
          <w:numId w:val="11"/>
        </w:numPr>
        <w:rPr>
          <w:b/>
        </w:rPr>
      </w:pPr>
      <w:r w:rsidRPr="00436EB9">
        <w:rPr>
          <w:b/>
        </w:rPr>
        <w:t xml:space="preserve">Receive Reports: </w:t>
      </w:r>
    </w:p>
    <w:p w14:paraId="5A971D53" w14:textId="77777777" w:rsidR="0064760B" w:rsidRPr="0064760B" w:rsidRDefault="0064760B" w:rsidP="00436EB9">
      <w:pPr>
        <w:pStyle w:val="ListParagraph"/>
        <w:numPr>
          <w:ilvl w:val="1"/>
          <w:numId w:val="11"/>
        </w:numPr>
        <w:rPr>
          <w:bCs/>
        </w:rPr>
      </w:pPr>
      <w:r w:rsidRPr="00436EB9">
        <w:rPr>
          <w:b/>
        </w:rPr>
        <w:t>Chairman’s Report</w:t>
      </w:r>
      <w:r w:rsidRPr="0064760B">
        <w:rPr>
          <w:bCs/>
        </w:rPr>
        <w:t>:</w:t>
      </w:r>
    </w:p>
    <w:p w14:paraId="7B0483CF" w14:textId="77777777" w:rsidR="00ED7D3E" w:rsidRDefault="0064760B" w:rsidP="0064760B">
      <w:pPr>
        <w:pStyle w:val="ListParagraph"/>
        <w:numPr>
          <w:ilvl w:val="0"/>
          <w:numId w:val="11"/>
        </w:numPr>
        <w:rPr>
          <w:bCs/>
        </w:rPr>
      </w:pPr>
      <w:r w:rsidRPr="00ED7D3E">
        <w:rPr>
          <w:bCs/>
        </w:rPr>
        <w:t xml:space="preserve">Cllr Mr Atkins reported that the Clerk, Cllr Mr Howard and himself had met undertaken a site visit with a representative of Vistry to discuss progress on the handover of the public open space at Summer Lane.  Works were progressing well but with no rain in recent weeks the grass had not yet germinated.  The Council had also asked for improvements to the new </w:t>
      </w:r>
      <w:r w:rsidRPr="00ED7D3E">
        <w:rPr>
          <w:bCs/>
        </w:rPr>
        <w:lastRenderedPageBreak/>
        <w:t>connection through the Paddock to ensure the dog walking area was secure.  The Chairman was pleased to see a new business opening in the Parade (Carpet shop), and progress with the repurposing of the Royal Oak to a bathroom showroom.  A new farm shop had also opened at Crimsham Farm.  All welcome additions to the local economy</w:t>
      </w:r>
      <w:r w:rsidR="00ED7D3E">
        <w:rPr>
          <w:bCs/>
        </w:rPr>
        <w:t>.</w:t>
      </w:r>
    </w:p>
    <w:p w14:paraId="03AA5270" w14:textId="3EFFEBC4" w:rsidR="0064760B" w:rsidRPr="00ED7D3E" w:rsidRDefault="0064760B" w:rsidP="00ED7D3E">
      <w:pPr>
        <w:ind w:left="360"/>
        <w:rPr>
          <w:bCs/>
        </w:rPr>
      </w:pPr>
      <w:r w:rsidRPr="00ED7D3E">
        <w:rPr>
          <w:bCs/>
        </w:rPr>
        <w:t>Mr Atkins raised the issue of the scaffolding at the Co-Op, which had been in place for a considerable amount of time without any progress seeming to be made on repairs to the building.  He asked Cllr Mr Huntley to raise this with the District Council.</w:t>
      </w:r>
    </w:p>
    <w:p w14:paraId="382946D7" w14:textId="77777777" w:rsidR="0064760B" w:rsidRPr="0064760B" w:rsidRDefault="0064760B" w:rsidP="00ED7D3E">
      <w:pPr>
        <w:pStyle w:val="ListParagraph"/>
        <w:numPr>
          <w:ilvl w:val="1"/>
          <w:numId w:val="11"/>
        </w:numPr>
        <w:rPr>
          <w:bCs/>
        </w:rPr>
      </w:pPr>
      <w:r w:rsidRPr="00ED7D3E">
        <w:rPr>
          <w:b/>
        </w:rPr>
        <w:t>Clerk’s Report</w:t>
      </w:r>
      <w:r w:rsidRPr="0064760B">
        <w:rPr>
          <w:bCs/>
        </w:rPr>
        <w:t>:</w:t>
      </w:r>
    </w:p>
    <w:p w14:paraId="435228A0" w14:textId="77777777" w:rsidR="00ED7D3E" w:rsidRDefault="0064760B" w:rsidP="00ED7D3E">
      <w:pPr>
        <w:pStyle w:val="ListParagraph"/>
        <w:numPr>
          <w:ilvl w:val="2"/>
          <w:numId w:val="11"/>
        </w:numPr>
        <w:rPr>
          <w:bCs/>
        </w:rPr>
      </w:pPr>
      <w:r w:rsidRPr="0064760B">
        <w:rPr>
          <w:bCs/>
        </w:rPr>
        <w:t>The Clerk updated the Council on the following matters:</w:t>
      </w:r>
    </w:p>
    <w:p w14:paraId="13626A82" w14:textId="77777777" w:rsidR="001F5C54" w:rsidRDefault="0064760B" w:rsidP="001F5C54">
      <w:pPr>
        <w:pStyle w:val="ListParagraph"/>
        <w:ind w:left="1814"/>
        <w:rPr>
          <w:bCs/>
        </w:rPr>
      </w:pPr>
      <w:r w:rsidRPr="00ED7D3E">
        <w:rPr>
          <w:bCs/>
        </w:rPr>
        <w:t>Decking at the entrance to the beach – this had been temporarily removed to reduce slip risk.  As it was summer, there was less risk of flooding and the decision would be reviewed in the autumn.</w:t>
      </w:r>
    </w:p>
    <w:p w14:paraId="1B290F63" w14:textId="12A449FA" w:rsidR="0064760B" w:rsidRPr="001F5C54" w:rsidRDefault="0064760B" w:rsidP="001F5C54">
      <w:pPr>
        <w:pStyle w:val="ListParagraph"/>
        <w:ind w:left="1814"/>
        <w:rPr>
          <w:bCs/>
        </w:rPr>
      </w:pPr>
      <w:r w:rsidRPr="001F5C54">
        <w:rPr>
          <w:bCs/>
        </w:rPr>
        <w:t>Damage to fencing at the Village Hall – the fence around the play area at the Village Hall had been vandalised yet again despite the addition of wire to the fence struts.  The Chairman of the Highways &amp; Amenities Committee planned to add mesh fencing to the fence to deter further attacks.  Discussion was under way to see if better surveillance could be placed around the park area.</w:t>
      </w:r>
    </w:p>
    <w:p w14:paraId="113FFBEB" w14:textId="77777777" w:rsidR="0064760B" w:rsidRPr="001F5C54" w:rsidRDefault="0064760B" w:rsidP="001F5C54">
      <w:pPr>
        <w:pStyle w:val="ListParagraph"/>
        <w:numPr>
          <w:ilvl w:val="1"/>
          <w:numId w:val="11"/>
        </w:numPr>
        <w:rPr>
          <w:b/>
        </w:rPr>
      </w:pPr>
      <w:r w:rsidRPr="001F5C54">
        <w:rPr>
          <w:b/>
        </w:rPr>
        <w:t>District Councillors’ Report –</w:t>
      </w:r>
    </w:p>
    <w:p w14:paraId="09635F78" w14:textId="77777777" w:rsidR="001F5C54" w:rsidRDefault="0064760B" w:rsidP="001F5C54">
      <w:pPr>
        <w:pStyle w:val="ListParagraph"/>
        <w:numPr>
          <w:ilvl w:val="2"/>
          <w:numId w:val="11"/>
        </w:numPr>
        <w:rPr>
          <w:bCs/>
        </w:rPr>
      </w:pPr>
      <w:r w:rsidRPr="0064760B">
        <w:rPr>
          <w:bCs/>
        </w:rPr>
        <w:t>Cllr Mr Huntley was pleased to report that developments planned for Summer Lane (P/26/30/OUT and P/31/26/OUT) had both been refused at ADC’s planning committee.  He hoped there were sufficient grounds to defeat any appeal.</w:t>
      </w:r>
    </w:p>
    <w:p w14:paraId="27D3495D" w14:textId="57E50E53" w:rsidR="0064760B" w:rsidRPr="001F5C54" w:rsidRDefault="0064760B" w:rsidP="001F5C54">
      <w:pPr>
        <w:ind w:left="1814"/>
        <w:rPr>
          <w:bCs/>
        </w:rPr>
      </w:pPr>
      <w:r w:rsidRPr="001F5C54">
        <w:rPr>
          <w:bCs/>
        </w:rPr>
        <w:t xml:space="preserve">Local Government Reorganisation – the anticipated decision on the future of West Sussex local government had been postponed to October. </w:t>
      </w:r>
    </w:p>
    <w:p w14:paraId="6FB24063" w14:textId="77777777" w:rsidR="0064760B" w:rsidRPr="001F5C54" w:rsidRDefault="0064760B" w:rsidP="001F5C54">
      <w:pPr>
        <w:ind w:left="1814"/>
        <w:rPr>
          <w:bCs/>
        </w:rPr>
      </w:pPr>
      <w:r w:rsidRPr="001F5C54">
        <w:rPr>
          <w:bCs/>
        </w:rPr>
        <w:t xml:space="preserve">ADC had a new head of housing, who was making progress after years of inadequate maintenance to properties.  </w:t>
      </w:r>
    </w:p>
    <w:p w14:paraId="245CFA5F" w14:textId="77777777" w:rsidR="0064760B" w:rsidRPr="001F5C54" w:rsidRDefault="0064760B" w:rsidP="001F5C54">
      <w:pPr>
        <w:ind w:left="1814"/>
        <w:rPr>
          <w:bCs/>
        </w:rPr>
      </w:pPr>
      <w:r w:rsidRPr="001F5C54">
        <w:rPr>
          <w:bCs/>
        </w:rPr>
        <w:t>Littlehampton Harbour Board was looking to reduce the number of ADC Councillor appointments to its board.</w:t>
      </w:r>
    </w:p>
    <w:p w14:paraId="1DFDD146" w14:textId="77777777" w:rsidR="0064760B" w:rsidRPr="001F5C54" w:rsidRDefault="0064760B" w:rsidP="001F5C54">
      <w:pPr>
        <w:pStyle w:val="ListParagraph"/>
        <w:numPr>
          <w:ilvl w:val="1"/>
          <w:numId w:val="11"/>
        </w:numPr>
        <w:rPr>
          <w:b/>
        </w:rPr>
      </w:pPr>
      <w:r w:rsidRPr="001F5C54">
        <w:rPr>
          <w:b/>
        </w:rPr>
        <w:t>County Councillor’s Report –</w:t>
      </w:r>
    </w:p>
    <w:p w14:paraId="2D523E33" w14:textId="77777777" w:rsidR="0064760B" w:rsidRPr="0064760B" w:rsidRDefault="0064760B" w:rsidP="001F5C54">
      <w:pPr>
        <w:pStyle w:val="ListParagraph"/>
        <w:numPr>
          <w:ilvl w:val="2"/>
          <w:numId w:val="11"/>
        </w:numPr>
        <w:rPr>
          <w:bCs/>
        </w:rPr>
      </w:pPr>
      <w:r w:rsidRPr="0064760B">
        <w:rPr>
          <w:bCs/>
        </w:rPr>
        <w:t>No report.</w:t>
      </w:r>
    </w:p>
    <w:p w14:paraId="47290737" w14:textId="77777777" w:rsidR="0064760B" w:rsidRPr="0064760B" w:rsidRDefault="0064760B" w:rsidP="001F5C54">
      <w:pPr>
        <w:pStyle w:val="ListParagraph"/>
        <w:ind w:left="360"/>
        <w:rPr>
          <w:bCs/>
        </w:rPr>
      </w:pPr>
    </w:p>
    <w:p w14:paraId="0C0696E9" w14:textId="77777777" w:rsidR="0064760B" w:rsidRPr="001F5C54" w:rsidRDefault="0064760B" w:rsidP="001F5C54">
      <w:pPr>
        <w:pStyle w:val="ListParagraph"/>
        <w:numPr>
          <w:ilvl w:val="1"/>
          <w:numId w:val="11"/>
        </w:numPr>
        <w:rPr>
          <w:b/>
        </w:rPr>
      </w:pPr>
      <w:r w:rsidRPr="001F5C54">
        <w:rPr>
          <w:b/>
        </w:rPr>
        <w:t>Outside bodies reports –</w:t>
      </w:r>
    </w:p>
    <w:p w14:paraId="73D81885" w14:textId="77777777" w:rsidR="0064760B" w:rsidRPr="0064760B" w:rsidRDefault="0064760B" w:rsidP="001F5C54">
      <w:pPr>
        <w:pStyle w:val="ListParagraph"/>
        <w:numPr>
          <w:ilvl w:val="2"/>
          <w:numId w:val="11"/>
        </w:numPr>
        <w:rPr>
          <w:bCs/>
        </w:rPr>
      </w:pPr>
      <w:r w:rsidRPr="0064760B">
        <w:rPr>
          <w:bCs/>
        </w:rPr>
        <w:t>PVHT – no issues to raise.  The annual meeting would be held on 5th August.</w:t>
      </w:r>
    </w:p>
    <w:p w14:paraId="4431A924" w14:textId="77777777" w:rsidR="0064760B" w:rsidRPr="0064760B" w:rsidRDefault="0064760B" w:rsidP="001F5C54">
      <w:pPr>
        <w:pStyle w:val="ListParagraph"/>
        <w:numPr>
          <w:ilvl w:val="2"/>
          <w:numId w:val="11"/>
        </w:numPr>
        <w:rPr>
          <w:bCs/>
        </w:rPr>
      </w:pPr>
      <w:r w:rsidRPr="0064760B">
        <w:rPr>
          <w:bCs/>
        </w:rPr>
        <w:t xml:space="preserve">Police liaison – Cllr Mr Manion had asked for additional patrols at the village hall due to recent vandalism at the play area.  </w:t>
      </w:r>
    </w:p>
    <w:p w14:paraId="4032A99D" w14:textId="77777777" w:rsidR="0064760B" w:rsidRPr="0064760B" w:rsidRDefault="0064760B" w:rsidP="001F5C54">
      <w:pPr>
        <w:pStyle w:val="ListParagraph"/>
        <w:ind w:left="360"/>
        <w:rPr>
          <w:bCs/>
        </w:rPr>
      </w:pPr>
    </w:p>
    <w:p w14:paraId="72A1B636" w14:textId="77777777" w:rsidR="0064760B" w:rsidRPr="001F5C54" w:rsidRDefault="0064760B" w:rsidP="0064760B">
      <w:pPr>
        <w:pStyle w:val="ListParagraph"/>
        <w:numPr>
          <w:ilvl w:val="0"/>
          <w:numId w:val="11"/>
        </w:numPr>
        <w:rPr>
          <w:b/>
        </w:rPr>
      </w:pPr>
      <w:r w:rsidRPr="001F5C54">
        <w:rPr>
          <w:b/>
        </w:rPr>
        <w:t xml:space="preserve">Flooding &amp; Coastal Erosion – Consider any matters arising </w:t>
      </w:r>
    </w:p>
    <w:p w14:paraId="40D82F14" w14:textId="77777777" w:rsidR="0064760B" w:rsidRPr="0064760B" w:rsidRDefault="0064760B" w:rsidP="001F5C54">
      <w:pPr>
        <w:pStyle w:val="ListParagraph"/>
        <w:numPr>
          <w:ilvl w:val="1"/>
          <w:numId w:val="11"/>
        </w:numPr>
        <w:rPr>
          <w:bCs/>
        </w:rPr>
      </w:pPr>
      <w:r w:rsidRPr="0064760B">
        <w:rPr>
          <w:bCs/>
        </w:rPr>
        <w:t>ADC’s new agreement with Coastal Partners should see the Council through the LGR period.  A 10 year plan was being prepared for the Pagham Flood Defence Trust to cover possible future beach scenarios.</w:t>
      </w:r>
    </w:p>
    <w:p w14:paraId="4092D6AD" w14:textId="77777777" w:rsidR="0064760B" w:rsidRPr="0064760B" w:rsidRDefault="0064760B" w:rsidP="001F5C54">
      <w:pPr>
        <w:pStyle w:val="ListParagraph"/>
        <w:ind w:left="360"/>
        <w:rPr>
          <w:bCs/>
        </w:rPr>
      </w:pPr>
    </w:p>
    <w:p w14:paraId="5C427E77" w14:textId="77777777" w:rsidR="0064760B" w:rsidRPr="00E4490B" w:rsidRDefault="0064760B" w:rsidP="0064760B">
      <w:pPr>
        <w:pStyle w:val="ListParagraph"/>
        <w:numPr>
          <w:ilvl w:val="0"/>
          <w:numId w:val="11"/>
        </w:numPr>
        <w:rPr>
          <w:b/>
        </w:rPr>
      </w:pPr>
      <w:r w:rsidRPr="00E4490B">
        <w:rPr>
          <w:b/>
        </w:rPr>
        <w:lastRenderedPageBreak/>
        <w:t>Committee Minutes &amp; reports – to note the meeting notes/minutes &amp; action any recommendations</w:t>
      </w:r>
    </w:p>
    <w:p w14:paraId="7DFA9057" w14:textId="77777777" w:rsidR="0064760B" w:rsidRPr="0064760B" w:rsidRDefault="0064760B" w:rsidP="00E4490B">
      <w:pPr>
        <w:pStyle w:val="ListParagraph"/>
        <w:numPr>
          <w:ilvl w:val="1"/>
          <w:numId w:val="11"/>
        </w:numPr>
        <w:rPr>
          <w:bCs/>
        </w:rPr>
      </w:pPr>
      <w:r w:rsidRPr="0064760B">
        <w:rPr>
          <w:bCs/>
        </w:rPr>
        <w:t>Planning Committee meetings held on 9th June 2026 and 23rd June 2026 &amp; 14th July 2026. The minutes were duly noted.</w:t>
      </w:r>
    </w:p>
    <w:p w14:paraId="10805624" w14:textId="77777777" w:rsidR="0064760B" w:rsidRPr="0064760B" w:rsidRDefault="0064760B" w:rsidP="00E4490B">
      <w:pPr>
        <w:pStyle w:val="ListParagraph"/>
        <w:numPr>
          <w:ilvl w:val="1"/>
          <w:numId w:val="11"/>
        </w:numPr>
        <w:rPr>
          <w:bCs/>
        </w:rPr>
      </w:pPr>
      <w:r w:rsidRPr="0064760B">
        <w:rPr>
          <w:bCs/>
        </w:rPr>
        <w:t xml:space="preserve">Highways &amp; Amenities Committee – meeting held on 14th July 2025.  The minutes were duly noted.  </w:t>
      </w:r>
    </w:p>
    <w:p w14:paraId="63672E7D" w14:textId="5AAE40BF" w:rsidR="0064760B" w:rsidRDefault="0064760B" w:rsidP="00E4490B">
      <w:pPr>
        <w:pStyle w:val="ListParagraph"/>
        <w:numPr>
          <w:ilvl w:val="1"/>
          <w:numId w:val="11"/>
        </w:numPr>
        <w:rPr>
          <w:bCs/>
        </w:rPr>
      </w:pPr>
      <w:r w:rsidRPr="0064760B">
        <w:rPr>
          <w:bCs/>
        </w:rPr>
        <w:t>Finance Committee meeting – meeting held on 23rd June 2026.  The minutes were duly noted.</w:t>
      </w:r>
    </w:p>
    <w:p w14:paraId="386F0047" w14:textId="77777777" w:rsidR="00E4490B" w:rsidRPr="00E4490B" w:rsidRDefault="00E4490B" w:rsidP="00E4490B">
      <w:pPr>
        <w:pStyle w:val="ListParagraph"/>
        <w:ind w:left="1191"/>
        <w:rPr>
          <w:bCs/>
        </w:rPr>
      </w:pPr>
    </w:p>
    <w:p w14:paraId="086F5119" w14:textId="77777777" w:rsidR="0064760B" w:rsidRPr="00E4490B" w:rsidRDefault="0064760B" w:rsidP="0064760B">
      <w:pPr>
        <w:pStyle w:val="ListParagraph"/>
        <w:numPr>
          <w:ilvl w:val="0"/>
          <w:numId w:val="11"/>
        </w:numPr>
        <w:rPr>
          <w:b/>
        </w:rPr>
      </w:pPr>
      <w:r w:rsidRPr="00E4490B">
        <w:rPr>
          <w:b/>
        </w:rPr>
        <w:t>Finance</w:t>
      </w:r>
    </w:p>
    <w:p w14:paraId="7A2423AA" w14:textId="67B39223" w:rsidR="0064760B" w:rsidRPr="00EC540F" w:rsidRDefault="0064760B" w:rsidP="00EC540F">
      <w:pPr>
        <w:pStyle w:val="ListParagraph"/>
        <w:numPr>
          <w:ilvl w:val="1"/>
          <w:numId w:val="11"/>
        </w:numPr>
        <w:rPr>
          <w:bCs/>
        </w:rPr>
      </w:pPr>
      <w:r w:rsidRPr="0064760B">
        <w:rPr>
          <w:bCs/>
        </w:rPr>
        <w:t>Receive accounts for the period ending 30th Juney 2026 (previously issued)</w:t>
      </w:r>
      <w:r w:rsidR="00EC540F">
        <w:rPr>
          <w:bCs/>
        </w:rPr>
        <w:t>.</w:t>
      </w:r>
      <w:r w:rsidRPr="00EC540F">
        <w:rPr>
          <w:bCs/>
        </w:rPr>
        <w:t xml:space="preserve"> It was RESOLVED to receive and approve the accounts.</w:t>
      </w:r>
    </w:p>
    <w:p w14:paraId="5C500208" w14:textId="049CD4EA" w:rsidR="0064760B" w:rsidRPr="00EC540F" w:rsidRDefault="0064760B" w:rsidP="00EC540F">
      <w:pPr>
        <w:pStyle w:val="ListParagraph"/>
        <w:numPr>
          <w:ilvl w:val="1"/>
          <w:numId w:val="11"/>
        </w:numPr>
        <w:rPr>
          <w:bCs/>
        </w:rPr>
      </w:pPr>
      <w:r w:rsidRPr="0064760B">
        <w:rPr>
          <w:bCs/>
        </w:rPr>
        <w:t>Reconciliations for period ending 30th June 2026 – Cllr Ms Palmer would review the reconciliation outside of the meeting.</w:t>
      </w:r>
    </w:p>
    <w:p w14:paraId="046ACD6B" w14:textId="77777777" w:rsidR="0064760B" w:rsidRPr="0064760B" w:rsidRDefault="0064760B" w:rsidP="00EC540F">
      <w:pPr>
        <w:pStyle w:val="ListParagraph"/>
        <w:numPr>
          <w:ilvl w:val="1"/>
          <w:numId w:val="11"/>
        </w:numPr>
        <w:rPr>
          <w:bCs/>
        </w:rPr>
      </w:pPr>
      <w:r w:rsidRPr="0064760B">
        <w:rPr>
          <w:bCs/>
        </w:rPr>
        <w:t>Orders for Payment were presented to the meeting.  It was RESOLVED to approve payments of £1604.63 (£29.54 of VAT).</w:t>
      </w:r>
    </w:p>
    <w:p w14:paraId="1057338D" w14:textId="77777777" w:rsidR="0064760B" w:rsidRPr="0064760B" w:rsidRDefault="0064760B" w:rsidP="00EC540F">
      <w:pPr>
        <w:pStyle w:val="ListParagraph"/>
        <w:ind w:left="360"/>
        <w:rPr>
          <w:bCs/>
        </w:rPr>
      </w:pPr>
    </w:p>
    <w:p w14:paraId="7C616C1B" w14:textId="77777777" w:rsidR="0064760B" w:rsidRPr="00EC540F" w:rsidRDefault="0064760B" w:rsidP="0064760B">
      <w:pPr>
        <w:pStyle w:val="ListParagraph"/>
        <w:numPr>
          <w:ilvl w:val="0"/>
          <w:numId w:val="11"/>
        </w:numPr>
        <w:rPr>
          <w:b/>
        </w:rPr>
      </w:pPr>
      <w:r w:rsidRPr="00EC540F">
        <w:rPr>
          <w:b/>
        </w:rPr>
        <w:t>Governance</w:t>
      </w:r>
    </w:p>
    <w:p w14:paraId="407D3761" w14:textId="77777777" w:rsidR="0064760B" w:rsidRPr="0064760B" w:rsidRDefault="0064760B" w:rsidP="00EC540F">
      <w:pPr>
        <w:pStyle w:val="ListParagraph"/>
        <w:numPr>
          <w:ilvl w:val="1"/>
          <w:numId w:val="11"/>
        </w:numPr>
        <w:rPr>
          <w:bCs/>
        </w:rPr>
      </w:pPr>
      <w:r w:rsidRPr="0064760B">
        <w:rPr>
          <w:bCs/>
        </w:rPr>
        <w:t xml:space="preserve">Community Governance Review 2026 – boundary lines between Aldwick and Pagham Parish Councils to be amended so as to include 9 properties currently in Aldwick to be included in Pagham along with the rest of the Regis Park development.  Following a consultation exercise, Arun District Council was formally proposing the amendment.  </w:t>
      </w:r>
    </w:p>
    <w:p w14:paraId="1EC2498D" w14:textId="77777777" w:rsidR="0064760B" w:rsidRPr="0064760B" w:rsidRDefault="0064760B" w:rsidP="00EC540F">
      <w:pPr>
        <w:pStyle w:val="ListParagraph"/>
        <w:ind w:left="360"/>
        <w:rPr>
          <w:bCs/>
        </w:rPr>
      </w:pPr>
    </w:p>
    <w:p w14:paraId="1E8C5A60" w14:textId="77777777" w:rsidR="0064760B" w:rsidRPr="0064760B" w:rsidRDefault="0064760B" w:rsidP="0064760B">
      <w:pPr>
        <w:pStyle w:val="ListParagraph"/>
        <w:numPr>
          <w:ilvl w:val="0"/>
          <w:numId w:val="11"/>
        </w:numPr>
        <w:rPr>
          <w:bCs/>
        </w:rPr>
      </w:pPr>
      <w:r w:rsidRPr="0064760B">
        <w:rPr>
          <w:bCs/>
        </w:rPr>
        <w:t>Date of Next Meeting</w:t>
      </w:r>
    </w:p>
    <w:p w14:paraId="0973D88A" w14:textId="77777777" w:rsidR="0064760B" w:rsidRPr="0064760B" w:rsidRDefault="0064760B" w:rsidP="00EC540F">
      <w:pPr>
        <w:pStyle w:val="ListParagraph"/>
        <w:numPr>
          <w:ilvl w:val="1"/>
          <w:numId w:val="11"/>
        </w:numPr>
        <w:rPr>
          <w:bCs/>
        </w:rPr>
      </w:pPr>
      <w:r w:rsidRPr="0064760B">
        <w:rPr>
          <w:bCs/>
        </w:rPr>
        <w:t>22nd September 2026</w:t>
      </w:r>
    </w:p>
    <w:p w14:paraId="3C46DA6F" w14:textId="77777777" w:rsidR="0064760B" w:rsidRPr="0064760B" w:rsidRDefault="0064760B" w:rsidP="00EC540F">
      <w:pPr>
        <w:pStyle w:val="ListParagraph"/>
        <w:ind w:left="360"/>
        <w:rPr>
          <w:bCs/>
        </w:rPr>
      </w:pPr>
    </w:p>
    <w:p w14:paraId="51000A11" w14:textId="25AE14EE" w:rsidR="0064760B" w:rsidRDefault="0064760B" w:rsidP="00EC540F">
      <w:pPr>
        <w:pStyle w:val="ListParagraph"/>
        <w:ind w:left="1191"/>
      </w:pPr>
      <w:r w:rsidRPr="0064760B">
        <w:rPr>
          <w:bCs/>
        </w:rPr>
        <w:t>The meeting closed at 9.</w:t>
      </w:r>
      <w:r w:rsidR="00EC540F">
        <w:rPr>
          <w:bCs/>
        </w:rPr>
        <w:t>25</w:t>
      </w:r>
    </w:p>
    <w:p w14:paraId="02401CE4" w14:textId="3C57C6B8" w:rsidR="00270F4F" w:rsidRDefault="00270F4F"/>
    <w:p w14:paraId="6A6BE2A8" w14:textId="62791AA0" w:rsidR="00270F4F" w:rsidRDefault="00C04199">
      <w:r>
        <w:br/>
        <w:t xml:space="preserve">Signed </w:t>
      </w:r>
      <w:r>
        <w:br/>
      </w:r>
      <w:r>
        <w:br/>
        <w:t>Chairman: ____________________       Date: ____________________</w:t>
      </w:r>
      <w:r>
        <w:br/>
      </w:r>
    </w:p>
    <w:sectPr w:rsidR="00270F4F" w:rsidSect="001E7403">
      <w:pgSz w:w="12240" w:h="15840"/>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957722F"/>
    <w:multiLevelType w:val="multilevel"/>
    <w:tmpl w:val="4D4A68A6"/>
    <w:lvl w:ilvl="0">
      <w:start w:val="2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C415A7F"/>
    <w:multiLevelType w:val="multilevel"/>
    <w:tmpl w:val="18222B7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i w:val="0"/>
        <w:iCs w:val="0"/>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5EE0F43"/>
    <w:multiLevelType w:val="multilevel"/>
    <w:tmpl w:val="3CB42E82"/>
    <w:lvl w:ilvl="0">
      <w:start w:val="29"/>
      <w:numFmt w:val="decimal"/>
      <w:lvlText w:val="%1."/>
      <w:lvlJc w:val="left"/>
      <w:pPr>
        <w:ind w:left="360" w:hanging="360"/>
      </w:pPr>
      <w:rPr>
        <w:rFonts w:hint="default"/>
        <w:b/>
        <w:bCs/>
      </w:rPr>
    </w:lvl>
    <w:lvl w:ilvl="1">
      <w:start w:val="1"/>
      <w:numFmt w:val="decimal"/>
      <w:lvlText w:val="%1.%2."/>
      <w:lvlJc w:val="left"/>
      <w:pPr>
        <w:ind w:left="1191" w:hanging="831"/>
      </w:pPr>
      <w:rPr>
        <w:rFonts w:hint="default"/>
        <w:b w:val="0"/>
        <w:bCs w:val="0"/>
      </w:rPr>
    </w:lvl>
    <w:lvl w:ilvl="2">
      <w:start w:val="1"/>
      <w:numFmt w:val="decimal"/>
      <w:lvlText w:val="%1.%2.%3."/>
      <w:lvlJc w:val="left"/>
      <w:pPr>
        <w:ind w:left="1814" w:hanging="109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50708173">
    <w:abstractNumId w:val="8"/>
  </w:num>
  <w:num w:numId="2" w16cid:durableId="1312716161">
    <w:abstractNumId w:val="6"/>
  </w:num>
  <w:num w:numId="3" w16cid:durableId="320502540">
    <w:abstractNumId w:val="5"/>
  </w:num>
  <w:num w:numId="4" w16cid:durableId="433743926">
    <w:abstractNumId w:val="4"/>
  </w:num>
  <w:num w:numId="5" w16cid:durableId="1677226138">
    <w:abstractNumId w:val="7"/>
  </w:num>
  <w:num w:numId="6" w16cid:durableId="804734827">
    <w:abstractNumId w:val="3"/>
  </w:num>
  <w:num w:numId="7" w16cid:durableId="39130478">
    <w:abstractNumId w:val="2"/>
  </w:num>
  <w:num w:numId="8" w16cid:durableId="1309162408">
    <w:abstractNumId w:val="1"/>
  </w:num>
  <w:num w:numId="9" w16cid:durableId="1020859948">
    <w:abstractNumId w:val="0"/>
  </w:num>
  <w:num w:numId="10" w16cid:durableId="1441758602">
    <w:abstractNumId w:val="9"/>
  </w:num>
  <w:num w:numId="11" w16cid:durableId="772480451">
    <w:abstractNumId w:val="11"/>
  </w:num>
  <w:num w:numId="12" w16cid:durableId="1858348113">
    <w:abstractNumId w:val="11"/>
    <w:lvlOverride w:ilvl="0">
      <w:lvl w:ilvl="0">
        <w:start w:val="40"/>
        <w:numFmt w:val="decimal"/>
        <w:lvlText w:val="%1."/>
        <w:lvlJc w:val="left"/>
        <w:pPr>
          <w:ind w:left="360" w:hanging="360"/>
        </w:pPr>
        <w:rPr>
          <w:rFonts w:hint="default"/>
          <w:b/>
          <w:bCs/>
        </w:rPr>
      </w:lvl>
    </w:lvlOverride>
    <w:lvlOverride w:ilvl="1">
      <w:lvl w:ilvl="1">
        <w:start w:val="1"/>
        <w:numFmt w:val="decimal"/>
        <w:lvlText w:val="%1.%2."/>
        <w:lvlJc w:val="left"/>
        <w:pPr>
          <w:ind w:left="792" w:hanging="735"/>
        </w:pPr>
        <w:rPr>
          <w:rFonts w:hint="default"/>
          <w:b w:val="0"/>
          <w:bCs w:val="0"/>
        </w:rPr>
      </w:lvl>
    </w:lvlOverride>
    <w:lvlOverride w:ilvl="2">
      <w:lvl w:ilvl="2">
        <w:start w:val="1"/>
        <w:numFmt w:val="decimal"/>
        <w:lvlText w:val="%1.%2.%3."/>
        <w:lvlJc w:val="left"/>
        <w:pPr>
          <w:ind w:left="1814" w:hanging="109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1408377340">
    <w:abstractNumId w:val="11"/>
    <w:lvlOverride w:ilvl="0">
      <w:lvl w:ilvl="0">
        <w:start w:val="40"/>
        <w:numFmt w:val="decimal"/>
        <w:lvlText w:val="%1."/>
        <w:lvlJc w:val="left"/>
        <w:pPr>
          <w:ind w:left="360" w:hanging="360"/>
        </w:pPr>
        <w:rPr>
          <w:rFonts w:hint="default"/>
          <w:b/>
          <w:bCs/>
        </w:rPr>
      </w:lvl>
    </w:lvlOverride>
    <w:lvlOverride w:ilvl="1">
      <w:lvl w:ilvl="1">
        <w:start w:val="1"/>
        <w:numFmt w:val="decimal"/>
        <w:lvlText w:val="%1.%2."/>
        <w:lvlJc w:val="left"/>
        <w:pPr>
          <w:ind w:left="1134" w:hanging="1077"/>
        </w:pPr>
        <w:rPr>
          <w:rFonts w:hint="default"/>
          <w:b w:val="0"/>
          <w:bCs w:val="0"/>
        </w:rPr>
      </w:lvl>
    </w:lvlOverride>
    <w:lvlOverride w:ilvl="2">
      <w:lvl w:ilvl="2">
        <w:start w:val="1"/>
        <w:numFmt w:val="decimal"/>
        <w:lvlText w:val="%1.%2.%3."/>
        <w:lvlJc w:val="left"/>
        <w:pPr>
          <w:ind w:left="1814" w:hanging="109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16cid:durableId="8588561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E3E"/>
    <w:rsid w:val="000135F7"/>
    <w:rsid w:val="00034616"/>
    <w:rsid w:val="0006063C"/>
    <w:rsid w:val="000659E7"/>
    <w:rsid w:val="00094B0A"/>
    <w:rsid w:val="000E1409"/>
    <w:rsid w:val="000E5613"/>
    <w:rsid w:val="000E70E0"/>
    <w:rsid w:val="000F68A5"/>
    <w:rsid w:val="00122A26"/>
    <w:rsid w:val="00130D6A"/>
    <w:rsid w:val="0015074B"/>
    <w:rsid w:val="001654B7"/>
    <w:rsid w:val="0018590E"/>
    <w:rsid w:val="001B0424"/>
    <w:rsid w:val="001C16D1"/>
    <w:rsid w:val="001E7403"/>
    <w:rsid w:val="001F5C54"/>
    <w:rsid w:val="002159C2"/>
    <w:rsid w:val="00227957"/>
    <w:rsid w:val="00244F60"/>
    <w:rsid w:val="00245A45"/>
    <w:rsid w:val="0024690B"/>
    <w:rsid w:val="00270F4F"/>
    <w:rsid w:val="00276414"/>
    <w:rsid w:val="0029639D"/>
    <w:rsid w:val="002A680A"/>
    <w:rsid w:val="002D0129"/>
    <w:rsid w:val="002F5B99"/>
    <w:rsid w:val="00326F90"/>
    <w:rsid w:val="00330CBB"/>
    <w:rsid w:val="003516F5"/>
    <w:rsid w:val="00357797"/>
    <w:rsid w:val="00375526"/>
    <w:rsid w:val="00375CB8"/>
    <w:rsid w:val="003817EE"/>
    <w:rsid w:val="003C798D"/>
    <w:rsid w:val="003D31C4"/>
    <w:rsid w:val="003F35C5"/>
    <w:rsid w:val="004353F7"/>
    <w:rsid w:val="00436EB9"/>
    <w:rsid w:val="00472921"/>
    <w:rsid w:val="005156A2"/>
    <w:rsid w:val="00544D28"/>
    <w:rsid w:val="005507DC"/>
    <w:rsid w:val="00584697"/>
    <w:rsid w:val="005B18E1"/>
    <w:rsid w:val="005F20F9"/>
    <w:rsid w:val="00607AD6"/>
    <w:rsid w:val="00633196"/>
    <w:rsid w:val="0064760B"/>
    <w:rsid w:val="006B62B2"/>
    <w:rsid w:val="006E0463"/>
    <w:rsid w:val="006E0F37"/>
    <w:rsid w:val="006F2C1A"/>
    <w:rsid w:val="00706EDD"/>
    <w:rsid w:val="00761382"/>
    <w:rsid w:val="00781BAA"/>
    <w:rsid w:val="007851B7"/>
    <w:rsid w:val="007B3869"/>
    <w:rsid w:val="00823A18"/>
    <w:rsid w:val="00834044"/>
    <w:rsid w:val="00861D3B"/>
    <w:rsid w:val="008848AE"/>
    <w:rsid w:val="008B7315"/>
    <w:rsid w:val="008D7A5C"/>
    <w:rsid w:val="008E1FBA"/>
    <w:rsid w:val="009234C6"/>
    <w:rsid w:val="00953617"/>
    <w:rsid w:val="00961989"/>
    <w:rsid w:val="009700CB"/>
    <w:rsid w:val="009732D3"/>
    <w:rsid w:val="00981A45"/>
    <w:rsid w:val="009F669A"/>
    <w:rsid w:val="00A22FAD"/>
    <w:rsid w:val="00AA1D8D"/>
    <w:rsid w:val="00AB03DE"/>
    <w:rsid w:val="00AE4F19"/>
    <w:rsid w:val="00AE79BB"/>
    <w:rsid w:val="00B067D9"/>
    <w:rsid w:val="00B20494"/>
    <w:rsid w:val="00B27E04"/>
    <w:rsid w:val="00B4249C"/>
    <w:rsid w:val="00B47730"/>
    <w:rsid w:val="00B92EEF"/>
    <w:rsid w:val="00BA3D99"/>
    <w:rsid w:val="00BB0A86"/>
    <w:rsid w:val="00BB463B"/>
    <w:rsid w:val="00BC0E08"/>
    <w:rsid w:val="00BD3379"/>
    <w:rsid w:val="00BF1CB7"/>
    <w:rsid w:val="00C00594"/>
    <w:rsid w:val="00C03A83"/>
    <w:rsid w:val="00C04199"/>
    <w:rsid w:val="00C05BE7"/>
    <w:rsid w:val="00C24E13"/>
    <w:rsid w:val="00C42754"/>
    <w:rsid w:val="00C45AE2"/>
    <w:rsid w:val="00C711CF"/>
    <w:rsid w:val="00CA547A"/>
    <w:rsid w:val="00CB0664"/>
    <w:rsid w:val="00CC0A64"/>
    <w:rsid w:val="00CC7948"/>
    <w:rsid w:val="00CF3320"/>
    <w:rsid w:val="00D3659B"/>
    <w:rsid w:val="00D86212"/>
    <w:rsid w:val="00DB179F"/>
    <w:rsid w:val="00DB4CE2"/>
    <w:rsid w:val="00DE7A90"/>
    <w:rsid w:val="00E3349B"/>
    <w:rsid w:val="00E4490B"/>
    <w:rsid w:val="00E66CE6"/>
    <w:rsid w:val="00E81FCC"/>
    <w:rsid w:val="00E8397C"/>
    <w:rsid w:val="00EA1CD8"/>
    <w:rsid w:val="00EA35A7"/>
    <w:rsid w:val="00EB1EAC"/>
    <w:rsid w:val="00EC540F"/>
    <w:rsid w:val="00ED6141"/>
    <w:rsid w:val="00ED7D3E"/>
    <w:rsid w:val="00F317AF"/>
    <w:rsid w:val="00F56375"/>
    <w:rsid w:val="00F8771B"/>
    <w:rsid w:val="00FA7B91"/>
    <w:rsid w:val="00FB5434"/>
    <w:rsid w:val="00FC693F"/>
    <w:rsid w:val="00FD22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9A733"/>
  <w14:defaultImageDpi w14:val="30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222222"/>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00669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66CE6"/>
    <w:rPr>
      <w:color w:val="0000FF" w:themeColor="hyperlink"/>
      <w:u w:val="single"/>
    </w:rPr>
  </w:style>
  <w:style w:type="character" w:styleId="UnresolvedMention">
    <w:name w:val="Unresolved Mention"/>
    <w:basedOn w:val="DefaultParagraphFont"/>
    <w:uiPriority w:val="99"/>
    <w:semiHidden/>
    <w:unhideWhenUsed/>
    <w:rsid w:val="00E66C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853</Words>
  <Characters>4864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16</cp:revision>
  <dcterms:created xsi:type="dcterms:W3CDTF">2026-09-29T11:49:00Z</dcterms:created>
  <dcterms:modified xsi:type="dcterms:W3CDTF">2026-09-29T12:00:00Z</dcterms:modified>
  <cp:category/>
</cp:coreProperties>
</file>