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61CF" w14:textId="77777777" w:rsidR="00270F4F" w:rsidRDefault="00C04199">
      <w:pPr>
        <w:pStyle w:val="Heading1"/>
        <w:jc w:val="center"/>
      </w:pPr>
      <w:r>
        <w:t>PAGHAM PARISH COUNCIL</w:t>
      </w:r>
    </w:p>
    <w:p w14:paraId="4EB3FA3F" w14:textId="208BFBE3" w:rsidR="00270F4F" w:rsidRPr="002A680A" w:rsidRDefault="00C04199">
      <w:pPr>
        <w:jc w:val="center"/>
        <w:rPr>
          <w:rStyle w:val="Heading1Char"/>
        </w:rPr>
      </w:pPr>
      <w:r>
        <w:rPr>
          <w:b/>
        </w:rPr>
        <w:t>Tel: 01243-266424 | E-mail: clerk@paghamparishcouncil.gov.uk</w:t>
      </w:r>
      <w:r>
        <w:rPr>
          <w:b/>
        </w:rPr>
        <w:br/>
      </w:r>
      <w:r w:rsidRPr="002A680A">
        <w:rPr>
          <w:rStyle w:val="Heading1Char"/>
        </w:rPr>
        <w:t xml:space="preserve">Minutes of </w:t>
      </w:r>
      <w:r w:rsidR="009732D3">
        <w:rPr>
          <w:rStyle w:val="Heading1Char"/>
        </w:rPr>
        <w:t>a Meeting of the</w:t>
      </w:r>
      <w:r w:rsidRPr="002A680A">
        <w:rPr>
          <w:rStyle w:val="Heading1Char"/>
        </w:rPr>
        <w:t xml:space="preserve"> Full Council</w:t>
      </w:r>
    </w:p>
    <w:p w14:paraId="699417A1" w14:textId="77777777" w:rsidR="00270F4F" w:rsidRDefault="00C04199">
      <w:pPr>
        <w:pStyle w:val="Heading2"/>
      </w:pPr>
      <w:r>
        <w:t>Meeting Details</w:t>
      </w:r>
    </w:p>
    <w:p w14:paraId="17954AB7" w14:textId="77777777" w:rsidR="009C7204" w:rsidRDefault="00C04199">
      <w:pPr>
        <w:rPr>
          <w:rFonts w:cs="Arial"/>
        </w:rPr>
      </w:pPr>
      <w:r>
        <w:rPr>
          <w:b/>
        </w:rPr>
        <w:t xml:space="preserve">• Date and Time: </w:t>
      </w:r>
      <w:r>
        <w:t xml:space="preserve">Tuesday </w:t>
      </w:r>
      <w:r w:rsidR="002F3C65">
        <w:t>9</w:t>
      </w:r>
      <w:r w:rsidR="002F3C65" w:rsidRPr="002F3C65">
        <w:rPr>
          <w:vertAlign w:val="superscript"/>
        </w:rPr>
        <w:t>th</w:t>
      </w:r>
      <w:r w:rsidR="002F3C65">
        <w:t xml:space="preserve"> June</w:t>
      </w:r>
      <w:r>
        <w:t xml:space="preserve"> 2026 at 7.</w:t>
      </w:r>
      <w:r w:rsidR="00151A2D">
        <w:t>1</w:t>
      </w:r>
      <w:r>
        <w:t>5pm</w:t>
      </w:r>
      <w:r>
        <w:br/>
      </w:r>
      <w:r>
        <w:rPr>
          <w:b/>
        </w:rPr>
        <w:t xml:space="preserve">• Venue: </w:t>
      </w:r>
      <w:r>
        <w:t>The Small Hall, Pagham Village Hall, Pagham Road, Pagham, PO21 4NJ</w:t>
      </w:r>
      <w:r>
        <w:br/>
      </w:r>
      <w:r>
        <w:rPr>
          <w:b/>
        </w:rPr>
        <w:t xml:space="preserve">• Present: </w:t>
      </w:r>
      <w:r w:rsidR="009C7204" w:rsidRPr="00287755">
        <w:rPr>
          <w:rFonts w:cs="Arial"/>
        </w:rPr>
        <w:t>Mr P Atkins (Chairman)</w:t>
      </w:r>
      <w:r w:rsidR="009C7204">
        <w:rPr>
          <w:rFonts w:cs="Arial"/>
        </w:rPr>
        <w:t xml:space="preserve">, Mrs Behr, Mr J Carr, Mrs D Hall, </w:t>
      </w:r>
      <w:proofErr w:type="spellStart"/>
      <w:r w:rsidR="009C7204">
        <w:rPr>
          <w:rFonts w:cs="Arial"/>
        </w:rPr>
        <w:t>Ms</w:t>
      </w:r>
      <w:proofErr w:type="spellEnd"/>
      <w:r w:rsidR="009C7204">
        <w:rPr>
          <w:rFonts w:cs="Arial"/>
        </w:rPr>
        <w:t xml:space="preserve"> P Hilton, Mr M Howard, </w:t>
      </w:r>
      <w:r w:rsidR="009C7204" w:rsidRPr="00287755">
        <w:rPr>
          <w:rFonts w:cs="Arial"/>
        </w:rPr>
        <w:t>Mr D Huntley, Mr I Manion</w:t>
      </w:r>
      <w:r w:rsidR="009C7204">
        <w:rPr>
          <w:rFonts w:cs="Arial"/>
        </w:rPr>
        <w:t xml:space="preserve"> &amp; </w:t>
      </w:r>
      <w:proofErr w:type="spellStart"/>
      <w:r w:rsidR="009C7204">
        <w:rPr>
          <w:rFonts w:cs="Arial"/>
        </w:rPr>
        <w:t>Ms</w:t>
      </w:r>
      <w:proofErr w:type="spellEnd"/>
      <w:r w:rsidR="009C7204">
        <w:rPr>
          <w:rFonts w:cs="Arial"/>
        </w:rPr>
        <w:t xml:space="preserve"> R Palmer </w:t>
      </w:r>
    </w:p>
    <w:p w14:paraId="715B6609" w14:textId="48EBC299" w:rsidR="00270F4F" w:rsidRDefault="00C04199">
      <w:r>
        <w:rPr>
          <w:b/>
        </w:rPr>
        <w:t xml:space="preserve">• In Attendance: </w:t>
      </w:r>
      <w:r>
        <w:t>Mrs N</w:t>
      </w:r>
      <w:r w:rsidR="00B4249C">
        <w:t xml:space="preserve"> </w:t>
      </w:r>
      <w:r>
        <w:t>Swann (Clerk &amp; RFO)</w:t>
      </w:r>
    </w:p>
    <w:p w14:paraId="1304712C" w14:textId="77777777" w:rsidR="002A680A" w:rsidRDefault="002A680A"/>
    <w:p w14:paraId="7166B142" w14:textId="77777777" w:rsidR="001B51F2" w:rsidRPr="001B51F2" w:rsidRDefault="00C04199" w:rsidP="009C7204">
      <w:pPr>
        <w:pStyle w:val="ListParagraph"/>
        <w:numPr>
          <w:ilvl w:val="0"/>
          <w:numId w:val="11"/>
        </w:numPr>
      </w:pPr>
      <w:r w:rsidRPr="00781BAA">
        <w:rPr>
          <w:b/>
        </w:rPr>
        <w:t>Apologies from Members:</w:t>
      </w:r>
    </w:p>
    <w:p w14:paraId="556E7EB0" w14:textId="7093CE85" w:rsidR="005F20F9" w:rsidRDefault="009C7204" w:rsidP="001B51F2">
      <w:pPr>
        <w:pStyle w:val="ListParagraph"/>
        <w:numPr>
          <w:ilvl w:val="1"/>
          <w:numId w:val="11"/>
        </w:numPr>
      </w:pPr>
      <w:r>
        <w:t>Cllr Mr P Cooper.</w:t>
      </w:r>
    </w:p>
    <w:p w14:paraId="4D241AB5" w14:textId="77777777" w:rsidR="00CA547A" w:rsidRDefault="00CA547A" w:rsidP="005F20F9">
      <w:pPr>
        <w:pStyle w:val="ListParagraph"/>
        <w:ind w:left="360"/>
      </w:pPr>
    </w:p>
    <w:p w14:paraId="4B7F8990" w14:textId="77777777" w:rsidR="00C24E13" w:rsidRPr="00C24E13" w:rsidRDefault="00C04199" w:rsidP="00C24E13">
      <w:pPr>
        <w:pStyle w:val="ListParagraph"/>
        <w:numPr>
          <w:ilvl w:val="0"/>
          <w:numId w:val="11"/>
        </w:numPr>
      </w:pPr>
      <w:r w:rsidRPr="003C798D">
        <w:rPr>
          <w:b/>
        </w:rPr>
        <w:t xml:space="preserve">Declarations of Interest and Dispensation Requests: </w:t>
      </w:r>
    </w:p>
    <w:p w14:paraId="02DAC11E" w14:textId="6689B206" w:rsidR="00C24E13" w:rsidRDefault="00C24E13" w:rsidP="00C24E13">
      <w:pPr>
        <w:pStyle w:val="ListParagraph"/>
        <w:numPr>
          <w:ilvl w:val="1"/>
          <w:numId w:val="11"/>
        </w:numPr>
      </w:pPr>
      <w:r>
        <w:t xml:space="preserve">Cllr Mr Huntley stated that he had a disclosable pecuniary interest in item 8 (Flooding &amp; Coastal Erosion) as he has a beneficial interest in that part of Pagham which is within the area of a serious risk of flooding arising from changing tidal patterns and erosion of the foreshore (the Area) and any decision take might relate to action to be taken regarding measures taken to protect the Area and requested that it be recorded in the Minutes that they will be taking part in the debate and voting on the item as </w:t>
      </w:r>
      <w:proofErr w:type="spellStart"/>
      <w:r>
        <w:t>authorised</w:t>
      </w:r>
      <w:proofErr w:type="spellEnd"/>
      <w:r>
        <w:t xml:space="preserve"> by the Dispensation granted by Pagham Parish Council at their meeting on 31st July 2012 (minute 61.12c). Mr Huntley was also a trustee of the Pagham Flood Defence Trust.</w:t>
      </w:r>
    </w:p>
    <w:p w14:paraId="1D2F56A5" w14:textId="77777777" w:rsidR="00C24E13" w:rsidRDefault="00C24E13" w:rsidP="00C24E13">
      <w:pPr>
        <w:pStyle w:val="ListParagraph"/>
        <w:numPr>
          <w:ilvl w:val="1"/>
          <w:numId w:val="11"/>
        </w:numPr>
      </w:pPr>
      <w:r>
        <w:t xml:space="preserve">Cllr Mr Atkins stated that he had an interest in agenda item 8 (Coastal Erosion) as Chairman of the Pagham Flood Defence Trust. </w:t>
      </w:r>
    </w:p>
    <w:p w14:paraId="52CC47F0" w14:textId="77777777" w:rsidR="003C798D" w:rsidRDefault="003C798D" w:rsidP="003C798D">
      <w:pPr>
        <w:pStyle w:val="ListParagraph"/>
      </w:pPr>
    </w:p>
    <w:p w14:paraId="52CF536D" w14:textId="77777777" w:rsidR="003C798D" w:rsidRDefault="003C798D" w:rsidP="003C798D">
      <w:pPr>
        <w:pStyle w:val="ListParagraph"/>
        <w:numPr>
          <w:ilvl w:val="0"/>
          <w:numId w:val="11"/>
        </w:numPr>
      </w:pPr>
      <w:r w:rsidRPr="003C798D">
        <w:rPr>
          <w:b/>
        </w:rPr>
        <w:t>P</w:t>
      </w:r>
      <w:r w:rsidR="00C04199" w:rsidRPr="003C798D">
        <w:rPr>
          <w:b/>
        </w:rPr>
        <w:t xml:space="preserve">ublic Session: </w:t>
      </w:r>
      <w:r w:rsidR="00C04199" w:rsidRPr="00ED6141">
        <w:rPr>
          <w:color w:val="auto"/>
        </w:rPr>
        <w:t>No</w:t>
      </w:r>
      <w:r w:rsidR="00C04199">
        <w:t xml:space="preserve"> members of the public were present.</w:t>
      </w:r>
    </w:p>
    <w:p w14:paraId="32C1AD37" w14:textId="77777777" w:rsidR="003C798D" w:rsidRPr="003C798D" w:rsidRDefault="003C798D" w:rsidP="003C798D">
      <w:pPr>
        <w:pStyle w:val="ListParagraph"/>
        <w:ind w:left="360"/>
      </w:pPr>
    </w:p>
    <w:p w14:paraId="24AA3F2C" w14:textId="0AEBFACA" w:rsidR="0064760B" w:rsidRPr="0064760B" w:rsidRDefault="0064760B" w:rsidP="0064760B">
      <w:pPr>
        <w:pStyle w:val="ListParagraph"/>
        <w:numPr>
          <w:ilvl w:val="0"/>
          <w:numId w:val="11"/>
        </w:numPr>
        <w:rPr>
          <w:b/>
        </w:rPr>
      </w:pPr>
      <w:r w:rsidRPr="0064760B">
        <w:rPr>
          <w:b/>
        </w:rPr>
        <w:t xml:space="preserve">To receive and approve the minutes of the Council meetings held </w:t>
      </w:r>
      <w:r w:rsidR="00A438BA">
        <w:rPr>
          <w:b/>
        </w:rPr>
        <w:t>12</w:t>
      </w:r>
      <w:r w:rsidR="00A438BA" w:rsidRPr="00A438BA">
        <w:rPr>
          <w:b/>
          <w:vertAlign w:val="superscript"/>
        </w:rPr>
        <w:t>th</w:t>
      </w:r>
      <w:r w:rsidR="00A438BA">
        <w:rPr>
          <w:b/>
        </w:rPr>
        <w:t xml:space="preserve"> May</w:t>
      </w:r>
      <w:r w:rsidRPr="0064760B">
        <w:rPr>
          <w:b/>
        </w:rPr>
        <w:t xml:space="preserve"> 2026 (previously issued)</w:t>
      </w:r>
    </w:p>
    <w:p w14:paraId="32464397" w14:textId="77777777" w:rsidR="0064760B" w:rsidRPr="0064760B" w:rsidRDefault="0064760B" w:rsidP="0064760B">
      <w:pPr>
        <w:pStyle w:val="ListParagraph"/>
        <w:numPr>
          <w:ilvl w:val="1"/>
          <w:numId w:val="11"/>
        </w:numPr>
        <w:rPr>
          <w:bCs/>
        </w:rPr>
      </w:pPr>
      <w:r w:rsidRPr="0064760B">
        <w:rPr>
          <w:bCs/>
        </w:rPr>
        <w:t>It was RESOLVED to approve the minutes.  The Chairman was asked to sign the minutes accordingly</w:t>
      </w:r>
    </w:p>
    <w:p w14:paraId="4C9BD212" w14:textId="77777777" w:rsidR="0064760B" w:rsidRPr="0064760B" w:rsidRDefault="0064760B" w:rsidP="00436EB9">
      <w:pPr>
        <w:pStyle w:val="ListParagraph"/>
        <w:ind w:left="360"/>
        <w:rPr>
          <w:bCs/>
        </w:rPr>
      </w:pPr>
    </w:p>
    <w:p w14:paraId="10D6CAB1" w14:textId="77777777" w:rsidR="0064760B" w:rsidRPr="00436EB9" w:rsidRDefault="0064760B" w:rsidP="0064760B">
      <w:pPr>
        <w:pStyle w:val="ListParagraph"/>
        <w:numPr>
          <w:ilvl w:val="0"/>
          <w:numId w:val="11"/>
        </w:numPr>
        <w:rPr>
          <w:b/>
        </w:rPr>
      </w:pPr>
      <w:r w:rsidRPr="00436EB9">
        <w:rPr>
          <w:b/>
        </w:rPr>
        <w:t>Matters arising from the Minutes</w:t>
      </w:r>
    </w:p>
    <w:p w14:paraId="1B2AAD16" w14:textId="77777777" w:rsidR="0064760B" w:rsidRPr="0064760B" w:rsidRDefault="0064760B" w:rsidP="00436EB9">
      <w:pPr>
        <w:pStyle w:val="ListParagraph"/>
        <w:numPr>
          <w:ilvl w:val="1"/>
          <w:numId w:val="11"/>
        </w:numPr>
        <w:rPr>
          <w:bCs/>
        </w:rPr>
      </w:pPr>
      <w:r w:rsidRPr="0064760B">
        <w:rPr>
          <w:bCs/>
        </w:rPr>
        <w:t>None.</w:t>
      </w:r>
    </w:p>
    <w:p w14:paraId="4F3EF517" w14:textId="77777777" w:rsidR="0064760B" w:rsidRPr="0064760B" w:rsidRDefault="0064760B" w:rsidP="00436EB9">
      <w:pPr>
        <w:pStyle w:val="ListParagraph"/>
        <w:ind w:left="360"/>
        <w:rPr>
          <w:bCs/>
        </w:rPr>
      </w:pPr>
    </w:p>
    <w:p w14:paraId="050F5286" w14:textId="77777777" w:rsidR="00DE2958" w:rsidRPr="00DE2958" w:rsidRDefault="00DE2958" w:rsidP="00DE2958">
      <w:pPr>
        <w:pStyle w:val="ListParagraph"/>
        <w:numPr>
          <w:ilvl w:val="0"/>
          <w:numId w:val="11"/>
        </w:numPr>
        <w:rPr>
          <w:b/>
        </w:rPr>
      </w:pPr>
      <w:r w:rsidRPr="00DE2958">
        <w:rPr>
          <w:b/>
        </w:rPr>
        <w:t xml:space="preserve">Local Government Review – to consider a response to the consultation on modified proposals for local government </w:t>
      </w:r>
      <w:proofErr w:type="spellStart"/>
      <w:r w:rsidRPr="00DE2958">
        <w:rPr>
          <w:b/>
        </w:rPr>
        <w:t>reorganisation</w:t>
      </w:r>
      <w:proofErr w:type="spellEnd"/>
      <w:r w:rsidRPr="00DE2958">
        <w:rPr>
          <w:b/>
        </w:rPr>
        <w:t xml:space="preserve"> in West Sussex</w:t>
      </w:r>
    </w:p>
    <w:p w14:paraId="37DD9886" w14:textId="77777777" w:rsidR="00DE2958" w:rsidRPr="00DE2958" w:rsidRDefault="00DE2958" w:rsidP="004F1500">
      <w:pPr>
        <w:pStyle w:val="ListParagraph"/>
        <w:numPr>
          <w:ilvl w:val="0"/>
          <w:numId w:val="15"/>
        </w:numPr>
        <w:rPr>
          <w:bCs/>
        </w:rPr>
      </w:pPr>
      <w:r w:rsidRPr="00DE2958">
        <w:rPr>
          <w:bCs/>
        </w:rPr>
        <w:t xml:space="preserve">Members considered the report submitted by the Clerk and discussed the advantages and disadvantages for Pagham of the government’s modifications to LGR proposals, whereby Arun district would join with Adur &amp; Worthing, whilst Chichester district would join an inland unitary authority with Mid Sussex, Crawley and Horsham districts.  Members felt that Pagham’s ties were much stronger with Chichester in respect of </w:t>
      </w:r>
    </w:p>
    <w:p w14:paraId="4B312F36" w14:textId="77777777" w:rsidR="00DE2958" w:rsidRPr="00DE2958" w:rsidRDefault="00DE2958" w:rsidP="004F1500">
      <w:pPr>
        <w:pStyle w:val="ListParagraph"/>
        <w:numPr>
          <w:ilvl w:val="0"/>
          <w:numId w:val="15"/>
        </w:numPr>
        <w:rPr>
          <w:bCs/>
        </w:rPr>
      </w:pPr>
      <w:r w:rsidRPr="00DE2958">
        <w:rPr>
          <w:bCs/>
        </w:rPr>
        <w:lastRenderedPageBreak/>
        <w:t xml:space="preserve">Infrastructure - roads and access to services such as adult social care and education are </w:t>
      </w:r>
      <w:proofErr w:type="spellStart"/>
      <w:r w:rsidRPr="00DE2958">
        <w:rPr>
          <w:bCs/>
        </w:rPr>
        <w:t>focussed</w:t>
      </w:r>
      <w:proofErr w:type="spellEnd"/>
      <w:r w:rsidRPr="00DE2958">
        <w:rPr>
          <w:bCs/>
        </w:rPr>
        <w:t xml:space="preserve"> on Chichester.  Our residents use St Richards hospital, many children attend schools in Chichester </w:t>
      </w:r>
      <w:proofErr w:type="gramStart"/>
      <w:r w:rsidRPr="00DE2958">
        <w:rPr>
          <w:bCs/>
        </w:rPr>
        <w:t>district</w:t>
      </w:r>
      <w:proofErr w:type="gramEnd"/>
      <w:r w:rsidRPr="00DE2958">
        <w:rPr>
          <w:bCs/>
        </w:rPr>
        <w:t xml:space="preserve"> and many residents commute to work to and through Chichester district.  Placing Pagham in the Coastal unitary could lead to disruption to services for residents</w:t>
      </w:r>
    </w:p>
    <w:p w14:paraId="38ECFEFD" w14:textId="77777777" w:rsidR="00DE2958" w:rsidRPr="00DE2958" w:rsidRDefault="00DE2958" w:rsidP="004F1500">
      <w:pPr>
        <w:pStyle w:val="ListParagraph"/>
        <w:numPr>
          <w:ilvl w:val="0"/>
          <w:numId w:val="15"/>
        </w:numPr>
        <w:rPr>
          <w:bCs/>
        </w:rPr>
      </w:pPr>
      <w:r w:rsidRPr="00DE2958">
        <w:rPr>
          <w:bCs/>
        </w:rPr>
        <w:t>Economy – tourism and horticulture form the basis of our local economy, which has more similarity to Chichester district (</w:t>
      </w:r>
      <w:proofErr w:type="gramStart"/>
      <w:r w:rsidRPr="00DE2958">
        <w:rPr>
          <w:bCs/>
        </w:rPr>
        <w:t>in particular the</w:t>
      </w:r>
      <w:proofErr w:type="gramEnd"/>
      <w:r w:rsidRPr="00DE2958">
        <w:rPr>
          <w:bCs/>
        </w:rPr>
        <w:t xml:space="preserve"> Manhood Peninsula) than Arun/Adur &amp; Worthing</w:t>
      </w:r>
    </w:p>
    <w:p w14:paraId="76FEF79D" w14:textId="77777777" w:rsidR="00DE2958" w:rsidRPr="00DE2958" w:rsidRDefault="00DE2958" w:rsidP="004F1500">
      <w:pPr>
        <w:pStyle w:val="ListParagraph"/>
        <w:numPr>
          <w:ilvl w:val="0"/>
          <w:numId w:val="15"/>
        </w:numPr>
        <w:rPr>
          <w:bCs/>
        </w:rPr>
      </w:pPr>
      <w:r w:rsidRPr="00DE2958">
        <w:rPr>
          <w:bCs/>
        </w:rPr>
        <w:t xml:space="preserve">Geography - members understood that there would obviously be a coastal focus in the Coastal authority, but the issues for the coast for Arun and Worthing were very different to those involved in managing a SSSI </w:t>
      </w:r>
      <w:proofErr w:type="spellStart"/>
      <w:r w:rsidRPr="00DE2958">
        <w:rPr>
          <w:bCs/>
        </w:rPr>
        <w:t>harbour</w:t>
      </w:r>
      <w:proofErr w:type="spellEnd"/>
      <w:r w:rsidRPr="00DE2958">
        <w:rPr>
          <w:bCs/>
        </w:rPr>
        <w:t xml:space="preserve">. Pagham Harbour was currently located across two districts, but the plans originally proposed would have seen it administered under the same unitary authority.  This would have been of great benefit to the </w:t>
      </w:r>
      <w:proofErr w:type="spellStart"/>
      <w:r w:rsidRPr="00DE2958">
        <w:rPr>
          <w:bCs/>
        </w:rPr>
        <w:t>harbour</w:t>
      </w:r>
      <w:proofErr w:type="spellEnd"/>
      <w:r w:rsidRPr="00DE2958">
        <w:rPr>
          <w:bCs/>
        </w:rPr>
        <w:t xml:space="preserve"> in terms of consistency of approach in management.</w:t>
      </w:r>
    </w:p>
    <w:p w14:paraId="2E6E3BB8" w14:textId="77777777" w:rsidR="00DE2958" w:rsidRPr="00DE2958" w:rsidRDefault="00DE2958" w:rsidP="004F1500">
      <w:pPr>
        <w:pStyle w:val="ListParagraph"/>
        <w:numPr>
          <w:ilvl w:val="0"/>
          <w:numId w:val="15"/>
        </w:numPr>
        <w:rPr>
          <w:bCs/>
        </w:rPr>
      </w:pPr>
      <w:r w:rsidRPr="00DE2958">
        <w:rPr>
          <w:bCs/>
        </w:rPr>
        <w:t>Community identity – historically, Pagham has fallen within the Chichester district.  It was moved to the Chichester parliamentary constituency in July 2023.</w:t>
      </w:r>
    </w:p>
    <w:p w14:paraId="55F5DB15" w14:textId="77777777" w:rsidR="00DE2958" w:rsidRPr="00DE2958" w:rsidRDefault="00DE2958" w:rsidP="00DE2958">
      <w:pPr>
        <w:pStyle w:val="ListParagraph"/>
        <w:ind w:left="360"/>
        <w:rPr>
          <w:bCs/>
        </w:rPr>
      </w:pPr>
    </w:p>
    <w:p w14:paraId="53E29B48" w14:textId="77777777" w:rsidR="00DE2958" w:rsidRPr="00DE2958" w:rsidRDefault="00DE2958" w:rsidP="004F1500">
      <w:pPr>
        <w:pStyle w:val="ListParagraph"/>
        <w:numPr>
          <w:ilvl w:val="0"/>
          <w:numId w:val="15"/>
        </w:numPr>
        <w:rPr>
          <w:bCs/>
        </w:rPr>
      </w:pPr>
      <w:r w:rsidRPr="00DE2958">
        <w:rPr>
          <w:bCs/>
        </w:rPr>
        <w:t xml:space="preserve">Members believed that the interests of Pagham residents were best served by </w:t>
      </w:r>
      <w:proofErr w:type="gramStart"/>
      <w:r w:rsidRPr="00DE2958">
        <w:rPr>
          <w:bCs/>
        </w:rPr>
        <w:t>being located in</w:t>
      </w:r>
      <w:proofErr w:type="gramEnd"/>
      <w:r w:rsidRPr="00DE2958">
        <w:rPr>
          <w:bCs/>
        </w:rPr>
        <w:t xml:space="preserve"> the Chichester district and believed that the government should undertake a boundary review to move Pagham as part of the LGR process if the modified proposal were to be implemented</w:t>
      </w:r>
    </w:p>
    <w:p w14:paraId="376BED27" w14:textId="77777777" w:rsidR="00DE2958" w:rsidRPr="00DE2958" w:rsidRDefault="00DE2958" w:rsidP="00DE2958">
      <w:pPr>
        <w:pStyle w:val="ListParagraph"/>
        <w:ind w:left="360"/>
        <w:rPr>
          <w:bCs/>
        </w:rPr>
      </w:pPr>
    </w:p>
    <w:p w14:paraId="39C9569E" w14:textId="6B8FF671" w:rsidR="00DE2958" w:rsidRPr="004F1500" w:rsidRDefault="00DE2958" w:rsidP="004F1500">
      <w:pPr>
        <w:pStyle w:val="ListParagraph"/>
        <w:ind w:left="360"/>
        <w:rPr>
          <w:bCs/>
        </w:rPr>
      </w:pPr>
      <w:r w:rsidRPr="00DE2958">
        <w:rPr>
          <w:bCs/>
        </w:rPr>
        <w:t xml:space="preserve"> It was RESOLVED to ask the Clerk to submit comments </w:t>
      </w:r>
      <w:proofErr w:type="gramStart"/>
      <w:r w:rsidRPr="00DE2958">
        <w:rPr>
          <w:bCs/>
        </w:rPr>
        <w:t>in</w:t>
      </w:r>
      <w:proofErr w:type="gramEnd"/>
      <w:r w:rsidRPr="00DE2958">
        <w:rPr>
          <w:bCs/>
        </w:rPr>
        <w:t xml:space="preserve"> these terms in response to the consultation.</w:t>
      </w:r>
    </w:p>
    <w:p w14:paraId="7C0CC2C3" w14:textId="77777777" w:rsidR="00DE2958" w:rsidRPr="00DE2958" w:rsidRDefault="00DE2958" w:rsidP="004F1500">
      <w:pPr>
        <w:pStyle w:val="ListParagraph"/>
        <w:ind w:left="360"/>
        <w:rPr>
          <w:b/>
        </w:rPr>
      </w:pPr>
    </w:p>
    <w:p w14:paraId="1098AB1A" w14:textId="77777777" w:rsidR="00DE2958" w:rsidRPr="00DE2958" w:rsidRDefault="00DE2958" w:rsidP="00DE2958">
      <w:pPr>
        <w:pStyle w:val="ListParagraph"/>
        <w:numPr>
          <w:ilvl w:val="0"/>
          <w:numId w:val="11"/>
        </w:numPr>
        <w:rPr>
          <w:b/>
        </w:rPr>
      </w:pPr>
      <w:r w:rsidRPr="00DE2958">
        <w:rPr>
          <w:b/>
        </w:rPr>
        <w:t xml:space="preserve">Receive Reports: </w:t>
      </w:r>
    </w:p>
    <w:p w14:paraId="4BE8CC73" w14:textId="77777777" w:rsidR="00DE2958" w:rsidRPr="00DE2958" w:rsidRDefault="00DE2958" w:rsidP="004F1500">
      <w:pPr>
        <w:pStyle w:val="ListParagraph"/>
        <w:numPr>
          <w:ilvl w:val="1"/>
          <w:numId w:val="11"/>
        </w:numPr>
        <w:rPr>
          <w:b/>
        </w:rPr>
      </w:pPr>
      <w:r w:rsidRPr="00DE2958">
        <w:rPr>
          <w:b/>
        </w:rPr>
        <w:t>Chairman’s Report:</w:t>
      </w:r>
    </w:p>
    <w:p w14:paraId="3CF846F9" w14:textId="77777777" w:rsidR="00DE2958" w:rsidRPr="00DF55E7" w:rsidRDefault="00DE2958" w:rsidP="00DF55E7">
      <w:pPr>
        <w:ind w:left="1191"/>
        <w:rPr>
          <w:bCs/>
        </w:rPr>
      </w:pPr>
      <w:r w:rsidRPr="00DF55E7">
        <w:rPr>
          <w:bCs/>
        </w:rPr>
        <w:t xml:space="preserve">The response to Jess Brown-Fuller MP’s Q&amp;A session had been positive and the Chairman had been encouraged by the turnout for the event. He congratulated Cllr Mrs Behr on the flowerpot planters installed at Mill </w:t>
      </w:r>
      <w:proofErr w:type="gramStart"/>
      <w:r w:rsidRPr="00DF55E7">
        <w:rPr>
          <w:bCs/>
        </w:rPr>
        <w:t>Farm, and</w:t>
      </w:r>
      <w:proofErr w:type="gramEnd"/>
      <w:r w:rsidRPr="00DF55E7">
        <w:rPr>
          <w:bCs/>
        </w:rPr>
        <w:t xml:space="preserve"> felt they were an attractive addition to the village.  Following on from the previous agenda item, he felt that the biggest issue currently facing the Council was the outcome of the LGR consultation due in July 2026.</w:t>
      </w:r>
    </w:p>
    <w:p w14:paraId="1BC78737" w14:textId="77777777" w:rsidR="00DE2958" w:rsidRPr="00DE2958" w:rsidRDefault="00DE2958" w:rsidP="00DF55E7">
      <w:pPr>
        <w:pStyle w:val="ListParagraph"/>
        <w:ind w:left="360"/>
        <w:rPr>
          <w:b/>
        </w:rPr>
      </w:pPr>
    </w:p>
    <w:p w14:paraId="509B0AC4" w14:textId="28C12447" w:rsidR="00DE2958" w:rsidRPr="00DE2958" w:rsidRDefault="00DE2958" w:rsidP="00DF55E7">
      <w:pPr>
        <w:pStyle w:val="ListParagraph"/>
        <w:numPr>
          <w:ilvl w:val="1"/>
          <w:numId w:val="11"/>
        </w:numPr>
        <w:rPr>
          <w:b/>
        </w:rPr>
      </w:pPr>
      <w:r w:rsidRPr="00DE2958">
        <w:rPr>
          <w:b/>
        </w:rPr>
        <w:t>Clerk’s Report</w:t>
      </w:r>
      <w:r w:rsidR="00DF55E7">
        <w:rPr>
          <w:b/>
        </w:rPr>
        <w:t>:</w:t>
      </w:r>
    </w:p>
    <w:p w14:paraId="66F8ED79" w14:textId="77777777" w:rsidR="00DE2958" w:rsidRPr="00DF55E7" w:rsidRDefault="00DE2958" w:rsidP="00DF55E7">
      <w:pPr>
        <w:ind w:left="1191"/>
        <w:rPr>
          <w:bCs/>
        </w:rPr>
      </w:pPr>
      <w:r w:rsidRPr="00DF55E7">
        <w:rPr>
          <w:bCs/>
        </w:rPr>
        <w:t>The Clerk confirmed that, following the most recent Highways and Amenities Committee and subsequent discussions with County Councillor Trevor Bence, an application for a Traffic Regulation Order was being submitted in relation to the request for a speed review on Lower Bognor Road.</w:t>
      </w:r>
    </w:p>
    <w:p w14:paraId="76BB26DA" w14:textId="77618DE7" w:rsidR="00DE2958" w:rsidRPr="00DE2958" w:rsidRDefault="00DE2958" w:rsidP="00DF55E7">
      <w:pPr>
        <w:pStyle w:val="ListParagraph"/>
        <w:numPr>
          <w:ilvl w:val="1"/>
          <w:numId w:val="11"/>
        </w:numPr>
        <w:rPr>
          <w:b/>
        </w:rPr>
      </w:pPr>
      <w:r w:rsidRPr="00DE2958">
        <w:rPr>
          <w:b/>
        </w:rPr>
        <w:t xml:space="preserve">District </w:t>
      </w:r>
      <w:proofErr w:type="spellStart"/>
      <w:r w:rsidRPr="00DE2958">
        <w:rPr>
          <w:b/>
        </w:rPr>
        <w:t>Councillors’</w:t>
      </w:r>
      <w:proofErr w:type="spellEnd"/>
      <w:r w:rsidRPr="00DE2958">
        <w:rPr>
          <w:b/>
        </w:rPr>
        <w:t xml:space="preserve"> Report</w:t>
      </w:r>
      <w:r w:rsidR="00DF55E7">
        <w:rPr>
          <w:b/>
        </w:rPr>
        <w:t>:</w:t>
      </w:r>
    </w:p>
    <w:p w14:paraId="7D902CC4" w14:textId="5CC7F2E1" w:rsidR="00DE2958" w:rsidRPr="00CB1C3D" w:rsidRDefault="00DE2958" w:rsidP="00CB1C3D">
      <w:pPr>
        <w:ind w:left="1191"/>
        <w:rPr>
          <w:bCs/>
        </w:rPr>
      </w:pPr>
      <w:r w:rsidRPr="00DF55E7">
        <w:rPr>
          <w:bCs/>
        </w:rPr>
        <w:t xml:space="preserve">No new issues </w:t>
      </w:r>
      <w:proofErr w:type="gramStart"/>
      <w:r w:rsidRPr="00DF55E7">
        <w:rPr>
          <w:bCs/>
        </w:rPr>
        <w:t>had</w:t>
      </w:r>
      <w:proofErr w:type="gramEnd"/>
      <w:r w:rsidRPr="00DF55E7">
        <w:rPr>
          <w:bCs/>
        </w:rPr>
        <w:t xml:space="preserve"> arisen since the last report from Cllr Mr Huntley at the Annual Parish Assembly.</w:t>
      </w:r>
    </w:p>
    <w:p w14:paraId="1F126453" w14:textId="34C8D849" w:rsidR="00DE2958" w:rsidRPr="00DE2958" w:rsidRDefault="00DE2958" w:rsidP="00F908EF">
      <w:pPr>
        <w:pStyle w:val="ListParagraph"/>
        <w:numPr>
          <w:ilvl w:val="1"/>
          <w:numId w:val="11"/>
        </w:numPr>
        <w:rPr>
          <w:b/>
        </w:rPr>
      </w:pPr>
      <w:r w:rsidRPr="00DE2958">
        <w:rPr>
          <w:b/>
        </w:rPr>
        <w:t xml:space="preserve">County </w:t>
      </w:r>
      <w:proofErr w:type="spellStart"/>
      <w:r w:rsidRPr="00DE2958">
        <w:rPr>
          <w:b/>
        </w:rPr>
        <w:t>Councillor’s</w:t>
      </w:r>
      <w:proofErr w:type="spellEnd"/>
      <w:r w:rsidRPr="00DE2958">
        <w:rPr>
          <w:b/>
        </w:rPr>
        <w:t xml:space="preserve"> Report</w:t>
      </w:r>
      <w:r w:rsidR="00F908EF">
        <w:rPr>
          <w:b/>
        </w:rPr>
        <w:t>:</w:t>
      </w:r>
    </w:p>
    <w:p w14:paraId="1F9F8737" w14:textId="77777777" w:rsidR="00DE2958" w:rsidRPr="00F908EF" w:rsidRDefault="00DE2958" w:rsidP="00F908EF">
      <w:pPr>
        <w:pStyle w:val="ListParagraph"/>
        <w:numPr>
          <w:ilvl w:val="2"/>
          <w:numId w:val="11"/>
        </w:numPr>
        <w:rPr>
          <w:bCs/>
        </w:rPr>
      </w:pPr>
      <w:r w:rsidRPr="00F908EF">
        <w:rPr>
          <w:bCs/>
        </w:rPr>
        <w:t>Not in attendance.</w:t>
      </w:r>
    </w:p>
    <w:p w14:paraId="183AD5BE" w14:textId="77777777" w:rsidR="00F908EF" w:rsidRDefault="00F908EF" w:rsidP="00F908EF">
      <w:pPr>
        <w:pStyle w:val="ListParagraph"/>
        <w:ind w:left="360"/>
        <w:rPr>
          <w:b/>
        </w:rPr>
      </w:pPr>
    </w:p>
    <w:p w14:paraId="5D7483EB" w14:textId="3F902727" w:rsidR="00DE2958" w:rsidRPr="00DE2958" w:rsidRDefault="00DE2958" w:rsidP="00DE2958">
      <w:pPr>
        <w:pStyle w:val="ListParagraph"/>
        <w:numPr>
          <w:ilvl w:val="0"/>
          <w:numId w:val="11"/>
        </w:numPr>
        <w:rPr>
          <w:b/>
        </w:rPr>
      </w:pPr>
      <w:r w:rsidRPr="00DE2958">
        <w:rPr>
          <w:b/>
        </w:rPr>
        <w:t>Outside bodies reports –</w:t>
      </w:r>
    </w:p>
    <w:p w14:paraId="59F5BCE4" w14:textId="77777777" w:rsidR="00DE2958" w:rsidRPr="00F908EF" w:rsidRDefault="00DE2958" w:rsidP="00F908EF">
      <w:pPr>
        <w:pStyle w:val="ListParagraph"/>
        <w:numPr>
          <w:ilvl w:val="1"/>
          <w:numId w:val="11"/>
        </w:numPr>
        <w:rPr>
          <w:bCs/>
        </w:rPr>
      </w:pPr>
      <w:r w:rsidRPr="00F908EF">
        <w:rPr>
          <w:bCs/>
        </w:rPr>
        <w:t xml:space="preserve">PVHT – no issues to raise.  </w:t>
      </w:r>
    </w:p>
    <w:p w14:paraId="435C4D98" w14:textId="77777777" w:rsidR="00DE2958" w:rsidRPr="00F908EF" w:rsidRDefault="00DE2958" w:rsidP="00F908EF">
      <w:pPr>
        <w:pStyle w:val="ListParagraph"/>
        <w:numPr>
          <w:ilvl w:val="1"/>
          <w:numId w:val="11"/>
        </w:numPr>
        <w:rPr>
          <w:bCs/>
        </w:rPr>
      </w:pPr>
      <w:r w:rsidRPr="00F908EF">
        <w:rPr>
          <w:bCs/>
        </w:rPr>
        <w:t xml:space="preserve">Police liaison – Cllr Mr Manion had attended a cyber fraud prevention presentation and was hoping to arrange for circulation of the slides.  This area of crime was growing, </w:t>
      </w:r>
      <w:proofErr w:type="gramStart"/>
      <w:r w:rsidRPr="00F908EF">
        <w:rPr>
          <w:bCs/>
        </w:rPr>
        <w:t>in particular with</w:t>
      </w:r>
      <w:proofErr w:type="gramEnd"/>
      <w:r w:rsidRPr="00F908EF">
        <w:rPr>
          <w:bCs/>
        </w:rPr>
        <w:t xml:space="preserve"> romance fraud being on the rise.</w:t>
      </w:r>
    </w:p>
    <w:p w14:paraId="4719A718" w14:textId="77777777" w:rsidR="00DE2958" w:rsidRPr="00DE2958" w:rsidRDefault="00DE2958" w:rsidP="00F908EF">
      <w:pPr>
        <w:pStyle w:val="ListParagraph"/>
        <w:ind w:left="360"/>
        <w:rPr>
          <w:b/>
        </w:rPr>
      </w:pPr>
    </w:p>
    <w:p w14:paraId="3E2C2C9E" w14:textId="77777777" w:rsidR="00DE2958" w:rsidRPr="00DE2958" w:rsidRDefault="00DE2958" w:rsidP="00DE2958">
      <w:pPr>
        <w:pStyle w:val="ListParagraph"/>
        <w:numPr>
          <w:ilvl w:val="0"/>
          <w:numId w:val="11"/>
        </w:numPr>
        <w:rPr>
          <w:b/>
        </w:rPr>
      </w:pPr>
      <w:r w:rsidRPr="00DE2958">
        <w:rPr>
          <w:b/>
        </w:rPr>
        <w:t xml:space="preserve">Flooding &amp; Coastal Erosion – Consider any matters arising </w:t>
      </w:r>
    </w:p>
    <w:p w14:paraId="2BE98027" w14:textId="07788FB5" w:rsidR="00DE2958" w:rsidRPr="00F908EF" w:rsidRDefault="00DE2958" w:rsidP="00F908EF">
      <w:pPr>
        <w:pStyle w:val="ListParagraph"/>
        <w:numPr>
          <w:ilvl w:val="1"/>
          <w:numId w:val="11"/>
        </w:numPr>
        <w:rPr>
          <w:b/>
        </w:rPr>
      </w:pPr>
      <w:r w:rsidRPr="00F908EF">
        <w:rPr>
          <w:bCs/>
        </w:rPr>
        <w:t xml:space="preserve">Pagham Flood Defence Trust </w:t>
      </w:r>
      <w:proofErr w:type="gramStart"/>
      <w:r w:rsidRPr="00F908EF">
        <w:rPr>
          <w:bCs/>
        </w:rPr>
        <w:t>was hosting</w:t>
      </w:r>
      <w:proofErr w:type="gramEnd"/>
      <w:r w:rsidRPr="00F908EF">
        <w:rPr>
          <w:bCs/>
        </w:rPr>
        <w:t xml:space="preserve"> 3 professors who had considerable knowledge of the history of the issues with the spit at a meeting this week, to look at the potential next steps for the beach.  </w:t>
      </w:r>
    </w:p>
    <w:p w14:paraId="71D2BA56" w14:textId="77777777" w:rsidR="00F908EF" w:rsidRPr="00F908EF" w:rsidRDefault="00F908EF" w:rsidP="00F908EF">
      <w:pPr>
        <w:pStyle w:val="ListParagraph"/>
        <w:ind w:left="1191"/>
        <w:rPr>
          <w:b/>
        </w:rPr>
      </w:pPr>
    </w:p>
    <w:p w14:paraId="37E6129D" w14:textId="77777777" w:rsidR="00DE2958" w:rsidRPr="00071D5A" w:rsidRDefault="00DE2958" w:rsidP="00DE2958">
      <w:pPr>
        <w:pStyle w:val="ListParagraph"/>
        <w:numPr>
          <w:ilvl w:val="0"/>
          <w:numId w:val="11"/>
        </w:numPr>
        <w:rPr>
          <w:bCs/>
        </w:rPr>
      </w:pPr>
      <w:r w:rsidRPr="00DE2958">
        <w:rPr>
          <w:b/>
        </w:rPr>
        <w:t xml:space="preserve">Committee Minutes &amp; reports – </w:t>
      </w:r>
      <w:r w:rsidRPr="00071D5A">
        <w:rPr>
          <w:bCs/>
        </w:rPr>
        <w:t>to note the meeting notes/minutes &amp; action any recommendations</w:t>
      </w:r>
    </w:p>
    <w:p w14:paraId="1064DE97" w14:textId="77777777" w:rsidR="00DE2958" w:rsidRPr="00071D5A" w:rsidRDefault="00DE2958" w:rsidP="00071D5A">
      <w:pPr>
        <w:pStyle w:val="ListParagraph"/>
        <w:numPr>
          <w:ilvl w:val="1"/>
          <w:numId w:val="11"/>
        </w:numPr>
        <w:rPr>
          <w:bCs/>
        </w:rPr>
      </w:pPr>
      <w:r w:rsidRPr="00071D5A">
        <w:rPr>
          <w:bCs/>
        </w:rPr>
        <w:t xml:space="preserve">Planning Committee meetings </w:t>
      </w:r>
      <w:proofErr w:type="gramStart"/>
      <w:r w:rsidRPr="00071D5A">
        <w:rPr>
          <w:bCs/>
        </w:rPr>
        <w:t>held</w:t>
      </w:r>
      <w:proofErr w:type="gramEnd"/>
      <w:r w:rsidRPr="00071D5A">
        <w:rPr>
          <w:bCs/>
        </w:rPr>
        <w:t xml:space="preserve"> on 12th May 2026 and 26th May 2026. The minutes were </w:t>
      </w:r>
      <w:proofErr w:type="gramStart"/>
      <w:r w:rsidRPr="00071D5A">
        <w:rPr>
          <w:bCs/>
        </w:rPr>
        <w:t>duly noted</w:t>
      </w:r>
      <w:proofErr w:type="gramEnd"/>
      <w:r w:rsidRPr="00071D5A">
        <w:rPr>
          <w:bCs/>
        </w:rPr>
        <w:t>.</w:t>
      </w:r>
    </w:p>
    <w:p w14:paraId="08BBFA43" w14:textId="77777777" w:rsidR="00DE2958" w:rsidRPr="00071D5A" w:rsidRDefault="00DE2958" w:rsidP="00071D5A">
      <w:pPr>
        <w:pStyle w:val="ListParagraph"/>
        <w:numPr>
          <w:ilvl w:val="1"/>
          <w:numId w:val="11"/>
        </w:numPr>
        <w:rPr>
          <w:bCs/>
        </w:rPr>
      </w:pPr>
      <w:r w:rsidRPr="00071D5A">
        <w:rPr>
          <w:bCs/>
        </w:rPr>
        <w:t xml:space="preserve">Highways &amp; Amenities Committee – meeting held on 26th May 2025.  The minutes were </w:t>
      </w:r>
      <w:proofErr w:type="gramStart"/>
      <w:r w:rsidRPr="00071D5A">
        <w:rPr>
          <w:bCs/>
        </w:rPr>
        <w:t>duly noted</w:t>
      </w:r>
      <w:proofErr w:type="gramEnd"/>
      <w:r w:rsidRPr="00071D5A">
        <w:rPr>
          <w:bCs/>
        </w:rPr>
        <w:t xml:space="preserve">.  </w:t>
      </w:r>
    </w:p>
    <w:p w14:paraId="796170B8" w14:textId="536E72AA" w:rsidR="00DE2958" w:rsidRPr="00071D5A" w:rsidRDefault="00DE2958" w:rsidP="00071D5A">
      <w:pPr>
        <w:pStyle w:val="ListParagraph"/>
        <w:numPr>
          <w:ilvl w:val="1"/>
          <w:numId w:val="11"/>
        </w:numPr>
        <w:rPr>
          <w:b/>
        </w:rPr>
      </w:pPr>
      <w:r w:rsidRPr="00071D5A">
        <w:rPr>
          <w:bCs/>
        </w:rPr>
        <w:t>Finance Committee meeting – no meeting held since the last Full Council meeting</w:t>
      </w:r>
      <w:r w:rsidRPr="00DE2958">
        <w:rPr>
          <w:b/>
        </w:rPr>
        <w:t>.</w:t>
      </w:r>
    </w:p>
    <w:p w14:paraId="2A2E370F" w14:textId="77777777" w:rsidR="00DE2958" w:rsidRPr="00DE2958" w:rsidRDefault="00DE2958" w:rsidP="00071D5A">
      <w:pPr>
        <w:pStyle w:val="ListParagraph"/>
        <w:ind w:left="360"/>
        <w:rPr>
          <w:b/>
        </w:rPr>
      </w:pPr>
    </w:p>
    <w:p w14:paraId="4A0309CC" w14:textId="77777777" w:rsidR="00DE2958" w:rsidRPr="00DE2958" w:rsidRDefault="00DE2958" w:rsidP="00DE2958">
      <w:pPr>
        <w:pStyle w:val="ListParagraph"/>
        <w:numPr>
          <w:ilvl w:val="0"/>
          <w:numId w:val="11"/>
        </w:numPr>
        <w:rPr>
          <w:b/>
        </w:rPr>
      </w:pPr>
      <w:r w:rsidRPr="00DE2958">
        <w:rPr>
          <w:b/>
        </w:rPr>
        <w:t>Finance</w:t>
      </w:r>
    </w:p>
    <w:p w14:paraId="719BBEA8" w14:textId="77777777" w:rsidR="00DE2958" w:rsidRPr="00AE37A7" w:rsidRDefault="00DE2958" w:rsidP="00071D5A">
      <w:pPr>
        <w:pStyle w:val="ListParagraph"/>
        <w:numPr>
          <w:ilvl w:val="1"/>
          <w:numId w:val="11"/>
        </w:numPr>
        <w:rPr>
          <w:bCs/>
        </w:rPr>
      </w:pPr>
      <w:r w:rsidRPr="00AE37A7">
        <w:rPr>
          <w:bCs/>
        </w:rPr>
        <w:t xml:space="preserve">Receive accounts for the period ending 31st May 2026 (previously issued) </w:t>
      </w:r>
    </w:p>
    <w:p w14:paraId="7EEE3447" w14:textId="45C43FE7" w:rsidR="00DE2958" w:rsidRPr="00AE37A7" w:rsidRDefault="00DE2958" w:rsidP="00071D5A">
      <w:pPr>
        <w:pStyle w:val="ListParagraph"/>
        <w:ind w:left="1191"/>
        <w:rPr>
          <w:bCs/>
        </w:rPr>
      </w:pPr>
      <w:r w:rsidRPr="00AE37A7">
        <w:rPr>
          <w:bCs/>
        </w:rPr>
        <w:t>It was RESOLVED to receive and approve the accounts.</w:t>
      </w:r>
    </w:p>
    <w:p w14:paraId="443076E3" w14:textId="77777777" w:rsidR="00AE37A7" w:rsidRDefault="00DE2958" w:rsidP="00AE37A7">
      <w:pPr>
        <w:pStyle w:val="ListParagraph"/>
        <w:numPr>
          <w:ilvl w:val="1"/>
          <w:numId w:val="11"/>
        </w:numPr>
        <w:rPr>
          <w:bCs/>
        </w:rPr>
      </w:pPr>
      <w:r w:rsidRPr="00AE37A7">
        <w:rPr>
          <w:bCs/>
        </w:rPr>
        <w:t xml:space="preserve">Reconciliations for period ending 31st May 2026 – Cllr </w:t>
      </w:r>
      <w:proofErr w:type="spellStart"/>
      <w:r w:rsidRPr="00AE37A7">
        <w:rPr>
          <w:bCs/>
        </w:rPr>
        <w:t>Ms</w:t>
      </w:r>
      <w:proofErr w:type="spellEnd"/>
      <w:r w:rsidRPr="00AE37A7">
        <w:rPr>
          <w:bCs/>
        </w:rPr>
        <w:t xml:space="preserve"> Palmer would review the reconciliation outside of the meeting.</w:t>
      </w:r>
    </w:p>
    <w:p w14:paraId="0B47C7F2" w14:textId="0A4996F2" w:rsidR="00DE2958" w:rsidRPr="00AE37A7" w:rsidRDefault="00DE2958" w:rsidP="00AE37A7">
      <w:pPr>
        <w:pStyle w:val="ListParagraph"/>
        <w:numPr>
          <w:ilvl w:val="1"/>
          <w:numId w:val="11"/>
        </w:numPr>
        <w:rPr>
          <w:bCs/>
        </w:rPr>
      </w:pPr>
      <w:r w:rsidRPr="00AE37A7">
        <w:rPr>
          <w:bCs/>
        </w:rPr>
        <w:t xml:space="preserve">Orders for Payment were presented to the meeting.  It was RESOLVED to approve payments of £4202.10 (£29.54 </w:t>
      </w:r>
      <w:proofErr w:type="gramStart"/>
      <w:r w:rsidRPr="00AE37A7">
        <w:rPr>
          <w:bCs/>
        </w:rPr>
        <w:t>of</w:t>
      </w:r>
      <w:proofErr w:type="gramEnd"/>
      <w:r w:rsidRPr="00AE37A7">
        <w:rPr>
          <w:bCs/>
        </w:rPr>
        <w:t xml:space="preserve"> VAT).</w:t>
      </w:r>
    </w:p>
    <w:p w14:paraId="5BCE43D0" w14:textId="77777777" w:rsidR="00DE2958" w:rsidRPr="00DE2958" w:rsidRDefault="00DE2958" w:rsidP="00AE37A7">
      <w:pPr>
        <w:pStyle w:val="ListParagraph"/>
        <w:ind w:left="360"/>
        <w:rPr>
          <w:b/>
        </w:rPr>
      </w:pPr>
    </w:p>
    <w:p w14:paraId="130C658C" w14:textId="77777777" w:rsidR="00DE2958" w:rsidRPr="00DE2958" w:rsidRDefault="00DE2958" w:rsidP="00DE2958">
      <w:pPr>
        <w:pStyle w:val="ListParagraph"/>
        <w:numPr>
          <w:ilvl w:val="0"/>
          <w:numId w:val="11"/>
        </w:numPr>
        <w:rPr>
          <w:b/>
        </w:rPr>
      </w:pPr>
      <w:r w:rsidRPr="00DE2958">
        <w:rPr>
          <w:b/>
        </w:rPr>
        <w:t>Governance</w:t>
      </w:r>
    </w:p>
    <w:p w14:paraId="5DA05D50" w14:textId="77777777" w:rsidR="00DE2958" w:rsidRPr="00AE37A7" w:rsidRDefault="00DE2958" w:rsidP="00AE37A7">
      <w:pPr>
        <w:pStyle w:val="ListParagraph"/>
        <w:numPr>
          <w:ilvl w:val="1"/>
          <w:numId w:val="11"/>
        </w:numPr>
        <w:rPr>
          <w:bCs/>
        </w:rPr>
      </w:pPr>
      <w:r w:rsidRPr="00AE37A7">
        <w:rPr>
          <w:bCs/>
        </w:rPr>
        <w:t xml:space="preserve">GDPR training and support – the Clerk had circulated a report outlining options for the Council to consider </w:t>
      </w:r>
      <w:proofErr w:type="gramStart"/>
      <w:r w:rsidRPr="00AE37A7">
        <w:rPr>
          <w:bCs/>
        </w:rPr>
        <w:t>to ensure</w:t>
      </w:r>
      <w:proofErr w:type="gramEnd"/>
      <w:r w:rsidRPr="00AE37A7">
        <w:rPr>
          <w:bCs/>
        </w:rPr>
        <w:t xml:space="preserve"> compliance with the requirements for GDPR training and support for Councillors and staff.  This would allow the Council to be confident that the required standards were being met and documented going forwards, to assist with confirmation for Assertion 10 of the Annual Governance and Accountability Return (AGAR).  It was RESOLVED to sign up to the package offered by Breakthrough Communications.</w:t>
      </w:r>
    </w:p>
    <w:p w14:paraId="6C289B67" w14:textId="77777777" w:rsidR="00DE2958" w:rsidRPr="00DE2958" w:rsidRDefault="00DE2958" w:rsidP="006E14C5">
      <w:pPr>
        <w:pStyle w:val="ListParagraph"/>
        <w:ind w:left="360"/>
        <w:rPr>
          <w:b/>
        </w:rPr>
      </w:pPr>
    </w:p>
    <w:p w14:paraId="6CDEBA59" w14:textId="77777777" w:rsidR="00DE2958" w:rsidRPr="00DE2958" w:rsidRDefault="00DE2958" w:rsidP="00C55CB2">
      <w:pPr>
        <w:pStyle w:val="ListParagraph"/>
        <w:ind w:left="360"/>
        <w:rPr>
          <w:b/>
        </w:rPr>
      </w:pPr>
      <w:r w:rsidRPr="00DE2958">
        <w:rPr>
          <w:b/>
        </w:rPr>
        <w:t>Date of Next Meeting</w:t>
      </w:r>
    </w:p>
    <w:p w14:paraId="33AB3656" w14:textId="77777777" w:rsidR="00CB1C3D" w:rsidRDefault="00DE2958" w:rsidP="00CB1C3D">
      <w:pPr>
        <w:pStyle w:val="ListParagraph"/>
        <w:ind w:left="360"/>
      </w:pPr>
      <w:r w:rsidRPr="00DE2958">
        <w:rPr>
          <w:b/>
        </w:rPr>
        <w:t>15th July 2026</w:t>
      </w:r>
      <w:r w:rsidR="00C04199">
        <w:br/>
      </w:r>
    </w:p>
    <w:p w14:paraId="08D41A05" w14:textId="77777777" w:rsidR="00CB1C3D" w:rsidRDefault="00CB1C3D" w:rsidP="00CB1C3D">
      <w:pPr>
        <w:pStyle w:val="ListParagraph"/>
        <w:ind w:left="360"/>
      </w:pPr>
    </w:p>
    <w:p w14:paraId="58882E46" w14:textId="77777777" w:rsidR="00CB1C3D" w:rsidRDefault="00CB1C3D" w:rsidP="00CB1C3D">
      <w:pPr>
        <w:pStyle w:val="ListParagraph"/>
        <w:ind w:left="360"/>
      </w:pPr>
    </w:p>
    <w:p w14:paraId="6A6BE2A8" w14:textId="4BF6DCFA" w:rsidR="00270F4F" w:rsidRDefault="00C04199" w:rsidP="00CB1C3D">
      <w:pPr>
        <w:pStyle w:val="ListParagraph"/>
        <w:ind w:left="360"/>
      </w:pPr>
      <w:r>
        <w:t xml:space="preserve">Signed </w:t>
      </w:r>
      <w:r w:rsidR="00CB1C3D">
        <w:t>C</w:t>
      </w:r>
      <w:r>
        <w:t>hairman: ____________________       Date: ____________________</w:t>
      </w:r>
      <w:r>
        <w:br/>
      </w:r>
    </w:p>
    <w:sectPr w:rsidR="00270F4F" w:rsidSect="00CB1C3D">
      <w:pgSz w:w="12240" w:h="15840"/>
      <w:pgMar w:top="993" w:right="1440"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957722F"/>
    <w:multiLevelType w:val="multilevel"/>
    <w:tmpl w:val="4D4A68A6"/>
    <w:lvl w:ilvl="0">
      <w:start w:val="2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C415A7F"/>
    <w:multiLevelType w:val="multilevel"/>
    <w:tmpl w:val="18222B7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i w:val="0"/>
        <w:iCs w:val="0"/>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5EE0F43"/>
    <w:multiLevelType w:val="multilevel"/>
    <w:tmpl w:val="B3FC744C"/>
    <w:lvl w:ilvl="0">
      <w:start w:val="17"/>
      <w:numFmt w:val="decimal"/>
      <w:lvlText w:val="%1."/>
      <w:lvlJc w:val="left"/>
      <w:pPr>
        <w:ind w:left="360" w:hanging="360"/>
      </w:pPr>
      <w:rPr>
        <w:rFonts w:hint="default"/>
        <w:b/>
        <w:bCs/>
      </w:rPr>
    </w:lvl>
    <w:lvl w:ilvl="1">
      <w:start w:val="1"/>
      <w:numFmt w:val="decimal"/>
      <w:lvlText w:val="%1.%2."/>
      <w:lvlJc w:val="left"/>
      <w:pPr>
        <w:ind w:left="1191" w:hanging="831"/>
      </w:pPr>
      <w:rPr>
        <w:rFonts w:hint="default"/>
        <w:b w:val="0"/>
        <w:bCs w:val="0"/>
      </w:rPr>
    </w:lvl>
    <w:lvl w:ilvl="2">
      <w:start w:val="1"/>
      <w:numFmt w:val="decimal"/>
      <w:lvlText w:val="%1.%2.%3."/>
      <w:lvlJc w:val="left"/>
      <w:pPr>
        <w:ind w:left="1814" w:hanging="10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A1E338C"/>
    <w:multiLevelType w:val="hybridMultilevel"/>
    <w:tmpl w:val="A3CEB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0708173">
    <w:abstractNumId w:val="8"/>
  </w:num>
  <w:num w:numId="2" w16cid:durableId="1312716161">
    <w:abstractNumId w:val="6"/>
  </w:num>
  <w:num w:numId="3" w16cid:durableId="320502540">
    <w:abstractNumId w:val="5"/>
  </w:num>
  <w:num w:numId="4" w16cid:durableId="433743926">
    <w:abstractNumId w:val="4"/>
  </w:num>
  <w:num w:numId="5" w16cid:durableId="1677226138">
    <w:abstractNumId w:val="7"/>
  </w:num>
  <w:num w:numId="6" w16cid:durableId="804734827">
    <w:abstractNumId w:val="3"/>
  </w:num>
  <w:num w:numId="7" w16cid:durableId="39130478">
    <w:abstractNumId w:val="2"/>
  </w:num>
  <w:num w:numId="8" w16cid:durableId="1309162408">
    <w:abstractNumId w:val="1"/>
  </w:num>
  <w:num w:numId="9" w16cid:durableId="1020859948">
    <w:abstractNumId w:val="0"/>
  </w:num>
  <w:num w:numId="10" w16cid:durableId="1441758602">
    <w:abstractNumId w:val="9"/>
  </w:num>
  <w:num w:numId="11" w16cid:durableId="772480451">
    <w:abstractNumId w:val="11"/>
  </w:num>
  <w:num w:numId="12" w16cid:durableId="1858348113">
    <w:abstractNumId w:val="11"/>
    <w:lvlOverride w:ilvl="0">
      <w:lvl w:ilvl="0">
        <w:start w:val="40"/>
        <w:numFmt w:val="decimal"/>
        <w:lvlText w:val="%1."/>
        <w:lvlJc w:val="left"/>
        <w:pPr>
          <w:ind w:left="360" w:hanging="360"/>
        </w:pPr>
        <w:rPr>
          <w:rFonts w:hint="default"/>
          <w:b/>
          <w:bCs/>
        </w:rPr>
      </w:lvl>
    </w:lvlOverride>
    <w:lvlOverride w:ilvl="1">
      <w:lvl w:ilvl="1">
        <w:start w:val="1"/>
        <w:numFmt w:val="decimal"/>
        <w:lvlText w:val="%1.%2."/>
        <w:lvlJc w:val="left"/>
        <w:pPr>
          <w:ind w:left="792" w:hanging="735"/>
        </w:pPr>
        <w:rPr>
          <w:rFonts w:hint="default"/>
          <w:b w:val="0"/>
          <w:bCs w:val="0"/>
        </w:rPr>
      </w:lvl>
    </w:lvlOverride>
    <w:lvlOverride w:ilvl="2">
      <w:lvl w:ilvl="2">
        <w:start w:val="1"/>
        <w:numFmt w:val="decimal"/>
        <w:lvlText w:val="%1.%2.%3."/>
        <w:lvlJc w:val="left"/>
        <w:pPr>
          <w:ind w:left="1814" w:hanging="109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1408377340">
    <w:abstractNumId w:val="11"/>
    <w:lvlOverride w:ilvl="0">
      <w:lvl w:ilvl="0">
        <w:start w:val="40"/>
        <w:numFmt w:val="decimal"/>
        <w:lvlText w:val="%1."/>
        <w:lvlJc w:val="left"/>
        <w:pPr>
          <w:ind w:left="360" w:hanging="360"/>
        </w:pPr>
        <w:rPr>
          <w:rFonts w:hint="default"/>
          <w:b/>
          <w:bCs/>
        </w:rPr>
      </w:lvl>
    </w:lvlOverride>
    <w:lvlOverride w:ilvl="1">
      <w:lvl w:ilvl="1">
        <w:start w:val="1"/>
        <w:numFmt w:val="decimal"/>
        <w:lvlText w:val="%1.%2."/>
        <w:lvlJc w:val="left"/>
        <w:pPr>
          <w:ind w:left="1134" w:hanging="1077"/>
        </w:pPr>
        <w:rPr>
          <w:rFonts w:hint="default"/>
          <w:b w:val="0"/>
          <w:bCs w:val="0"/>
        </w:rPr>
      </w:lvl>
    </w:lvlOverride>
    <w:lvlOverride w:ilvl="2">
      <w:lvl w:ilvl="2">
        <w:start w:val="1"/>
        <w:numFmt w:val="decimal"/>
        <w:lvlText w:val="%1.%2.%3."/>
        <w:lvlJc w:val="left"/>
        <w:pPr>
          <w:ind w:left="1814" w:hanging="109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16cid:durableId="858856156">
    <w:abstractNumId w:val="10"/>
  </w:num>
  <w:num w:numId="15" w16cid:durableId="5167775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E3E"/>
    <w:rsid w:val="000135F7"/>
    <w:rsid w:val="00034616"/>
    <w:rsid w:val="0006063C"/>
    <w:rsid w:val="000659E7"/>
    <w:rsid w:val="00071D5A"/>
    <w:rsid w:val="00094B0A"/>
    <w:rsid w:val="000E1409"/>
    <w:rsid w:val="000E5613"/>
    <w:rsid w:val="000E70E0"/>
    <w:rsid w:val="000F68A5"/>
    <w:rsid w:val="00122A26"/>
    <w:rsid w:val="00130D6A"/>
    <w:rsid w:val="0015074B"/>
    <w:rsid w:val="00151A2D"/>
    <w:rsid w:val="001654B7"/>
    <w:rsid w:val="0018590E"/>
    <w:rsid w:val="001B0424"/>
    <w:rsid w:val="001B51F2"/>
    <w:rsid w:val="001C16D1"/>
    <w:rsid w:val="001E7403"/>
    <w:rsid w:val="001F5C54"/>
    <w:rsid w:val="002159C2"/>
    <w:rsid w:val="00227957"/>
    <w:rsid w:val="00244F60"/>
    <w:rsid w:val="00245A45"/>
    <w:rsid w:val="0024690B"/>
    <w:rsid w:val="00270F4F"/>
    <w:rsid w:val="00276414"/>
    <w:rsid w:val="0028398E"/>
    <w:rsid w:val="0029639D"/>
    <w:rsid w:val="002A680A"/>
    <w:rsid w:val="002D0129"/>
    <w:rsid w:val="002F3C65"/>
    <w:rsid w:val="002F5B99"/>
    <w:rsid w:val="00326F90"/>
    <w:rsid w:val="00330CBB"/>
    <w:rsid w:val="003516F5"/>
    <w:rsid w:val="00357797"/>
    <w:rsid w:val="00375526"/>
    <w:rsid w:val="00375CB8"/>
    <w:rsid w:val="003817EE"/>
    <w:rsid w:val="003C798D"/>
    <w:rsid w:val="003D31C4"/>
    <w:rsid w:val="003F35C5"/>
    <w:rsid w:val="004353F7"/>
    <w:rsid w:val="00436EB9"/>
    <w:rsid w:val="00472921"/>
    <w:rsid w:val="004F1500"/>
    <w:rsid w:val="005156A2"/>
    <w:rsid w:val="00544D28"/>
    <w:rsid w:val="005507DC"/>
    <w:rsid w:val="00584697"/>
    <w:rsid w:val="005B18E1"/>
    <w:rsid w:val="005F20F9"/>
    <w:rsid w:val="00607AD6"/>
    <w:rsid w:val="00633196"/>
    <w:rsid w:val="0064760B"/>
    <w:rsid w:val="006B62B2"/>
    <w:rsid w:val="006E0463"/>
    <w:rsid w:val="006E0F37"/>
    <w:rsid w:val="006E14C5"/>
    <w:rsid w:val="006F2C1A"/>
    <w:rsid w:val="00706EDD"/>
    <w:rsid w:val="00761382"/>
    <w:rsid w:val="00781BAA"/>
    <w:rsid w:val="007851B7"/>
    <w:rsid w:val="007B3869"/>
    <w:rsid w:val="00823A18"/>
    <w:rsid w:val="00831F7B"/>
    <w:rsid w:val="00834044"/>
    <w:rsid w:val="00861D3B"/>
    <w:rsid w:val="008848AE"/>
    <w:rsid w:val="008B7315"/>
    <w:rsid w:val="008D7A5C"/>
    <w:rsid w:val="008E1FBA"/>
    <w:rsid w:val="009234C6"/>
    <w:rsid w:val="00953617"/>
    <w:rsid w:val="00961989"/>
    <w:rsid w:val="009700CB"/>
    <w:rsid w:val="009732D3"/>
    <w:rsid w:val="00981A45"/>
    <w:rsid w:val="009C7204"/>
    <w:rsid w:val="009F669A"/>
    <w:rsid w:val="00A22FAD"/>
    <w:rsid w:val="00A438BA"/>
    <w:rsid w:val="00AA1D8D"/>
    <w:rsid w:val="00AB03DE"/>
    <w:rsid w:val="00AE37A7"/>
    <w:rsid w:val="00AE4F19"/>
    <w:rsid w:val="00AE79BB"/>
    <w:rsid w:val="00B067D9"/>
    <w:rsid w:val="00B20494"/>
    <w:rsid w:val="00B27E04"/>
    <w:rsid w:val="00B4249C"/>
    <w:rsid w:val="00B47730"/>
    <w:rsid w:val="00B92EEF"/>
    <w:rsid w:val="00BA3D99"/>
    <w:rsid w:val="00BB0A86"/>
    <w:rsid w:val="00BB463B"/>
    <w:rsid w:val="00BC0E08"/>
    <w:rsid w:val="00BD3379"/>
    <w:rsid w:val="00BF1CB7"/>
    <w:rsid w:val="00C00594"/>
    <w:rsid w:val="00C03A83"/>
    <w:rsid w:val="00C04199"/>
    <w:rsid w:val="00C05BE7"/>
    <w:rsid w:val="00C24E13"/>
    <w:rsid w:val="00C42754"/>
    <w:rsid w:val="00C45AE2"/>
    <w:rsid w:val="00C55CB2"/>
    <w:rsid w:val="00C711CF"/>
    <w:rsid w:val="00CA547A"/>
    <w:rsid w:val="00CB0664"/>
    <w:rsid w:val="00CB1C3D"/>
    <w:rsid w:val="00CC0A64"/>
    <w:rsid w:val="00CC7948"/>
    <w:rsid w:val="00CF3320"/>
    <w:rsid w:val="00D3659B"/>
    <w:rsid w:val="00D86212"/>
    <w:rsid w:val="00DB179F"/>
    <w:rsid w:val="00DB4CE2"/>
    <w:rsid w:val="00DE2958"/>
    <w:rsid w:val="00DE7A90"/>
    <w:rsid w:val="00DF55E7"/>
    <w:rsid w:val="00E3349B"/>
    <w:rsid w:val="00E4490B"/>
    <w:rsid w:val="00E66CE6"/>
    <w:rsid w:val="00E81FCC"/>
    <w:rsid w:val="00E8397C"/>
    <w:rsid w:val="00EA1CD8"/>
    <w:rsid w:val="00EA35A7"/>
    <w:rsid w:val="00EB1EAC"/>
    <w:rsid w:val="00EC540F"/>
    <w:rsid w:val="00ED6141"/>
    <w:rsid w:val="00ED7D3E"/>
    <w:rsid w:val="00F317AF"/>
    <w:rsid w:val="00F56375"/>
    <w:rsid w:val="00F8771B"/>
    <w:rsid w:val="00F908EF"/>
    <w:rsid w:val="00FA7B91"/>
    <w:rsid w:val="00FB5434"/>
    <w:rsid w:val="00FC693F"/>
    <w:rsid w:val="00FD22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A733"/>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222222"/>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669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66CE6"/>
    <w:rPr>
      <w:color w:val="0000FF" w:themeColor="hyperlink"/>
      <w:u w:val="single"/>
    </w:rPr>
  </w:style>
  <w:style w:type="character" w:styleId="UnresolvedMention">
    <w:name w:val="Unresolved Mention"/>
    <w:basedOn w:val="DefaultParagraphFont"/>
    <w:uiPriority w:val="99"/>
    <w:semiHidden/>
    <w:unhideWhenUsed/>
    <w:rsid w:val="00E66C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994</Words>
  <Characters>5669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17</cp:revision>
  <dcterms:created xsi:type="dcterms:W3CDTF">2026-09-29T12:09:00Z</dcterms:created>
  <dcterms:modified xsi:type="dcterms:W3CDTF">2026-09-29T12:24:00Z</dcterms:modified>
  <cp:category/>
</cp:coreProperties>
</file>