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208BFBE3"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9732D3">
        <w:rPr>
          <w:rStyle w:val="Heading1Char"/>
        </w:rPr>
        <w:t>a Meeting of the</w:t>
      </w:r>
      <w:r w:rsidRPr="002A680A">
        <w:rPr>
          <w:rStyle w:val="Heading1Char"/>
        </w:rPr>
        <w:t xml:space="preserve"> Full Council</w:t>
      </w:r>
    </w:p>
    <w:p w14:paraId="699417A1" w14:textId="77777777" w:rsidR="00270F4F" w:rsidRDefault="00C04199">
      <w:pPr>
        <w:pStyle w:val="Heading2"/>
      </w:pPr>
      <w:r>
        <w:t>Meeting Details</w:t>
      </w:r>
    </w:p>
    <w:p w14:paraId="715B6609" w14:textId="61A62C77" w:rsidR="00270F4F" w:rsidRDefault="00C04199">
      <w:r>
        <w:rPr>
          <w:b/>
        </w:rPr>
        <w:t xml:space="preserve">• Date and Time: </w:t>
      </w:r>
      <w:r>
        <w:t xml:space="preserve">Tuesday </w:t>
      </w:r>
      <w:r w:rsidR="00BD3379">
        <w:t>22</w:t>
      </w:r>
      <w:r w:rsidR="00BD3379" w:rsidRPr="00BD3379">
        <w:rPr>
          <w:vertAlign w:val="superscript"/>
        </w:rPr>
        <w:t>nd</w:t>
      </w:r>
      <w:r w:rsidR="00BD3379">
        <w:t xml:space="preserve"> September</w:t>
      </w:r>
      <w:r>
        <w:t xml:space="preserve"> 2026 at 7.45pm</w:t>
      </w:r>
      <w:r>
        <w:br/>
      </w:r>
      <w:r>
        <w:rPr>
          <w:b/>
        </w:rPr>
        <w:t xml:space="preserve">• Venue: </w:t>
      </w:r>
      <w:r>
        <w:t>The Small Hall, Pagham Village Hall, Pagham Road, Pagham, PO21 4NJ</w:t>
      </w:r>
      <w:r>
        <w:br/>
      </w:r>
      <w:r>
        <w:rPr>
          <w:b/>
        </w:rPr>
        <w:t xml:space="preserve">• Present: </w:t>
      </w:r>
      <w:r>
        <w:t>Councillors Mr P Atkins (Chairman), Mr J Carr, Mr P Cooper, Mr M Howard, Mr D Huntley, Mr I Manion &amp; Ms R Palmer</w:t>
      </w:r>
      <w:r>
        <w:br/>
      </w:r>
      <w:r>
        <w:rPr>
          <w:b/>
        </w:rPr>
        <w:t xml:space="preserve">• In Attendance: </w:t>
      </w:r>
      <w:r>
        <w:t>Mrs N</w:t>
      </w:r>
      <w:r w:rsidR="00B4249C">
        <w:t xml:space="preserve"> </w:t>
      </w:r>
      <w:r>
        <w:t>Swann (Clerk &amp; RFO)</w:t>
      </w:r>
      <w:r w:rsidR="00B4249C">
        <w:t>, WSCC Councillor Mr T Bence</w:t>
      </w:r>
    </w:p>
    <w:p w14:paraId="1304712C" w14:textId="77777777" w:rsidR="002A680A" w:rsidRDefault="002A680A"/>
    <w:p w14:paraId="15CD78D6" w14:textId="357C112A" w:rsidR="003C798D" w:rsidRDefault="00C04199" w:rsidP="00B4249C">
      <w:pPr>
        <w:pStyle w:val="ListParagraph"/>
        <w:numPr>
          <w:ilvl w:val="0"/>
          <w:numId w:val="11"/>
        </w:numPr>
      </w:pPr>
      <w:r w:rsidRPr="003C798D">
        <w:rPr>
          <w:b/>
        </w:rPr>
        <w:t>Apologies from Members:</w:t>
      </w:r>
      <w:r w:rsidR="00B4249C">
        <w:rPr>
          <w:b/>
        </w:rPr>
        <w:t xml:space="preserve"> </w:t>
      </w:r>
      <w:r w:rsidR="00AE79BB">
        <w:t>Mrs J Behr,</w:t>
      </w:r>
      <w:r w:rsidR="00357797">
        <w:t xml:space="preserve"> Mrs P Hilton</w:t>
      </w:r>
      <w:r w:rsidR="00BC0E08">
        <w:t xml:space="preserve"> &amp;</w:t>
      </w:r>
      <w:r w:rsidR="00AE79BB">
        <w:t xml:space="preserve"> Mrs D Hall,</w:t>
      </w:r>
    </w:p>
    <w:p w14:paraId="0E99217E" w14:textId="77777777" w:rsidR="003C798D" w:rsidRDefault="003C798D" w:rsidP="003C798D">
      <w:pPr>
        <w:pStyle w:val="ListParagraph"/>
        <w:ind w:left="360"/>
      </w:pPr>
    </w:p>
    <w:p w14:paraId="35EB2658" w14:textId="55D80CA6" w:rsidR="005B18E1" w:rsidRDefault="00C04199" w:rsidP="005B18E1">
      <w:pPr>
        <w:pStyle w:val="ListParagraph"/>
        <w:numPr>
          <w:ilvl w:val="0"/>
          <w:numId w:val="11"/>
        </w:numPr>
      </w:pPr>
      <w:r w:rsidRPr="003C798D">
        <w:rPr>
          <w:b/>
        </w:rPr>
        <w:t xml:space="preserve">Declarations of Interest and Dispensation Requests: </w:t>
      </w:r>
      <w:r>
        <w:t>Cllr Mr Huntley stated that he had a disclosable pecuniary interest in item 8 (Flooding &amp; Coastal Erosion) as he has a beneficial interest in that part of Pagham which is within the area of a serious risk of flooding arising from changing tidal patterns and erosion of the foreshore (the Area) and any decision taken might relate to action to be taken regarding measures taken to protect the Area and requested that it be recorded in the Minutes that he will be taking part in the debate and voting on the item as authorised by the Dispensation granted by Pagham Parish Council at their meeting on 31st July 2012 (minute 61.12c). Mr Huntley was also a trustee of the Pagham Flood Defence Trust.</w:t>
      </w:r>
      <w:r>
        <w:br/>
        <w:t>Cllr Mr Atkins stated that he had an interest in agenda item 8 (Coastal Erosion) as Chairman of the Pagham Flood Defence Trust.</w:t>
      </w:r>
    </w:p>
    <w:p w14:paraId="52CC47F0" w14:textId="77777777" w:rsidR="003C798D" w:rsidRDefault="003C798D" w:rsidP="003C798D">
      <w:pPr>
        <w:pStyle w:val="ListParagraph"/>
      </w:pPr>
    </w:p>
    <w:p w14:paraId="52CF536D" w14:textId="77777777" w:rsidR="003C798D" w:rsidRDefault="003C798D" w:rsidP="003C798D">
      <w:pPr>
        <w:pStyle w:val="ListParagraph"/>
        <w:numPr>
          <w:ilvl w:val="0"/>
          <w:numId w:val="11"/>
        </w:numPr>
      </w:pPr>
      <w:r w:rsidRPr="003C798D">
        <w:rPr>
          <w:b/>
        </w:rPr>
        <w:t>P</w:t>
      </w:r>
      <w:r w:rsidR="00C04199" w:rsidRPr="003C798D">
        <w:rPr>
          <w:b/>
        </w:rPr>
        <w:t xml:space="preserve">ublic Session: </w:t>
      </w:r>
      <w:r w:rsidR="00C04199" w:rsidRPr="00ED6141">
        <w:rPr>
          <w:color w:val="auto"/>
        </w:rPr>
        <w:t>No</w:t>
      </w:r>
      <w:r w:rsidR="00C04199">
        <w:t xml:space="preserve"> members of the public were present.</w:t>
      </w:r>
    </w:p>
    <w:p w14:paraId="32C1AD37" w14:textId="77777777" w:rsidR="003C798D" w:rsidRPr="003C798D" w:rsidRDefault="003C798D" w:rsidP="003C798D">
      <w:pPr>
        <w:pStyle w:val="ListParagraph"/>
        <w:ind w:left="360"/>
      </w:pPr>
    </w:p>
    <w:p w14:paraId="51000A11" w14:textId="4E01C786" w:rsidR="003C798D" w:rsidRDefault="00C04199" w:rsidP="003C798D">
      <w:pPr>
        <w:pStyle w:val="ListParagraph"/>
        <w:numPr>
          <w:ilvl w:val="0"/>
          <w:numId w:val="11"/>
        </w:numPr>
      </w:pPr>
      <w:r w:rsidRPr="003C798D">
        <w:rPr>
          <w:b/>
        </w:rPr>
        <w:t xml:space="preserve">Minutes of the Previous Meeting: </w:t>
      </w:r>
      <w:r>
        <w:t xml:space="preserve">It was RESOLVED to approve the minutes of the Council meeting held </w:t>
      </w:r>
      <w:r w:rsidR="009700CB">
        <w:t>28</w:t>
      </w:r>
      <w:r w:rsidR="009700CB" w:rsidRPr="009700CB">
        <w:rPr>
          <w:vertAlign w:val="superscript"/>
        </w:rPr>
        <w:t>th</w:t>
      </w:r>
      <w:r w:rsidR="009700CB">
        <w:t xml:space="preserve"> July</w:t>
      </w:r>
      <w:r>
        <w:t xml:space="preserve"> 2026. The Chairman was authorised to sign the minutes accordingly</w:t>
      </w:r>
    </w:p>
    <w:p w14:paraId="7BADA99B" w14:textId="77777777" w:rsidR="003C798D" w:rsidRPr="003C798D" w:rsidRDefault="003C798D" w:rsidP="003C798D">
      <w:pPr>
        <w:pStyle w:val="ListParagraph"/>
        <w:ind w:left="360"/>
      </w:pPr>
    </w:p>
    <w:p w14:paraId="454B7BD2" w14:textId="4B1EE7C1" w:rsidR="003C798D" w:rsidRDefault="00C04199" w:rsidP="003C798D">
      <w:pPr>
        <w:pStyle w:val="ListParagraph"/>
        <w:numPr>
          <w:ilvl w:val="0"/>
          <w:numId w:val="11"/>
        </w:numPr>
      </w:pPr>
      <w:r w:rsidRPr="003C798D">
        <w:rPr>
          <w:b/>
        </w:rPr>
        <w:t xml:space="preserve">Matters Arising from the Minutes: </w:t>
      </w:r>
      <w:r>
        <w:t>None.</w:t>
      </w:r>
    </w:p>
    <w:p w14:paraId="3FF0172B" w14:textId="77777777" w:rsidR="003C798D" w:rsidRPr="003C798D" w:rsidRDefault="003C798D" w:rsidP="003C798D">
      <w:pPr>
        <w:pStyle w:val="ListParagraph"/>
        <w:spacing w:after="0"/>
        <w:ind w:left="357"/>
      </w:pPr>
    </w:p>
    <w:p w14:paraId="0401F759" w14:textId="77777777" w:rsidR="003C798D" w:rsidRPr="003C798D" w:rsidRDefault="00C04199" w:rsidP="003C798D">
      <w:pPr>
        <w:pStyle w:val="ListParagraph"/>
        <w:numPr>
          <w:ilvl w:val="0"/>
          <w:numId w:val="11"/>
        </w:numPr>
      </w:pPr>
      <w:r w:rsidRPr="003C798D">
        <w:rPr>
          <w:b/>
        </w:rPr>
        <w:t xml:space="preserve">Reports Received: </w:t>
      </w:r>
    </w:p>
    <w:p w14:paraId="5A7AB885" w14:textId="77777777" w:rsidR="003C798D" w:rsidRDefault="003C798D" w:rsidP="003C798D">
      <w:pPr>
        <w:pStyle w:val="ListParagraph"/>
      </w:pPr>
    </w:p>
    <w:p w14:paraId="5802AC37" w14:textId="77777777" w:rsidR="00BB463B" w:rsidRDefault="00C04199" w:rsidP="001E7403">
      <w:pPr>
        <w:pStyle w:val="ListParagraph"/>
        <w:numPr>
          <w:ilvl w:val="1"/>
          <w:numId w:val="11"/>
        </w:numPr>
        <w:ind w:left="1134" w:hanging="774"/>
      </w:pPr>
      <w:r>
        <w:t xml:space="preserve">Chairman’s Report: </w:t>
      </w:r>
    </w:p>
    <w:p w14:paraId="7F48F216" w14:textId="773857D3" w:rsidR="003C798D" w:rsidRDefault="00BB463B" w:rsidP="00BB463B">
      <w:pPr>
        <w:pStyle w:val="ListParagraph"/>
        <w:numPr>
          <w:ilvl w:val="2"/>
          <w:numId w:val="11"/>
        </w:numPr>
      </w:pPr>
      <w:r>
        <w:t xml:space="preserve">The Chairman was receiving complaints regarding dust and noise generated from the new development on Pagham Road.  </w:t>
      </w:r>
      <w:r w:rsidR="006B62B2">
        <w:t xml:space="preserve">Council had raised this with ADC but no action was proposed by them as a result.  The Chairman urged residents to </w:t>
      </w:r>
      <w:r w:rsidR="00C05BE7">
        <w:t>call in their complaints to ADC as the only way to get action was through reporting</w:t>
      </w:r>
      <w:r w:rsidR="002F5B99">
        <w:t>.</w:t>
      </w:r>
    </w:p>
    <w:p w14:paraId="3268E51C" w14:textId="57002961" w:rsidR="002F5B99" w:rsidRDefault="002F5B99" w:rsidP="002F5B99">
      <w:pPr>
        <w:pStyle w:val="ListParagraph"/>
        <w:ind w:left="1814"/>
      </w:pPr>
      <w:r>
        <w:t xml:space="preserve">He was disappointed to see a tree at The Parade which had been planted after the remedial works to the central pedestrian area had died, and one of </w:t>
      </w:r>
      <w:r>
        <w:lastRenderedPageBreak/>
        <w:t xml:space="preserve">the benches had disappeared.  The Clerk offered to </w:t>
      </w:r>
      <w:r w:rsidR="00C45AE2">
        <w:t>chase this up with the managing agent.</w:t>
      </w:r>
    </w:p>
    <w:p w14:paraId="1922255D" w14:textId="0CE630FD" w:rsidR="00FD2248" w:rsidRDefault="00FD2248" w:rsidP="002F5B99">
      <w:pPr>
        <w:pStyle w:val="ListParagraph"/>
        <w:ind w:left="1814"/>
      </w:pPr>
      <w:r>
        <w:t xml:space="preserve">The Chairman was pleased to see Sussex Police were focusing on </w:t>
      </w:r>
      <w:r w:rsidR="006F2C1A">
        <w:t>illegal ebikes and scooters and felt this was improving the situation</w:t>
      </w:r>
      <w:r w:rsidR="00E8397C">
        <w:t>.</w:t>
      </w:r>
    </w:p>
    <w:p w14:paraId="7224DBB8" w14:textId="77777777" w:rsidR="003516F5" w:rsidRDefault="003516F5" w:rsidP="002F5B99">
      <w:pPr>
        <w:pStyle w:val="ListParagraph"/>
        <w:ind w:left="1814"/>
      </w:pPr>
    </w:p>
    <w:p w14:paraId="1045659A" w14:textId="77777777" w:rsidR="00130D6A" w:rsidRDefault="00C04199" w:rsidP="00130D6A">
      <w:pPr>
        <w:pStyle w:val="ListParagraph"/>
        <w:numPr>
          <w:ilvl w:val="1"/>
          <w:numId w:val="11"/>
        </w:numPr>
        <w:ind w:left="1134" w:hanging="774"/>
      </w:pPr>
      <w:r>
        <w:t>Clerk’s Report</w:t>
      </w:r>
    </w:p>
    <w:p w14:paraId="4421982D" w14:textId="7BD51884" w:rsidR="003C798D" w:rsidRDefault="00607AD6" w:rsidP="00130D6A">
      <w:pPr>
        <w:pStyle w:val="ListParagraph"/>
        <w:numPr>
          <w:ilvl w:val="2"/>
          <w:numId w:val="11"/>
        </w:numPr>
      </w:pPr>
      <w:r>
        <w:t xml:space="preserve">Hall Users Christmas Event – the Village Hall Trust was holding a fundraising event for Hall Users on </w:t>
      </w:r>
      <w:r w:rsidR="000E5613">
        <w:t>29</w:t>
      </w:r>
      <w:r w:rsidR="000E5613" w:rsidRPr="00130D6A">
        <w:rPr>
          <w:vertAlign w:val="superscript"/>
        </w:rPr>
        <w:t>th</w:t>
      </w:r>
      <w:r w:rsidR="000E5613">
        <w:t xml:space="preserve"> November 2026 2-4pm.  Whilst this was primarily an event for users to generate funds by eg selling goods, it would give the Council an opportunity for community engagemen</w:t>
      </w:r>
      <w:r w:rsidR="00BA3D99">
        <w:t>t.</w:t>
      </w:r>
      <w:r w:rsidR="00F8771B">
        <w:t xml:space="preserve">  Cllr Ms Palmer agreed to attend for the Council.  </w:t>
      </w:r>
    </w:p>
    <w:p w14:paraId="3E1C304C" w14:textId="30C33CAF" w:rsidR="00FB5434" w:rsidRDefault="00FB5434" w:rsidP="00130D6A">
      <w:pPr>
        <w:pStyle w:val="ListParagraph"/>
        <w:numPr>
          <w:ilvl w:val="2"/>
          <w:numId w:val="11"/>
        </w:numPr>
      </w:pPr>
      <w:r>
        <w:t xml:space="preserve">Update from Cllr Mrs Behr on </w:t>
      </w:r>
      <w:r w:rsidR="003D31C4">
        <w:t xml:space="preserve">the Route 600 Grant scheme – Mrs Behr provided a written report which confirmed a new shelter would be added outside the Bear pub, which the Council could choose and then adopt after installation </w:t>
      </w:r>
      <w:r w:rsidR="00961989">
        <w:t>through the grant scheme.  Mrs Behr had also been told that the repairs required to the bespoke shelter at the Lamb could also be covered by the scheme.</w:t>
      </w:r>
      <w:r w:rsidR="00AB03DE">
        <w:t xml:space="preserve"> She had also asked for better signage outside the Royal Oak north and southbound and was awaiting a response.</w:t>
      </w:r>
    </w:p>
    <w:p w14:paraId="09D947B3" w14:textId="38767585" w:rsidR="00A22FAD" w:rsidRDefault="00A22FAD" w:rsidP="00130D6A">
      <w:pPr>
        <w:pStyle w:val="ListParagraph"/>
        <w:numPr>
          <w:ilvl w:val="2"/>
          <w:numId w:val="11"/>
        </w:numPr>
      </w:pPr>
      <w:r>
        <w:t>New PCSO – The Clerk and Cllr Mr Manion had met the new PCSO, who would hopefully attend a Council meeting soon</w:t>
      </w:r>
      <w:r w:rsidR="003516F5">
        <w:t>.</w:t>
      </w:r>
    </w:p>
    <w:p w14:paraId="682DF3C7" w14:textId="77777777" w:rsidR="003516F5" w:rsidRDefault="003516F5" w:rsidP="003516F5">
      <w:pPr>
        <w:pStyle w:val="ListParagraph"/>
        <w:ind w:left="1814"/>
      </w:pPr>
    </w:p>
    <w:p w14:paraId="7A137B76" w14:textId="45EE1214" w:rsidR="003C798D" w:rsidRDefault="00C04199" w:rsidP="001E7403">
      <w:pPr>
        <w:pStyle w:val="ListParagraph"/>
        <w:numPr>
          <w:ilvl w:val="1"/>
          <w:numId w:val="11"/>
        </w:numPr>
        <w:ind w:left="1134" w:hanging="774"/>
      </w:pPr>
      <w:r>
        <w:t xml:space="preserve">District </w:t>
      </w:r>
      <w:r w:rsidR="00DE7A90">
        <w:t>Councillor’s</w:t>
      </w:r>
      <w:r>
        <w:t xml:space="preserve"> Report:</w:t>
      </w:r>
    </w:p>
    <w:p w14:paraId="621F6169" w14:textId="4A1437D1" w:rsidR="003516F5" w:rsidRDefault="003516F5" w:rsidP="003516F5">
      <w:pPr>
        <w:pStyle w:val="ListParagraph"/>
        <w:numPr>
          <w:ilvl w:val="2"/>
          <w:numId w:val="11"/>
        </w:numPr>
      </w:pPr>
      <w:r>
        <w:t xml:space="preserve">Cllr Mr Huntley presented his report.  He </w:t>
      </w:r>
      <w:r w:rsidR="00CC0A64">
        <w:t>was pursuing action over the scaffolding outside the Co-Op Kings Beach as this had been in place for over 2 years</w:t>
      </w:r>
      <w:r w:rsidR="008848AE">
        <w:t xml:space="preserve">.  There was a planning condition in place which obliged the owners to look after the frontage.  </w:t>
      </w:r>
    </w:p>
    <w:p w14:paraId="14A91272" w14:textId="5F06014C" w:rsidR="00706EDD" w:rsidRDefault="00706EDD" w:rsidP="00706EDD">
      <w:pPr>
        <w:pStyle w:val="ListParagraph"/>
        <w:ind w:left="1814"/>
      </w:pPr>
      <w:r>
        <w:t xml:space="preserve">He further reported that he was hoping members at ADC would </w:t>
      </w:r>
      <w:r w:rsidR="00CF3320">
        <w:t xml:space="preserve">put forward a motion regarding the </w:t>
      </w:r>
      <w:r w:rsidR="00244F60">
        <w:t>use of Grampian conditions (</w:t>
      </w:r>
      <w:r w:rsidR="00E66CE6" w:rsidRPr="00E66CE6">
        <w:t>a negatively-worded planning condition that stops development from starting or being occupied until a specific off-site action or work has been completed</w:t>
      </w:r>
      <w:r w:rsidR="00E66CE6">
        <w:t>)</w:t>
      </w:r>
      <w:r w:rsidR="00000E3E">
        <w:t xml:space="preserve"> in planning conditions in Arun district.</w:t>
      </w:r>
    </w:p>
    <w:p w14:paraId="56AFF0F7" w14:textId="251458ED" w:rsidR="00000E3E" w:rsidRDefault="00000E3E" w:rsidP="00706EDD">
      <w:pPr>
        <w:pStyle w:val="ListParagraph"/>
        <w:ind w:left="1814"/>
      </w:pPr>
      <w:r>
        <w:t>He spoke about the introduction of the national scheme of delegation</w:t>
      </w:r>
      <w:r w:rsidR="00EA35A7">
        <w:t>’s introduction and the impact this would have on the ADC Planning Committee.  It would lead to far fewer applications coming to their Committee and many more being decided by officers.</w:t>
      </w:r>
    </w:p>
    <w:p w14:paraId="6E9958E9" w14:textId="77777777" w:rsidR="00EA35A7" w:rsidRDefault="00EA35A7" w:rsidP="00706EDD">
      <w:pPr>
        <w:pStyle w:val="ListParagraph"/>
        <w:ind w:left="1814"/>
      </w:pPr>
    </w:p>
    <w:p w14:paraId="43BFDBFD" w14:textId="3E3EFF9F" w:rsidR="003C798D" w:rsidRDefault="00C04199" w:rsidP="001E7403">
      <w:pPr>
        <w:pStyle w:val="ListParagraph"/>
        <w:numPr>
          <w:ilvl w:val="1"/>
          <w:numId w:val="11"/>
        </w:numPr>
        <w:ind w:left="1134" w:hanging="774"/>
      </w:pPr>
      <w:r>
        <w:t xml:space="preserve">County Councillor’s Report: </w:t>
      </w:r>
    </w:p>
    <w:p w14:paraId="4ACC864E" w14:textId="27C269CE" w:rsidR="00EA35A7" w:rsidRDefault="00D3659B" w:rsidP="00EA35A7">
      <w:pPr>
        <w:pStyle w:val="ListParagraph"/>
        <w:numPr>
          <w:ilvl w:val="2"/>
          <w:numId w:val="11"/>
        </w:numPr>
      </w:pPr>
      <w:r>
        <w:t xml:space="preserve">Cllr Mr Bence presented his report.  He was very concerned by the issues raised by </w:t>
      </w:r>
      <w:r w:rsidR="000E70E0">
        <w:t xml:space="preserve">Havant Thicket reservoir </w:t>
      </w:r>
      <w:r w:rsidR="004353F7">
        <w:t xml:space="preserve">plans </w:t>
      </w:r>
      <w:r w:rsidR="000E70E0">
        <w:t xml:space="preserve">and </w:t>
      </w:r>
      <w:r w:rsidR="004353F7">
        <w:t>the</w:t>
      </w:r>
      <w:r w:rsidR="000E70E0">
        <w:t xml:space="preserve"> impact on Pagham and neighbouring villages.  He </w:t>
      </w:r>
      <w:r w:rsidR="00245A45">
        <w:t xml:space="preserve">was concerned by the lack of consultation in West Sussex and the </w:t>
      </w:r>
      <w:r w:rsidR="008E1FBA">
        <w:t xml:space="preserve">prospect of a second osmosis treatment works which would result in discharges through outfalls which were likely to be up to 4 times more concentrated than current discharges.  He urged members to </w:t>
      </w:r>
      <w:r w:rsidR="00EA1CD8">
        <w:t>familiarize</w:t>
      </w:r>
      <w:r w:rsidR="008E1FBA">
        <w:t xml:space="preserve"> themselves with SoSCA’s </w:t>
      </w:r>
      <w:r w:rsidR="00EA1CD8">
        <w:t>reports on the subject.</w:t>
      </w:r>
    </w:p>
    <w:p w14:paraId="3D82ECB0" w14:textId="78CA9B35" w:rsidR="00DB4CE2" w:rsidRDefault="00094B0A" w:rsidP="00094B0A">
      <w:pPr>
        <w:pStyle w:val="ListParagraph"/>
        <w:ind w:left="1814"/>
      </w:pPr>
      <w:r>
        <w:t xml:space="preserve">He urged members to report any matters of concern regarding roads and highways directly to him for investigation.  </w:t>
      </w:r>
    </w:p>
    <w:p w14:paraId="6FA8E5C0" w14:textId="77777777" w:rsidR="00DB4CE2" w:rsidRDefault="00DB4CE2" w:rsidP="00DB4CE2">
      <w:pPr>
        <w:pStyle w:val="ListParagraph"/>
        <w:ind w:left="360"/>
      </w:pPr>
    </w:p>
    <w:p w14:paraId="22BEBBF7" w14:textId="4C922E43" w:rsidR="00DB4CE2" w:rsidRDefault="00C04199" w:rsidP="001E7403">
      <w:pPr>
        <w:pStyle w:val="ListParagraph"/>
        <w:numPr>
          <w:ilvl w:val="1"/>
          <w:numId w:val="11"/>
        </w:numPr>
        <w:ind w:left="1134" w:hanging="774"/>
      </w:pPr>
      <w:r>
        <w:t xml:space="preserve">Outside Bodies Reports: </w:t>
      </w:r>
    </w:p>
    <w:p w14:paraId="35A8685E" w14:textId="6238E927" w:rsidR="003C798D" w:rsidRDefault="00375CB8" w:rsidP="00761382">
      <w:pPr>
        <w:pStyle w:val="ListParagraph"/>
        <w:numPr>
          <w:ilvl w:val="2"/>
          <w:numId w:val="11"/>
        </w:numPr>
      </w:pPr>
      <w:r>
        <w:t xml:space="preserve">Police liaison – Cllr Mr Manion </w:t>
      </w:r>
      <w:r w:rsidR="00E81FCC">
        <w:t>confirmed that Sussex Police were focusing on ebikes and scooters</w:t>
      </w:r>
      <w:r w:rsidR="000F68A5">
        <w:t xml:space="preserve"> and had seized 4 illegal bikes.</w:t>
      </w:r>
    </w:p>
    <w:p w14:paraId="17866FA0" w14:textId="77777777" w:rsidR="001E7403" w:rsidRDefault="001E7403" w:rsidP="001E7403">
      <w:pPr>
        <w:pStyle w:val="ListParagraph"/>
        <w:ind w:left="792"/>
      </w:pPr>
    </w:p>
    <w:p w14:paraId="1676440D" w14:textId="042E6EE5" w:rsidR="003C798D" w:rsidRPr="00761382" w:rsidRDefault="00C04199" w:rsidP="003C798D">
      <w:pPr>
        <w:pStyle w:val="ListParagraph"/>
        <w:numPr>
          <w:ilvl w:val="0"/>
          <w:numId w:val="11"/>
        </w:numPr>
      </w:pPr>
      <w:r w:rsidRPr="003C798D">
        <w:rPr>
          <w:b/>
        </w:rPr>
        <w:t xml:space="preserve">Flooding &amp; Coastal Erosion: </w:t>
      </w:r>
    </w:p>
    <w:p w14:paraId="3FAE7C89" w14:textId="12A39BE5" w:rsidR="00761382" w:rsidRDefault="00761382" w:rsidP="00761382">
      <w:pPr>
        <w:pStyle w:val="ListParagraph"/>
        <w:numPr>
          <w:ilvl w:val="1"/>
          <w:numId w:val="11"/>
        </w:numPr>
      </w:pPr>
      <w:r>
        <w:rPr>
          <w:bCs/>
        </w:rPr>
        <w:t xml:space="preserve">New photographs from a drone </w:t>
      </w:r>
      <w:r w:rsidR="008B7315">
        <w:rPr>
          <w:bCs/>
        </w:rPr>
        <w:t xml:space="preserve">were shopping huge shingle build up offshore.  This is being monitored.  Pagham Flood Defence Trust may invest in tidal measurers which would be able to monitor </w:t>
      </w:r>
      <w:r w:rsidR="00584697">
        <w:rPr>
          <w:bCs/>
        </w:rPr>
        <w:t xml:space="preserve">the speed of tides which could then be contrasted with other areas.  </w:t>
      </w:r>
      <w:r w:rsidR="00276414">
        <w:rPr>
          <w:bCs/>
        </w:rPr>
        <w:t>The 3 professors who were working with the trust were monitoring the situation, particularly with a difficult winter predicted</w:t>
      </w:r>
      <w:r w:rsidR="006E0463">
        <w:rPr>
          <w:bCs/>
        </w:rPr>
        <w:t>.  The AGM had taken place and new trustees were required to fill vacancies anticipated in the near future.</w:t>
      </w:r>
    </w:p>
    <w:p w14:paraId="74C70D0B" w14:textId="77777777" w:rsidR="001E7403" w:rsidRDefault="001E7403" w:rsidP="001E7403">
      <w:pPr>
        <w:pStyle w:val="ListParagraph"/>
        <w:ind w:left="360"/>
      </w:pPr>
    </w:p>
    <w:p w14:paraId="6B9D7205" w14:textId="2954881D" w:rsidR="00C42754" w:rsidRPr="00C42754" w:rsidRDefault="005156A2" w:rsidP="00C42754">
      <w:pPr>
        <w:pStyle w:val="ListParagraph"/>
        <w:numPr>
          <w:ilvl w:val="0"/>
          <w:numId w:val="11"/>
        </w:numPr>
        <w:spacing w:after="0" w:line="240" w:lineRule="auto"/>
        <w:rPr>
          <w:b/>
          <w:bCs/>
        </w:rPr>
      </w:pPr>
      <w:r w:rsidRPr="005156A2">
        <w:rPr>
          <w:b/>
          <w:bCs/>
        </w:rPr>
        <w:t>West Sussex EV Charge point consultation – to consider any feedback on sites proposed for Pagham.  (information circulated to Councillors)</w:t>
      </w:r>
    </w:p>
    <w:p w14:paraId="4067DD31" w14:textId="493C4FB1" w:rsidR="00C42754" w:rsidRDefault="00C03A83" w:rsidP="007B3869">
      <w:pPr>
        <w:pStyle w:val="ListParagraph"/>
        <w:numPr>
          <w:ilvl w:val="1"/>
          <w:numId w:val="13"/>
        </w:numPr>
        <w:spacing w:after="0" w:line="240" w:lineRule="auto"/>
      </w:pPr>
      <w:r w:rsidRPr="00AE4F19">
        <w:t xml:space="preserve">The Council considered the two sites proposed at Mill Park Road and </w:t>
      </w:r>
      <w:r w:rsidR="00AE4F19" w:rsidRPr="00AE4F19">
        <w:t>Kings Drive.  Council comments were a</w:t>
      </w:r>
      <w:r w:rsidR="007B3869">
        <w:t>s</w:t>
      </w:r>
      <w:r w:rsidR="00AE4F19" w:rsidRPr="00AE4F19">
        <w:t xml:space="preserve"> follows:</w:t>
      </w:r>
    </w:p>
    <w:p w14:paraId="5262292A" w14:textId="335B4882" w:rsidR="005507DC" w:rsidRPr="00AE4F19" w:rsidRDefault="005507DC" w:rsidP="005507DC">
      <w:pPr>
        <w:spacing w:after="0" w:line="240" w:lineRule="auto"/>
        <w:ind w:left="1134"/>
      </w:pPr>
      <w:r>
        <w:t xml:space="preserve">Members felt there was no need for the two sites – residents had driveways and would likely install electric charge points at their homes as the cost was significantly cheaper than using a public charging point.  </w:t>
      </w:r>
      <w:r w:rsidR="001C16D1">
        <w:t>The sites chosen were already used for overflow parking from properties and there would be no opportunity for them to be used as the</w:t>
      </w:r>
      <w:r w:rsidR="006E0F37">
        <w:t>re was no anticipated change to any parking regulations.  It would be better to site public charging points where visitors to Pagham could make use of them</w:t>
      </w:r>
      <w:r w:rsidR="00834044">
        <w:t xml:space="preserve"> rather than on residential estates.  </w:t>
      </w:r>
      <w:r w:rsidR="00BB0A86">
        <w:t xml:space="preserve">Members suggested other areas to look at could be on the area of undeveloped land next to </w:t>
      </w:r>
      <w:r w:rsidR="00330CBB">
        <w:t xml:space="preserve">Kingfisher Manor, the Woodfield Close car park, the site </w:t>
      </w:r>
      <w:r w:rsidR="009234C6">
        <w:t>at the old St Ninian’s church.</w:t>
      </w:r>
      <w:r w:rsidR="000135F7">
        <w:t xml:space="preserve">  </w:t>
      </w:r>
      <w:r w:rsidR="008D7A5C">
        <w:t>The new village centre that was being developed as a result of P/140/16/OUT would be an ideal site for chargers.</w:t>
      </w:r>
      <w:r w:rsidR="00F317AF">
        <w:t xml:space="preserve">  There may be an opportunity to use an area next to the Hook Lane play area, subject to an assessment of the amount of parking </w:t>
      </w:r>
      <w:r w:rsidR="00B20494">
        <w:t>in the area.</w:t>
      </w:r>
    </w:p>
    <w:p w14:paraId="3C7C1C33" w14:textId="77777777" w:rsidR="005156A2" w:rsidRPr="005156A2" w:rsidRDefault="005156A2" w:rsidP="00C42754">
      <w:pPr>
        <w:pStyle w:val="ListParagraph"/>
        <w:spacing w:after="0" w:line="240" w:lineRule="auto"/>
        <w:rPr>
          <w:b/>
        </w:rPr>
      </w:pPr>
    </w:p>
    <w:p w14:paraId="508F3B9C" w14:textId="43879D8B" w:rsidR="003C798D" w:rsidRPr="003C798D" w:rsidRDefault="00C04199" w:rsidP="003C798D">
      <w:pPr>
        <w:pStyle w:val="ListParagraph"/>
        <w:numPr>
          <w:ilvl w:val="0"/>
          <w:numId w:val="11"/>
        </w:numPr>
      </w:pPr>
      <w:r w:rsidRPr="003C798D">
        <w:rPr>
          <w:b/>
        </w:rPr>
        <w:t xml:space="preserve">Committee Minutes &amp; Reports: </w:t>
      </w:r>
    </w:p>
    <w:p w14:paraId="2E42C122" w14:textId="1AB22A3E" w:rsidR="003C798D" w:rsidRDefault="00C04199" w:rsidP="001E7403">
      <w:pPr>
        <w:pStyle w:val="ListParagraph"/>
        <w:numPr>
          <w:ilvl w:val="1"/>
          <w:numId w:val="11"/>
        </w:numPr>
        <w:ind w:left="1134" w:hanging="774"/>
      </w:pPr>
      <w:r>
        <w:t xml:space="preserve">Planning Committee: Meetings held on </w:t>
      </w:r>
      <w:r w:rsidR="001B0424">
        <w:t>28th</w:t>
      </w:r>
      <w:r>
        <w:t xml:space="preserve"> July 2026</w:t>
      </w:r>
      <w:r w:rsidR="001B0424">
        <w:t xml:space="preserve"> and 25</w:t>
      </w:r>
      <w:r w:rsidR="001B0424" w:rsidRPr="001B0424">
        <w:rPr>
          <w:vertAlign w:val="superscript"/>
        </w:rPr>
        <w:t>th</w:t>
      </w:r>
      <w:r w:rsidR="001B0424">
        <w:t xml:space="preserve"> August 2026</w:t>
      </w:r>
      <w:r>
        <w:t xml:space="preserve"> were duly noted.</w:t>
      </w:r>
    </w:p>
    <w:p w14:paraId="75D0A9A6" w14:textId="1352BBF6" w:rsidR="003C798D" w:rsidRDefault="00C04199" w:rsidP="001E7403">
      <w:pPr>
        <w:pStyle w:val="ListParagraph"/>
        <w:numPr>
          <w:ilvl w:val="1"/>
          <w:numId w:val="11"/>
        </w:numPr>
        <w:ind w:left="1134" w:hanging="774"/>
      </w:pPr>
      <w:r>
        <w:t xml:space="preserve">Highways &amp; Amenities Committee: Meeting held on </w:t>
      </w:r>
      <w:r w:rsidR="001B0424">
        <w:t>25</w:t>
      </w:r>
      <w:r w:rsidR="001B0424" w:rsidRPr="001B0424">
        <w:rPr>
          <w:vertAlign w:val="superscript"/>
        </w:rPr>
        <w:t>th</w:t>
      </w:r>
      <w:r w:rsidR="001B0424">
        <w:t xml:space="preserve"> August 2026</w:t>
      </w:r>
      <w:r>
        <w:t xml:space="preserve"> was duly noted.</w:t>
      </w:r>
    </w:p>
    <w:p w14:paraId="5A912886" w14:textId="4EAF71FE" w:rsidR="003C798D" w:rsidRDefault="00C04199" w:rsidP="001E7403">
      <w:pPr>
        <w:pStyle w:val="ListParagraph"/>
        <w:numPr>
          <w:ilvl w:val="1"/>
          <w:numId w:val="11"/>
        </w:numPr>
        <w:ind w:left="1134" w:hanging="774"/>
      </w:pPr>
      <w:r>
        <w:t>Finance Committee</w:t>
      </w:r>
      <w:r w:rsidR="001B0424">
        <w:t>:  No meetings held since the last Full Council meeting.</w:t>
      </w:r>
    </w:p>
    <w:p w14:paraId="274832EB" w14:textId="77777777" w:rsidR="001B0424" w:rsidRDefault="001B0424" w:rsidP="001B0424">
      <w:pPr>
        <w:pStyle w:val="ListParagraph"/>
        <w:ind w:left="1134"/>
      </w:pPr>
    </w:p>
    <w:p w14:paraId="3A810D6E" w14:textId="77777777" w:rsidR="003C798D" w:rsidRDefault="00C04199" w:rsidP="003C798D">
      <w:pPr>
        <w:pStyle w:val="ListParagraph"/>
        <w:numPr>
          <w:ilvl w:val="0"/>
          <w:numId w:val="11"/>
        </w:numPr>
      </w:pPr>
      <w:r w:rsidRPr="003C798D">
        <w:rPr>
          <w:b/>
        </w:rPr>
        <w:t xml:space="preserve">Finance: </w:t>
      </w:r>
    </w:p>
    <w:p w14:paraId="47AA6185" w14:textId="1A25ECFA" w:rsidR="001E7403" w:rsidRDefault="00C04199" w:rsidP="001E7403">
      <w:pPr>
        <w:pStyle w:val="ListParagraph"/>
        <w:numPr>
          <w:ilvl w:val="1"/>
          <w:numId w:val="11"/>
        </w:numPr>
        <w:ind w:left="1134" w:hanging="708"/>
        <w:jc w:val="both"/>
      </w:pPr>
      <w:r>
        <w:t xml:space="preserve">Accounts: Received and approved accounts for the period ending </w:t>
      </w:r>
      <w:r w:rsidR="001B0424">
        <w:t>31</w:t>
      </w:r>
      <w:r w:rsidR="001B0424" w:rsidRPr="001B0424">
        <w:rPr>
          <w:vertAlign w:val="superscript"/>
        </w:rPr>
        <w:t>st</w:t>
      </w:r>
      <w:r w:rsidR="001B0424">
        <w:t xml:space="preserve"> July 2026 &amp; 31</w:t>
      </w:r>
      <w:r w:rsidR="00D86212" w:rsidRPr="00D86212">
        <w:rPr>
          <w:vertAlign w:val="superscript"/>
        </w:rPr>
        <w:t>st</w:t>
      </w:r>
      <w:r w:rsidR="00D86212">
        <w:t xml:space="preserve"> August</w:t>
      </w:r>
      <w:r>
        <w:t xml:space="preserve"> 2026.</w:t>
      </w:r>
    </w:p>
    <w:p w14:paraId="61AD0EFD" w14:textId="3549A357" w:rsidR="001E7403" w:rsidRDefault="001E7403" w:rsidP="001E7403">
      <w:pPr>
        <w:pStyle w:val="ListParagraph"/>
        <w:numPr>
          <w:ilvl w:val="1"/>
          <w:numId w:val="11"/>
        </w:numPr>
        <w:ind w:left="1134" w:hanging="708"/>
        <w:jc w:val="both"/>
      </w:pPr>
      <w:r>
        <w:t>R</w:t>
      </w:r>
      <w:r w:rsidR="00C04199">
        <w:t xml:space="preserve">econciliations: For the period ending </w:t>
      </w:r>
      <w:r w:rsidR="00D86212">
        <w:t>31</w:t>
      </w:r>
      <w:r w:rsidR="00D86212" w:rsidRPr="00D86212">
        <w:rPr>
          <w:vertAlign w:val="superscript"/>
        </w:rPr>
        <w:t>st</w:t>
      </w:r>
      <w:r w:rsidR="00D86212">
        <w:t xml:space="preserve"> July 2026 &amp; 31</w:t>
      </w:r>
      <w:r w:rsidR="00D86212" w:rsidRPr="00D86212">
        <w:rPr>
          <w:vertAlign w:val="superscript"/>
        </w:rPr>
        <w:t>st</w:t>
      </w:r>
      <w:r w:rsidR="00D86212">
        <w:t xml:space="preserve"> August</w:t>
      </w:r>
      <w:r w:rsidR="00C04199">
        <w:t xml:space="preserve"> 2026 – Cllr Ms Palmer will review the reconciliation outside of the meeting.</w:t>
      </w:r>
    </w:p>
    <w:p w14:paraId="4B2E78DC" w14:textId="0916D525" w:rsidR="003C798D" w:rsidRDefault="00C04199" w:rsidP="001E7403">
      <w:pPr>
        <w:pStyle w:val="ListParagraph"/>
        <w:numPr>
          <w:ilvl w:val="1"/>
          <w:numId w:val="11"/>
        </w:numPr>
        <w:ind w:left="1134" w:hanging="708"/>
        <w:jc w:val="both"/>
      </w:pPr>
      <w:r>
        <w:t>Orders for Payment: Presented to the meeting. It was RESOLVED to approve payments of £</w:t>
      </w:r>
      <w:r w:rsidR="00823A18">
        <w:t>11936.45</w:t>
      </w:r>
      <w:r>
        <w:t xml:space="preserve"> (£</w:t>
      </w:r>
      <w:r w:rsidR="00823A18">
        <w:t>943.66</w:t>
      </w:r>
      <w:r>
        <w:t xml:space="preserve"> of VAT).</w:t>
      </w:r>
    </w:p>
    <w:p w14:paraId="219F3029" w14:textId="20EFF9CF" w:rsidR="007851B7" w:rsidRDefault="007851B7" w:rsidP="001E7403">
      <w:pPr>
        <w:pStyle w:val="ListParagraph"/>
        <w:numPr>
          <w:ilvl w:val="1"/>
          <w:numId w:val="11"/>
        </w:numPr>
        <w:ind w:left="1134" w:hanging="708"/>
        <w:jc w:val="both"/>
      </w:pPr>
      <w:r>
        <w:t xml:space="preserve">Outcome of External Audit 2025-26 </w:t>
      </w:r>
      <w:r w:rsidR="00C00594">
        <w:t>– the Clerk reported that the external audit had concluded with no comments from the auditor</w:t>
      </w:r>
      <w:r w:rsidR="009F669A">
        <w:t xml:space="preserve"> and no matters which should be drawn to the attention of Council</w:t>
      </w:r>
      <w:r w:rsidR="00C00594">
        <w:t>.  A copy of the sign</w:t>
      </w:r>
      <w:r w:rsidR="009F669A">
        <w:t>ed External Auditor’s Report had been circulated.</w:t>
      </w:r>
    </w:p>
    <w:p w14:paraId="7048D84D" w14:textId="77777777" w:rsidR="001E7403" w:rsidRDefault="001E7403" w:rsidP="001E7403">
      <w:pPr>
        <w:pStyle w:val="ListParagraph"/>
        <w:ind w:left="1134"/>
        <w:jc w:val="both"/>
      </w:pPr>
    </w:p>
    <w:p w14:paraId="6A22D6F8" w14:textId="77777777" w:rsidR="00981A45" w:rsidRDefault="00C04199" w:rsidP="003C798D">
      <w:pPr>
        <w:pStyle w:val="ListParagraph"/>
        <w:numPr>
          <w:ilvl w:val="0"/>
          <w:numId w:val="11"/>
        </w:numPr>
      </w:pPr>
      <w:r w:rsidRPr="00981A45">
        <w:rPr>
          <w:b/>
        </w:rPr>
        <w:t xml:space="preserve">Governance: </w:t>
      </w:r>
    </w:p>
    <w:p w14:paraId="28E6D068" w14:textId="77777777" w:rsidR="00DB179F" w:rsidRDefault="00981A45" w:rsidP="00DB179F">
      <w:pPr>
        <w:pStyle w:val="ListParagraph"/>
        <w:numPr>
          <w:ilvl w:val="1"/>
          <w:numId w:val="11"/>
        </w:numPr>
      </w:pPr>
      <w:r>
        <w:t>GDPR training.  Members were reminded of the need to complete GDPR training in order to satisfy the requirements of Assertion 10</w:t>
      </w:r>
      <w:r w:rsidR="00B92EEF">
        <w:t>.</w:t>
      </w:r>
    </w:p>
    <w:p w14:paraId="019404D3" w14:textId="77777777" w:rsidR="003817EE" w:rsidRPr="003817EE" w:rsidRDefault="00DB179F" w:rsidP="003817EE">
      <w:pPr>
        <w:pStyle w:val="ListParagraph"/>
        <w:numPr>
          <w:ilvl w:val="0"/>
          <w:numId w:val="11"/>
        </w:numPr>
      </w:pPr>
      <w:r w:rsidRPr="00DB179F">
        <w:rPr>
          <w:rFonts w:cs="Arial"/>
          <w:b/>
          <w:color w:val="000000"/>
        </w:rPr>
        <w:t xml:space="preserve">Confidential business - To resolve that, under the Public Bodies (Admission to Meetings) Act 1960, the public and press be excluded from the meeting during the discussion of the following item due to the confidential nature of the business to be transacted. </w:t>
      </w:r>
      <w:r w:rsidR="003817EE">
        <w:rPr>
          <w:rFonts w:cs="Arial"/>
          <w:b/>
          <w:color w:val="000000"/>
        </w:rPr>
        <w:t xml:space="preserve"> RESOLVED to enter confidential business.</w:t>
      </w:r>
    </w:p>
    <w:p w14:paraId="0EEFECC0" w14:textId="77777777" w:rsidR="003817EE" w:rsidRPr="003817EE" w:rsidRDefault="003817EE" w:rsidP="003817EE">
      <w:pPr>
        <w:pStyle w:val="ListParagraph"/>
        <w:ind w:left="360"/>
      </w:pPr>
    </w:p>
    <w:p w14:paraId="4B1CD579" w14:textId="49111CF1" w:rsidR="00DB179F" w:rsidRPr="003817EE" w:rsidRDefault="00DB179F" w:rsidP="003817EE">
      <w:pPr>
        <w:pStyle w:val="ListParagraph"/>
        <w:numPr>
          <w:ilvl w:val="0"/>
          <w:numId w:val="11"/>
        </w:numPr>
      </w:pPr>
      <w:r w:rsidRPr="003817EE">
        <w:rPr>
          <w:rFonts w:cs="Arial"/>
          <w:b/>
        </w:rPr>
        <w:t>To receive a verbal update from the Clerk regarding an insurance matter</w:t>
      </w:r>
    </w:p>
    <w:p w14:paraId="274846DE" w14:textId="14C108D4" w:rsidR="003817EE" w:rsidRPr="003817EE" w:rsidRDefault="003817EE" w:rsidP="003817EE">
      <w:pPr>
        <w:pStyle w:val="ListParagraph"/>
        <w:numPr>
          <w:ilvl w:val="1"/>
          <w:numId w:val="11"/>
        </w:numPr>
      </w:pPr>
      <w:r>
        <w:t>The Clerk provided an update to members on an insurance matter.</w:t>
      </w:r>
    </w:p>
    <w:p w14:paraId="0ECAB603" w14:textId="77777777" w:rsidR="00E3349B" w:rsidRDefault="00E3349B" w:rsidP="003817EE">
      <w:pPr>
        <w:pStyle w:val="ListParagraph"/>
        <w:ind w:left="360"/>
      </w:pPr>
    </w:p>
    <w:p w14:paraId="41840EFF" w14:textId="4CA75BE8" w:rsidR="00270F4F" w:rsidRDefault="00C04199" w:rsidP="00B92EEF">
      <w:pPr>
        <w:pStyle w:val="ListParagraph"/>
        <w:numPr>
          <w:ilvl w:val="0"/>
          <w:numId w:val="11"/>
        </w:numPr>
      </w:pPr>
      <w:r w:rsidRPr="00981A45">
        <w:rPr>
          <w:b/>
        </w:rPr>
        <w:t xml:space="preserve">Date of Next Meeting: </w:t>
      </w:r>
      <w:r w:rsidR="002D0129">
        <w:t>24</w:t>
      </w:r>
      <w:r w:rsidR="002D0129" w:rsidRPr="002D0129">
        <w:rPr>
          <w:vertAlign w:val="superscript"/>
        </w:rPr>
        <w:t>th</w:t>
      </w:r>
      <w:r w:rsidR="002D0129">
        <w:t xml:space="preserve"> Novembe</w:t>
      </w:r>
      <w:r>
        <w:t>r 2026</w:t>
      </w:r>
    </w:p>
    <w:p w14:paraId="370EEA38" w14:textId="77777777" w:rsidR="002D0129" w:rsidRDefault="002D0129"/>
    <w:p w14:paraId="02401CE4" w14:textId="18ACC504" w:rsidR="00270F4F" w:rsidRDefault="00C04199">
      <w:r>
        <w:t>The meeting closed at 9.25pm</w:t>
      </w:r>
    </w:p>
    <w:p w14:paraId="6A6BE2A8" w14:textId="62791AA0" w:rsidR="00270F4F" w:rsidRDefault="00C04199">
      <w:r>
        <w:br/>
        <w:t xml:space="preserve">Signed </w:t>
      </w:r>
      <w:r>
        <w:br/>
      </w:r>
      <w:r>
        <w:br/>
        <w:t>Chairman: ____________________       Date: ____________________</w:t>
      </w:r>
      <w:r>
        <w:br/>
      </w:r>
    </w:p>
    <w:sectPr w:rsidR="00270F4F" w:rsidSect="001E7403">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EE0F43"/>
    <w:multiLevelType w:val="multilevel"/>
    <w:tmpl w:val="D11E0744"/>
    <w:lvl w:ilvl="0">
      <w:start w:val="40"/>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9"/>
  </w:num>
  <w:num w:numId="11" w16cid:durableId="772480451">
    <w:abstractNumId w:val="11"/>
  </w:num>
  <w:num w:numId="12" w16cid:durableId="1858348113">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6063C"/>
    <w:rsid w:val="000659E7"/>
    <w:rsid w:val="00094B0A"/>
    <w:rsid w:val="000E1409"/>
    <w:rsid w:val="000E5613"/>
    <w:rsid w:val="000E70E0"/>
    <w:rsid w:val="000F68A5"/>
    <w:rsid w:val="00122A26"/>
    <w:rsid w:val="00130D6A"/>
    <w:rsid w:val="0015074B"/>
    <w:rsid w:val="0018590E"/>
    <w:rsid w:val="001B0424"/>
    <w:rsid w:val="001C16D1"/>
    <w:rsid w:val="001E7403"/>
    <w:rsid w:val="002159C2"/>
    <w:rsid w:val="00227957"/>
    <w:rsid w:val="00244F60"/>
    <w:rsid w:val="00245A45"/>
    <w:rsid w:val="00270F4F"/>
    <w:rsid w:val="00276414"/>
    <w:rsid w:val="0029639D"/>
    <w:rsid w:val="002A680A"/>
    <w:rsid w:val="002D0129"/>
    <w:rsid w:val="002F5B99"/>
    <w:rsid w:val="00326F90"/>
    <w:rsid w:val="00330CBB"/>
    <w:rsid w:val="003516F5"/>
    <w:rsid w:val="00357797"/>
    <w:rsid w:val="00375526"/>
    <w:rsid w:val="00375CB8"/>
    <w:rsid w:val="003817EE"/>
    <w:rsid w:val="003C798D"/>
    <w:rsid w:val="003D31C4"/>
    <w:rsid w:val="003F35C5"/>
    <w:rsid w:val="004353F7"/>
    <w:rsid w:val="00472921"/>
    <w:rsid w:val="005156A2"/>
    <w:rsid w:val="00544D28"/>
    <w:rsid w:val="005507DC"/>
    <w:rsid w:val="00584697"/>
    <w:rsid w:val="005B18E1"/>
    <w:rsid w:val="00607AD6"/>
    <w:rsid w:val="00633196"/>
    <w:rsid w:val="006B62B2"/>
    <w:rsid w:val="006E0463"/>
    <w:rsid w:val="006E0F37"/>
    <w:rsid w:val="006F2C1A"/>
    <w:rsid w:val="00706EDD"/>
    <w:rsid w:val="00761382"/>
    <w:rsid w:val="007851B7"/>
    <w:rsid w:val="007B3869"/>
    <w:rsid w:val="00823A18"/>
    <w:rsid w:val="00834044"/>
    <w:rsid w:val="00861D3B"/>
    <w:rsid w:val="008848AE"/>
    <w:rsid w:val="008B7315"/>
    <w:rsid w:val="008D7A5C"/>
    <w:rsid w:val="008E1FBA"/>
    <w:rsid w:val="009234C6"/>
    <w:rsid w:val="00953617"/>
    <w:rsid w:val="00961989"/>
    <w:rsid w:val="009700CB"/>
    <w:rsid w:val="009732D3"/>
    <w:rsid w:val="00981A45"/>
    <w:rsid w:val="009F669A"/>
    <w:rsid w:val="00A22FAD"/>
    <w:rsid w:val="00AA1D8D"/>
    <w:rsid w:val="00AB03DE"/>
    <w:rsid w:val="00AE4F19"/>
    <w:rsid w:val="00AE79BB"/>
    <w:rsid w:val="00B067D9"/>
    <w:rsid w:val="00B20494"/>
    <w:rsid w:val="00B27E04"/>
    <w:rsid w:val="00B4249C"/>
    <w:rsid w:val="00B47730"/>
    <w:rsid w:val="00B92EEF"/>
    <w:rsid w:val="00BA3D99"/>
    <w:rsid w:val="00BB0A86"/>
    <w:rsid w:val="00BB463B"/>
    <w:rsid w:val="00BC0E08"/>
    <w:rsid w:val="00BD3379"/>
    <w:rsid w:val="00C00594"/>
    <w:rsid w:val="00C03A83"/>
    <w:rsid w:val="00C04199"/>
    <w:rsid w:val="00C05BE7"/>
    <w:rsid w:val="00C42754"/>
    <w:rsid w:val="00C45AE2"/>
    <w:rsid w:val="00CB0664"/>
    <w:rsid w:val="00CC0A64"/>
    <w:rsid w:val="00CC7948"/>
    <w:rsid w:val="00CF3320"/>
    <w:rsid w:val="00D3659B"/>
    <w:rsid w:val="00D86212"/>
    <w:rsid w:val="00DB179F"/>
    <w:rsid w:val="00DB4CE2"/>
    <w:rsid w:val="00DE7A90"/>
    <w:rsid w:val="00E3349B"/>
    <w:rsid w:val="00E66CE6"/>
    <w:rsid w:val="00E81FCC"/>
    <w:rsid w:val="00E8397C"/>
    <w:rsid w:val="00EA1CD8"/>
    <w:rsid w:val="00EA35A7"/>
    <w:rsid w:val="00ED6141"/>
    <w:rsid w:val="00F317AF"/>
    <w:rsid w:val="00F8771B"/>
    <w:rsid w:val="00FA7B91"/>
    <w:rsid w:val="00FB5434"/>
    <w:rsid w:val="00FC693F"/>
    <w:rsid w:val="00FD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91</cp:revision>
  <dcterms:created xsi:type="dcterms:W3CDTF">2026-09-22T11:01:00Z</dcterms:created>
  <dcterms:modified xsi:type="dcterms:W3CDTF">2026-09-23T12:37:00Z</dcterms:modified>
  <cp:category/>
</cp:coreProperties>
</file>