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0755CB63"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 Meeting of the</w:t>
      </w:r>
      <w:r w:rsidRPr="002A680A">
        <w:rPr>
          <w:rStyle w:val="Heading1Char"/>
        </w:rPr>
        <w:t xml:space="preserve"> </w:t>
      </w:r>
      <w:r w:rsidR="00D92B1D">
        <w:rPr>
          <w:rStyle w:val="Heading1Char"/>
        </w:rPr>
        <w:t>Highways &amp; Amenities Committee</w:t>
      </w:r>
    </w:p>
    <w:p w14:paraId="699417A1" w14:textId="77777777" w:rsidR="00270F4F" w:rsidRDefault="00C04199">
      <w:pPr>
        <w:pStyle w:val="Heading2"/>
      </w:pPr>
      <w:r>
        <w:t>Meeting Details</w:t>
      </w:r>
    </w:p>
    <w:p w14:paraId="5647915E" w14:textId="287AD4F9" w:rsidR="001654B7" w:rsidRDefault="00C04199">
      <w:pPr>
        <w:rPr>
          <w:rFonts w:cs="Arial"/>
        </w:rPr>
      </w:pPr>
      <w:r>
        <w:rPr>
          <w:b/>
        </w:rPr>
        <w:t xml:space="preserve">• Date and Time: </w:t>
      </w:r>
      <w:r>
        <w:t xml:space="preserve">Tuesday </w:t>
      </w:r>
      <w:r w:rsidR="00D92B1D">
        <w:t>26</w:t>
      </w:r>
      <w:r w:rsidR="00D92B1D" w:rsidRPr="00D92B1D">
        <w:rPr>
          <w:vertAlign w:val="superscript"/>
        </w:rPr>
        <w:t>th</w:t>
      </w:r>
      <w:r w:rsidR="00D92B1D">
        <w:t xml:space="preserve"> May</w:t>
      </w:r>
      <w:r>
        <w:t xml:space="preserve"> 2026 at 7.45pm</w:t>
      </w:r>
      <w:r>
        <w:br/>
      </w:r>
      <w:r>
        <w:rPr>
          <w:b/>
        </w:rPr>
        <w:t xml:space="preserve">• Venue: </w:t>
      </w:r>
      <w:r>
        <w:t>The Small Hall, Pagham Village Hall, Pagham Road, Pagham, PO21 4NJ</w:t>
      </w:r>
      <w:r>
        <w:br/>
      </w:r>
      <w:r>
        <w:rPr>
          <w:b/>
        </w:rPr>
        <w:t xml:space="preserve">• Present: </w:t>
      </w:r>
      <w:r w:rsidR="001654B7">
        <w:rPr>
          <w:rFonts w:cs="Arial"/>
        </w:rPr>
        <w:t>Mrs Behr</w:t>
      </w:r>
      <w:r w:rsidR="00C24141">
        <w:rPr>
          <w:rFonts w:cs="Arial"/>
        </w:rPr>
        <w:t xml:space="preserve"> (Chairman)</w:t>
      </w:r>
      <w:r w:rsidR="001654B7">
        <w:rPr>
          <w:rFonts w:cs="Arial"/>
        </w:rPr>
        <w:t xml:space="preserve">, Mr P Cooper, </w:t>
      </w:r>
      <w:proofErr w:type="spellStart"/>
      <w:r w:rsidR="007A3E5F">
        <w:rPr>
          <w:rFonts w:cs="Arial"/>
        </w:rPr>
        <w:t>Ms</w:t>
      </w:r>
      <w:proofErr w:type="spellEnd"/>
      <w:r w:rsidR="007A3E5F">
        <w:rPr>
          <w:rFonts w:cs="Arial"/>
        </w:rPr>
        <w:t xml:space="preserve"> P Hilton, </w:t>
      </w:r>
      <w:r w:rsidR="001654B7">
        <w:rPr>
          <w:rFonts w:cs="Arial"/>
        </w:rPr>
        <w:t xml:space="preserve">Mr M Howard, </w:t>
      </w:r>
      <w:r w:rsidR="001654B7" w:rsidRPr="00287755">
        <w:rPr>
          <w:rFonts w:cs="Arial"/>
        </w:rPr>
        <w:t>Mr D Huntley, Mr I Manion</w:t>
      </w:r>
      <w:r w:rsidR="001654B7">
        <w:rPr>
          <w:rFonts w:cs="Arial"/>
        </w:rPr>
        <w:t xml:space="preserve"> &amp; </w:t>
      </w:r>
      <w:proofErr w:type="spellStart"/>
      <w:r w:rsidR="001654B7">
        <w:rPr>
          <w:rFonts w:cs="Arial"/>
        </w:rPr>
        <w:t>Ms</w:t>
      </w:r>
      <w:proofErr w:type="spellEnd"/>
      <w:r w:rsidR="001654B7">
        <w:rPr>
          <w:rFonts w:cs="Arial"/>
        </w:rPr>
        <w:t xml:space="preserve"> R Palmer </w:t>
      </w:r>
    </w:p>
    <w:p w14:paraId="715B6609" w14:textId="333706F3" w:rsidR="00270F4F" w:rsidRDefault="00C04199">
      <w:r>
        <w:rPr>
          <w:b/>
        </w:rPr>
        <w:t xml:space="preserve">• In Attendance: </w:t>
      </w:r>
      <w:r>
        <w:t>Mrs N</w:t>
      </w:r>
      <w:r w:rsidR="00B4249C">
        <w:t xml:space="preserve"> </w:t>
      </w:r>
      <w:r>
        <w:t>Swann (Clerk &amp; RFO)</w:t>
      </w:r>
    </w:p>
    <w:p w14:paraId="1304712C" w14:textId="77777777" w:rsidR="002A680A" w:rsidRDefault="002A680A"/>
    <w:p w14:paraId="57ED4B2F" w14:textId="77777777" w:rsidR="00C24141" w:rsidRDefault="00D020F2" w:rsidP="00C24141">
      <w:pPr>
        <w:pStyle w:val="ListParagraph"/>
        <w:widowControl w:val="0"/>
        <w:numPr>
          <w:ilvl w:val="0"/>
          <w:numId w:val="11"/>
        </w:numPr>
        <w:overflowPunct w:val="0"/>
        <w:autoSpaceDE w:val="0"/>
        <w:autoSpaceDN w:val="0"/>
        <w:adjustRightInd w:val="0"/>
        <w:spacing w:line="287" w:lineRule="atLeast"/>
        <w:rPr>
          <w:rFonts w:cs="Arial"/>
          <w:b/>
          <w:color w:val="000000"/>
        </w:rPr>
      </w:pPr>
      <w:r w:rsidRPr="00D020F2">
        <w:rPr>
          <w:rFonts w:cs="Arial"/>
          <w:b/>
          <w:color w:val="000000"/>
        </w:rPr>
        <w:t>To appoint a Chairman for the civic year 2026/2</w:t>
      </w:r>
      <w:r w:rsidR="00C24141">
        <w:rPr>
          <w:rFonts w:cs="Arial"/>
          <w:b/>
          <w:color w:val="000000"/>
        </w:rPr>
        <w:t>7</w:t>
      </w:r>
    </w:p>
    <w:p w14:paraId="00CD247E" w14:textId="1F99520C" w:rsidR="00C24141" w:rsidRPr="00C24141" w:rsidRDefault="00C24141" w:rsidP="00C24141">
      <w:pPr>
        <w:pStyle w:val="ListParagraph"/>
        <w:widowControl w:val="0"/>
        <w:numPr>
          <w:ilvl w:val="1"/>
          <w:numId w:val="11"/>
        </w:numPr>
        <w:overflowPunct w:val="0"/>
        <w:autoSpaceDE w:val="0"/>
        <w:autoSpaceDN w:val="0"/>
        <w:adjustRightInd w:val="0"/>
        <w:spacing w:line="287" w:lineRule="atLeast"/>
        <w:rPr>
          <w:rFonts w:cs="Arial"/>
          <w:b/>
          <w:color w:val="000000"/>
        </w:rPr>
      </w:pPr>
      <w:r w:rsidRPr="00C24141">
        <w:rPr>
          <w:rFonts w:cs="Arial"/>
        </w:rPr>
        <w:t>It was RESOLVED that Cllr Mrs Behr be appointed as Chairman for the forthcoming civic year.</w:t>
      </w:r>
    </w:p>
    <w:p w14:paraId="68D49C78" w14:textId="77777777" w:rsidR="00C24141" w:rsidRPr="00D020F2" w:rsidRDefault="00C24141" w:rsidP="00C24141">
      <w:pPr>
        <w:pStyle w:val="ListParagraph"/>
        <w:widowControl w:val="0"/>
        <w:overflowPunct w:val="0"/>
        <w:autoSpaceDE w:val="0"/>
        <w:autoSpaceDN w:val="0"/>
        <w:adjustRightInd w:val="0"/>
        <w:spacing w:line="287" w:lineRule="atLeast"/>
        <w:ind w:left="360"/>
        <w:rPr>
          <w:rFonts w:cs="Arial"/>
          <w:b/>
          <w:color w:val="000000"/>
        </w:rPr>
      </w:pPr>
    </w:p>
    <w:p w14:paraId="0E99217E" w14:textId="6101EE26" w:rsidR="003C798D" w:rsidRPr="00C24141" w:rsidRDefault="00C04199" w:rsidP="007A3E5F">
      <w:pPr>
        <w:pStyle w:val="ListParagraph"/>
        <w:numPr>
          <w:ilvl w:val="0"/>
          <w:numId w:val="11"/>
        </w:numPr>
      </w:pPr>
      <w:r w:rsidRPr="00781BAA">
        <w:rPr>
          <w:b/>
        </w:rPr>
        <w:t>Apologies from Members:</w:t>
      </w:r>
      <w:r w:rsidR="00B4249C" w:rsidRPr="00781BAA">
        <w:rPr>
          <w:b/>
        </w:rPr>
        <w:t xml:space="preserve"> </w:t>
      </w:r>
    </w:p>
    <w:p w14:paraId="2A565C0D" w14:textId="7ECFCFE7" w:rsidR="00C24141" w:rsidRPr="00C24141" w:rsidRDefault="00C24141" w:rsidP="00C24141">
      <w:pPr>
        <w:pStyle w:val="ListParagraph"/>
        <w:numPr>
          <w:ilvl w:val="1"/>
          <w:numId w:val="11"/>
        </w:numPr>
        <w:rPr>
          <w:bCs/>
        </w:rPr>
      </w:pPr>
      <w:r w:rsidRPr="00C24141">
        <w:rPr>
          <w:bCs/>
        </w:rPr>
        <w:t>Cllr Mr P Atkins</w:t>
      </w:r>
    </w:p>
    <w:p w14:paraId="4D241AB5" w14:textId="77777777" w:rsidR="00CA547A" w:rsidRDefault="00CA547A" w:rsidP="005F20F9">
      <w:pPr>
        <w:pStyle w:val="ListParagraph"/>
        <w:ind w:left="360"/>
      </w:pPr>
    </w:p>
    <w:p w14:paraId="4B7F8990" w14:textId="77777777" w:rsidR="00C24E13" w:rsidRPr="00C24E13" w:rsidRDefault="00C04199" w:rsidP="00C24E13">
      <w:pPr>
        <w:pStyle w:val="ListParagraph"/>
        <w:numPr>
          <w:ilvl w:val="0"/>
          <w:numId w:val="11"/>
        </w:numPr>
      </w:pPr>
      <w:r w:rsidRPr="003C798D">
        <w:rPr>
          <w:b/>
        </w:rPr>
        <w:t xml:space="preserve">Declarations of Interest and Dispensation Requests: </w:t>
      </w:r>
    </w:p>
    <w:p w14:paraId="1D2F56A5" w14:textId="186B3C3D" w:rsidR="00C24E13" w:rsidRDefault="00A41ADF" w:rsidP="00C24E13">
      <w:pPr>
        <w:pStyle w:val="ListParagraph"/>
        <w:numPr>
          <w:ilvl w:val="1"/>
          <w:numId w:val="11"/>
        </w:numPr>
      </w:pPr>
      <w:r>
        <w:t>None</w:t>
      </w:r>
    </w:p>
    <w:p w14:paraId="52CC47F0" w14:textId="77777777" w:rsidR="003C798D" w:rsidRDefault="003C798D" w:rsidP="003C798D">
      <w:pPr>
        <w:pStyle w:val="ListParagraph"/>
      </w:pPr>
    </w:p>
    <w:p w14:paraId="52CF536D" w14:textId="77777777" w:rsidR="003C798D" w:rsidRDefault="003C798D" w:rsidP="003C798D">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2C1AD37" w14:textId="5F7DC7D3" w:rsidR="003C798D" w:rsidRPr="00BB7951" w:rsidRDefault="000824EB" w:rsidP="00BB7951">
      <w:pPr>
        <w:pStyle w:val="ListParagraph"/>
        <w:numPr>
          <w:ilvl w:val="1"/>
          <w:numId w:val="11"/>
        </w:numPr>
      </w:pPr>
      <w:r w:rsidRPr="00BB7951">
        <w:rPr>
          <w:rFonts w:cs="Arial"/>
          <w:b/>
          <w:color w:val="000000"/>
        </w:rPr>
        <w:t xml:space="preserve">Request for a road safety review for Lower Bognor Road (B2166) Lagness </w:t>
      </w:r>
      <w:r w:rsidRPr="00BB7951">
        <w:rPr>
          <w:rFonts w:cs="Arial"/>
          <w:bCs/>
          <w:i/>
          <w:iCs/>
          <w:color w:val="000000"/>
        </w:rPr>
        <w:t>(email circulated)</w:t>
      </w:r>
      <w:r w:rsidRPr="00BB7951">
        <w:rPr>
          <w:rFonts w:cs="Arial"/>
          <w:bCs/>
          <w:i/>
          <w:iCs/>
          <w:color w:val="000000"/>
        </w:rPr>
        <w:t xml:space="preserve"> </w:t>
      </w:r>
      <w:r w:rsidRPr="00BB7951">
        <w:rPr>
          <w:rFonts w:cs="Arial"/>
          <w:bCs/>
        </w:rPr>
        <w:t>It was RESOLVED to ask West Sussex County Council for a formal speed and safety review of the B2166, including consideration of the reduction of speed limit on a permanent basis or temporarily during use as a diversion route.  The Clerk was asked to write to our County Councillor Trevor Bence to see if a review could be arranged</w:t>
      </w:r>
    </w:p>
    <w:p w14:paraId="3B2BAA46" w14:textId="77777777" w:rsidR="00BB7951" w:rsidRPr="00BB7951" w:rsidRDefault="00BB7951" w:rsidP="00BB7951">
      <w:pPr>
        <w:pStyle w:val="ListParagraph"/>
        <w:ind w:left="1191"/>
      </w:pPr>
    </w:p>
    <w:p w14:paraId="24AA3F2C" w14:textId="2848E195" w:rsidR="0064760B" w:rsidRPr="0064760B" w:rsidRDefault="0064760B" w:rsidP="0064760B">
      <w:pPr>
        <w:pStyle w:val="ListParagraph"/>
        <w:numPr>
          <w:ilvl w:val="0"/>
          <w:numId w:val="11"/>
        </w:numPr>
        <w:rPr>
          <w:b/>
        </w:rPr>
      </w:pPr>
      <w:r w:rsidRPr="0064760B">
        <w:rPr>
          <w:b/>
        </w:rPr>
        <w:t xml:space="preserve">To receive and approve the minutes of the Council meetings held </w:t>
      </w:r>
      <w:r w:rsidR="00153D7C">
        <w:rPr>
          <w:b/>
        </w:rPr>
        <w:t>24</w:t>
      </w:r>
      <w:r w:rsidR="00153D7C" w:rsidRPr="00153D7C">
        <w:rPr>
          <w:b/>
          <w:vertAlign w:val="superscript"/>
        </w:rPr>
        <w:t>th</w:t>
      </w:r>
      <w:r w:rsidR="00153D7C">
        <w:rPr>
          <w:b/>
        </w:rPr>
        <w:t xml:space="preserve"> February</w:t>
      </w:r>
      <w:r w:rsidRPr="0064760B">
        <w:rPr>
          <w:b/>
        </w:rPr>
        <w:t xml:space="preserve"> 2026 (previously issued)</w:t>
      </w:r>
    </w:p>
    <w:p w14:paraId="32464397" w14:textId="77777777" w:rsidR="0064760B" w:rsidRPr="0064760B" w:rsidRDefault="0064760B" w:rsidP="0064760B">
      <w:pPr>
        <w:pStyle w:val="ListParagraph"/>
        <w:numPr>
          <w:ilvl w:val="1"/>
          <w:numId w:val="11"/>
        </w:numPr>
        <w:rPr>
          <w:bCs/>
        </w:rPr>
      </w:pPr>
      <w:r w:rsidRPr="0064760B">
        <w:rPr>
          <w:bCs/>
        </w:rPr>
        <w:t>It was RESOLVED to approve the minutes.  The Chairman was asked to sign the minutes accordingly</w:t>
      </w:r>
    </w:p>
    <w:p w14:paraId="4C9BD212" w14:textId="77777777" w:rsidR="0064760B" w:rsidRPr="0064760B" w:rsidRDefault="0064760B" w:rsidP="00436EB9">
      <w:pPr>
        <w:pStyle w:val="ListParagraph"/>
        <w:ind w:left="360"/>
        <w:rPr>
          <w:bCs/>
        </w:rPr>
      </w:pPr>
    </w:p>
    <w:p w14:paraId="10D6CAB1" w14:textId="77777777" w:rsidR="0064760B" w:rsidRPr="00436EB9" w:rsidRDefault="0064760B" w:rsidP="0064760B">
      <w:pPr>
        <w:pStyle w:val="ListParagraph"/>
        <w:numPr>
          <w:ilvl w:val="0"/>
          <w:numId w:val="11"/>
        </w:numPr>
        <w:rPr>
          <w:b/>
        </w:rPr>
      </w:pPr>
      <w:r w:rsidRPr="00436EB9">
        <w:rPr>
          <w:b/>
        </w:rPr>
        <w:t>Matters arising from the Minutes</w:t>
      </w:r>
    </w:p>
    <w:p w14:paraId="1B2AAD16" w14:textId="77777777" w:rsidR="0064760B" w:rsidRPr="0064760B" w:rsidRDefault="0064760B" w:rsidP="00436EB9">
      <w:pPr>
        <w:pStyle w:val="ListParagraph"/>
        <w:numPr>
          <w:ilvl w:val="1"/>
          <w:numId w:val="11"/>
        </w:numPr>
        <w:rPr>
          <w:bCs/>
        </w:rPr>
      </w:pPr>
      <w:r w:rsidRPr="0064760B">
        <w:rPr>
          <w:bCs/>
        </w:rPr>
        <w:t>None.</w:t>
      </w:r>
    </w:p>
    <w:p w14:paraId="4F3EF517" w14:textId="77777777" w:rsidR="0064760B" w:rsidRPr="0064760B" w:rsidRDefault="0064760B" w:rsidP="00436EB9">
      <w:pPr>
        <w:pStyle w:val="ListParagraph"/>
        <w:ind w:left="360"/>
        <w:rPr>
          <w:bCs/>
        </w:rPr>
      </w:pPr>
    </w:p>
    <w:p w14:paraId="571A8976" w14:textId="77777777" w:rsidR="004D05D6" w:rsidRPr="004D05D6" w:rsidRDefault="004D05D6" w:rsidP="004D05D6">
      <w:pPr>
        <w:pStyle w:val="ListParagraph"/>
        <w:numPr>
          <w:ilvl w:val="0"/>
          <w:numId w:val="11"/>
        </w:numPr>
        <w:rPr>
          <w:b/>
        </w:rPr>
      </w:pPr>
      <w:r w:rsidRPr="004D05D6">
        <w:rPr>
          <w:b/>
        </w:rPr>
        <w:t>Schedule of Works Review</w:t>
      </w:r>
    </w:p>
    <w:p w14:paraId="30186935" w14:textId="77777777" w:rsidR="004D05D6" w:rsidRPr="004D05D6" w:rsidRDefault="004D05D6" w:rsidP="004D05D6">
      <w:pPr>
        <w:pStyle w:val="ListParagraph"/>
        <w:numPr>
          <w:ilvl w:val="0"/>
          <w:numId w:val="15"/>
        </w:numPr>
        <w:rPr>
          <w:bCs/>
        </w:rPr>
      </w:pPr>
      <w:r w:rsidRPr="004D05D6">
        <w:rPr>
          <w:bCs/>
        </w:rPr>
        <w:t>Replacement bus shelter fitted at Hook Lane March 2026</w:t>
      </w:r>
    </w:p>
    <w:p w14:paraId="3388DAF7" w14:textId="77777777" w:rsidR="004D05D6" w:rsidRPr="004D05D6" w:rsidRDefault="004D05D6" w:rsidP="004D05D6">
      <w:pPr>
        <w:pStyle w:val="ListParagraph"/>
        <w:numPr>
          <w:ilvl w:val="0"/>
          <w:numId w:val="15"/>
        </w:numPr>
        <w:rPr>
          <w:bCs/>
        </w:rPr>
      </w:pPr>
      <w:r w:rsidRPr="004D05D6">
        <w:rPr>
          <w:bCs/>
        </w:rPr>
        <w:t>Shingle removal to clear pathway at Viscount Drive</w:t>
      </w:r>
    </w:p>
    <w:p w14:paraId="2444FEDD" w14:textId="77777777" w:rsidR="004D05D6" w:rsidRPr="004D05D6" w:rsidRDefault="004D05D6" w:rsidP="004D05D6">
      <w:pPr>
        <w:pStyle w:val="ListParagraph"/>
        <w:numPr>
          <w:ilvl w:val="0"/>
          <w:numId w:val="15"/>
        </w:numPr>
        <w:rPr>
          <w:bCs/>
        </w:rPr>
      </w:pPr>
      <w:r w:rsidRPr="004D05D6">
        <w:rPr>
          <w:bCs/>
        </w:rPr>
        <w:t>Noticeboard cleaning on a regular basis has commenced</w:t>
      </w:r>
    </w:p>
    <w:p w14:paraId="05F2228E" w14:textId="77777777" w:rsidR="004D05D6" w:rsidRPr="004D05D6" w:rsidRDefault="004D05D6" w:rsidP="004D05D6">
      <w:pPr>
        <w:pStyle w:val="ListParagraph"/>
        <w:numPr>
          <w:ilvl w:val="0"/>
          <w:numId w:val="15"/>
        </w:numPr>
        <w:rPr>
          <w:bCs/>
        </w:rPr>
      </w:pPr>
      <w:r w:rsidRPr="004D05D6">
        <w:rPr>
          <w:bCs/>
        </w:rPr>
        <w:t>Fence repairs at Hook Lane Play Area</w:t>
      </w:r>
    </w:p>
    <w:p w14:paraId="352452E4" w14:textId="77777777" w:rsidR="004D05D6" w:rsidRPr="004D05D6" w:rsidRDefault="004D05D6" w:rsidP="004D05D6">
      <w:pPr>
        <w:pStyle w:val="ListParagraph"/>
        <w:numPr>
          <w:ilvl w:val="0"/>
          <w:numId w:val="15"/>
        </w:numPr>
        <w:rPr>
          <w:bCs/>
        </w:rPr>
      </w:pPr>
      <w:r w:rsidRPr="004D05D6">
        <w:rPr>
          <w:bCs/>
        </w:rPr>
        <w:lastRenderedPageBreak/>
        <w:t>Fence repairs at Village Hall Play Area</w:t>
      </w:r>
    </w:p>
    <w:p w14:paraId="4D8CBC3C" w14:textId="77777777" w:rsidR="004D05D6" w:rsidRPr="004D05D6" w:rsidRDefault="004D05D6" w:rsidP="004D05D6">
      <w:pPr>
        <w:pStyle w:val="ListParagraph"/>
        <w:numPr>
          <w:ilvl w:val="0"/>
          <w:numId w:val="15"/>
        </w:numPr>
        <w:rPr>
          <w:bCs/>
        </w:rPr>
      </w:pPr>
      <w:r w:rsidRPr="004D05D6">
        <w:rPr>
          <w:bCs/>
        </w:rPr>
        <w:t>Fence reinforcement at Village Hall Play Area</w:t>
      </w:r>
    </w:p>
    <w:p w14:paraId="2B1E279C" w14:textId="77777777" w:rsidR="004D05D6" w:rsidRDefault="004D05D6" w:rsidP="004D05D6">
      <w:pPr>
        <w:pStyle w:val="ListParagraph"/>
        <w:numPr>
          <w:ilvl w:val="0"/>
          <w:numId w:val="15"/>
        </w:numPr>
        <w:rPr>
          <w:bCs/>
        </w:rPr>
      </w:pPr>
      <w:r w:rsidRPr="004D05D6">
        <w:rPr>
          <w:bCs/>
        </w:rPr>
        <w:t>Planters at Mill Farm entrance installed</w:t>
      </w:r>
    </w:p>
    <w:p w14:paraId="779E2345" w14:textId="2DEFE7AE" w:rsidR="00273F02" w:rsidRPr="004D05D6" w:rsidRDefault="00273F02" w:rsidP="00273F02">
      <w:pPr>
        <w:pStyle w:val="ListParagraph"/>
        <w:rPr>
          <w:bCs/>
        </w:rPr>
      </w:pPr>
    </w:p>
    <w:p w14:paraId="0FB991B6" w14:textId="77777777" w:rsidR="00DF3B89" w:rsidRDefault="0064760B" w:rsidP="001F5C54">
      <w:pPr>
        <w:pStyle w:val="ListParagraph"/>
        <w:numPr>
          <w:ilvl w:val="0"/>
          <w:numId w:val="11"/>
        </w:numPr>
        <w:rPr>
          <w:bCs/>
        </w:rPr>
      </w:pPr>
      <w:r w:rsidRPr="00DF3B89">
        <w:rPr>
          <w:b/>
        </w:rPr>
        <w:t>Clerk’s Report</w:t>
      </w:r>
      <w:r w:rsidRPr="00DF3B89">
        <w:rPr>
          <w:bCs/>
        </w:rPr>
        <w:t>:</w:t>
      </w:r>
    </w:p>
    <w:p w14:paraId="06B3A36C" w14:textId="77777777" w:rsidR="00C05668" w:rsidRDefault="00DF3B89" w:rsidP="00C05668">
      <w:pPr>
        <w:pStyle w:val="ListParagraph"/>
        <w:numPr>
          <w:ilvl w:val="1"/>
          <w:numId w:val="11"/>
        </w:numPr>
        <w:rPr>
          <w:bCs/>
        </w:rPr>
      </w:pPr>
      <w:r w:rsidRPr="00DF3B89">
        <w:rPr>
          <w:bCs/>
        </w:rPr>
        <w:t>The Clerk had nothing to report.</w:t>
      </w:r>
    </w:p>
    <w:p w14:paraId="3D35510F" w14:textId="77777777" w:rsidR="00C05668" w:rsidRDefault="00C05668" w:rsidP="00C05668">
      <w:pPr>
        <w:pStyle w:val="ListParagraph"/>
        <w:ind w:left="1191"/>
        <w:rPr>
          <w:bCs/>
        </w:rPr>
      </w:pPr>
    </w:p>
    <w:p w14:paraId="3B3E6326" w14:textId="183C158B" w:rsidR="00B6210A" w:rsidRPr="00B6210A" w:rsidRDefault="00C05668" w:rsidP="00B6210A">
      <w:pPr>
        <w:pStyle w:val="ListParagraph"/>
        <w:numPr>
          <w:ilvl w:val="0"/>
          <w:numId w:val="11"/>
        </w:numPr>
        <w:rPr>
          <w:bCs/>
        </w:rPr>
      </w:pPr>
      <w:r w:rsidRPr="00C05668">
        <w:rPr>
          <w:b/>
        </w:rPr>
        <w:t>Play A</w:t>
      </w:r>
      <w:r w:rsidR="00C74EA8">
        <w:rPr>
          <w:b/>
        </w:rPr>
        <w:t>r</w:t>
      </w:r>
      <w:r w:rsidRPr="00C05668">
        <w:rPr>
          <w:b/>
        </w:rPr>
        <w:t>eas</w:t>
      </w:r>
    </w:p>
    <w:p w14:paraId="25AC2FCC" w14:textId="77777777" w:rsidR="00B6210A" w:rsidRDefault="00C05668" w:rsidP="00B6210A">
      <w:pPr>
        <w:pStyle w:val="ListParagraph"/>
        <w:numPr>
          <w:ilvl w:val="1"/>
          <w:numId w:val="11"/>
        </w:numPr>
        <w:rPr>
          <w:bCs/>
        </w:rPr>
      </w:pPr>
      <w:r w:rsidRPr="00B6210A">
        <w:rPr>
          <w:bCs/>
        </w:rPr>
        <w:t>Village Hall – RoSPA report was presented to the meeting and noted</w:t>
      </w:r>
    </w:p>
    <w:p w14:paraId="1C2E53BA" w14:textId="77777777" w:rsidR="00B6210A" w:rsidRDefault="00C05668" w:rsidP="00B6210A">
      <w:pPr>
        <w:pStyle w:val="ListParagraph"/>
        <w:numPr>
          <w:ilvl w:val="1"/>
          <w:numId w:val="11"/>
        </w:numPr>
        <w:rPr>
          <w:bCs/>
        </w:rPr>
      </w:pPr>
      <w:r w:rsidRPr="00B6210A">
        <w:rPr>
          <w:bCs/>
        </w:rPr>
        <w:t>Hook Lane – RoSPA report was presented to the meeting and noted.</w:t>
      </w:r>
      <w:r w:rsidR="00B6210A">
        <w:rPr>
          <w:bCs/>
        </w:rPr>
        <w:t xml:space="preserve">  </w:t>
      </w:r>
      <w:r w:rsidRPr="00B6210A">
        <w:rPr>
          <w:bCs/>
        </w:rPr>
        <w:t xml:space="preserve">It was noted that there were several items marked as a medium risk and it was agreed that these should be given immediate attention.  It was further agreed that the spinner bowl in the Village Hall play area would be removed rather than replaced.  The bench which was missing a slat should be repaired as a priority and the Chairman would approach another play equipment provider for a comparative quote.  </w:t>
      </w:r>
    </w:p>
    <w:p w14:paraId="49714DE9" w14:textId="77777777" w:rsidR="00B6210A" w:rsidRDefault="00B6210A" w:rsidP="00B6210A">
      <w:pPr>
        <w:pStyle w:val="ListParagraph"/>
        <w:ind w:left="1191"/>
        <w:rPr>
          <w:bCs/>
        </w:rPr>
      </w:pPr>
    </w:p>
    <w:p w14:paraId="65129141" w14:textId="77777777" w:rsidR="00B6210A" w:rsidRPr="00B6210A" w:rsidRDefault="00E85201" w:rsidP="00B6210A">
      <w:pPr>
        <w:pStyle w:val="ListParagraph"/>
        <w:numPr>
          <w:ilvl w:val="0"/>
          <w:numId w:val="11"/>
        </w:numPr>
        <w:rPr>
          <w:bCs/>
        </w:rPr>
      </w:pPr>
      <w:r w:rsidRPr="00B6210A">
        <w:rPr>
          <w:b/>
        </w:rPr>
        <w:t>Highways/Footpaths/Car Parks/Street Lighting</w:t>
      </w:r>
    </w:p>
    <w:p w14:paraId="0AF53723" w14:textId="77777777" w:rsidR="00B6210A" w:rsidRPr="00B6210A" w:rsidRDefault="00E85201" w:rsidP="00B6210A">
      <w:pPr>
        <w:pStyle w:val="ListParagraph"/>
        <w:numPr>
          <w:ilvl w:val="1"/>
          <w:numId w:val="11"/>
        </w:numPr>
        <w:rPr>
          <w:bCs/>
        </w:rPr>
      </w:pPr>
      <w:r w:rsidRPr="00B6210A">
        <w:rPr>
          <w:bCs/>
        </w:rPr>
        <w:t>Woodfield Close – documents were being processed at the land registry with a view to correcting the ownership record.  Work was scheduled on their system for completion in March 2027.</w:t>
      </w:r>
    </w:p>
    <w:p w14:paraId="3E199CAE" w14:textId="51BE41F5" w:rsidR="00E85201" w:rsidRPr="00B6210A" w:rsidRDefault="00E85201" w:rsidP="00B6210A">
      <w:pPr>
        <w:pStyle w:val="ListParagraph"/>
        <w:numPr>
          <w:ilvl w:val="1"/>
          <w:numId w:val="11"/>
        </w:numPr>
        <w:rPr>
          <w:bCs/>
        </w:rPr>
      </w:pPr>
      <w:r w:rsidRPr="00B6210A">
        <w:rPr>
          <w:bCs/>
        </w:rPr>
        <w:t xml:space="preserve">Street Lighting – despite repeated attempts, </w:t>
      </w:r>
      <w:proofErr w:type="spellStart"/>
      <w:r w:rsidRPr="00B6210A">
        <w:rPr>
          <w:bCs/>
        </w:rPr>
        <w:t>Enerveo</w:t>
      </w:r>
      <w:proofErr w:type="spellEnd"/>
      <w:r w:rsidRPr="00B6210A">
        <w:rPr>
          <w:bCs/>
        </w:rPr>
        <w:t xml:space="preserve"> (contractors responsible for the street lights in West Sussex) would not remove the flags from the lampposts in Pagham as their staff had been threatened.</w:t>
      </w:r>
    </w:p>
    <w:p w14:paraId="386F0047" w14:textId="77777777" w:rsidR="00E4490B" w:rsidRPr="00E4490B" w:rsidRDefault="00E4490B" w:rsidP="00E4490B">
      <w:pPr>
        <w:pStyle w:val="ListParagraph"/>
        <w:ind w:left="1191"/>
        <w:rPr>
          <w:bCs/>
        </w:rPr>
      </w:pPr>
    </w:p>
    <w:p w14:paraId="0238FC3B" w14:textId="77777777" w:rsidR="00C67AE5" w:rsidRPr="00C67AE5" w:rsidRDefault="00C67AE5" w:rsidP="00C67AE5">
      <w:pPr>
        <w:pStyle w:val="ListParagraph"/>
        <w:numPr>
          <w:ilvl w:val="0"/>
          <w:numId w:val="11"/>
        </w:numPr>
        <w:rPr>
          <w:b/>
        </w:rPr>
      </w:pPr>
      <w:r w:rsidRPr="00C67AE5">
        <w:rPr>
          <w:b/>
        </w:rPr>
        <w:t>Bus shelters/benches/notice boards/bins/signs</w:t>
      </w:r>
    </w:p>
    <w:p w14:paraId="5EAB6219" w14:textId="77777777" w:rsidR="00C67AE5" w:rsidRDefault="00C67AE5" w:rsidP="00C67AE5">
      <w:pPr>
        <w:pStyle w:val="ListParagraph"/>
        <w:numPr>
          <w:ilvl w:val="1"/>
          <w:numId w:val="11"/>
        </w:numPr>
        <w:rPr>
          <w:bCs/>
        </w:rPr>
      </w:pPr>
      <w:r w:rsidRPr="00C67AE5">
        <w:rPr>
          <w:bCs/>
        </w:rPr>
        <w:t xml:space="preserve">The new bus shelter had already been the subject of graffiti.  There was also a lot of graffiti in the Nyetimber Lane bus shelter. It was agreed that the Clerk would arrange for </w:t>
      </w:r>
      <w:proofErr w:type="spellStart"/>
      <w:r w:rsidRPr="00C67AE5">
        <w:rPr>
          <w:bCs/>
        </w:rPr>
        <w:t>Townforce</w:t>
      </w:r>
      <w:proofErr w:type="spellEnd"/>
      <w:r w:rsidRPr="00C67AE5">
        <w:rPr>
          <w:bCs/>
        </w:rPr>
        <w:t xml:space="preserve"> to remove the graffiti.</w:t>
      </w:r>
    </w:p>
    <w:p w14:paraId="62FBBF06" w14:textId="77777777" w:rsidR="00C67AE5" w:rsidRDefault="00C67AE5" w:rsidP="00C67AE5">
      <w:pPr>
        <w:pStyle w:val="ListParagraph"/>
        <w:numPr>
          <w:ilvl w:val="1"/>
          <w:numId w:val="11"/>
        </w:numPr>
        <w:rPr>
          <w:bCs/>
        </w:rPr>
      </w:pPr>
      <w:r w:rsidRPr="00C67AE5">
        <w:rPr>
          <w:bCs/>
        </w:rPr>
        <w:t>Cllr Mrs Behr had attended a meeting of the Route 600 working group, which was looking to deliver additional or replacement bus shelters on the 600 route using central government funding.  Mrs Behr was going to upload details of our requirements to the central spreadsheet.  She felt an additional shelter on Pagham Road opposite Sea Way would be useful and also would check which shelters could benefit from replacement.</w:t>
      </w:r>
    </w:p>
    <w:p w14:paraId="0EAB4352" w14:textId="77777777" w:rsidR="00C67AE5" w:rsidRDefault="00C67AE5" w:rsidP="00C67AE5">
      <w:pPr>
        <w:pStyle w:val="ListParagraph"/>
        <w:ind w:left="1191"/>
        <w:rPr>
          <w:bCs/>
        </w:rPr>
      </w:pPr>
    </w:p>
    <w:p w14:paraId="701F9F2A" w14:textId="77777777" w:rsidR="00BF42B0" w:rsidRPr="00BF42B0" w:rsidRDefault="00BF42B0" w:rsidP="00BF42B0">
      <w:pPr>
        <w:pStyle w:val="ListParagraph"/>
        <w:numPr>
          <w:ilvl w:val="0"/>
          <w:numId w:val="11"/>
        </w:numPr>
        <w:rPr>
          <w:b/>
        </w:rPr>
      </w:pPr>
      <w:r w:rsidRPr="00BF42B0">
        <w:rPr>
          <w:b/>
        </w:rPr>
        <w:t>Ditches &amp; Drainage</w:t>
      </w:r>
    </w:p>
    <w:p w14:paraId="1057338D" w14:textId="1E6CE1D6" w:rsidR="0064760B" w:rsidRDefault="00BF42B0" w:rsidP="00BF42B0">
      <w:pPr>
        <w:pStyle w:val="ListParagraph"/>
        <w:numPr>
          <w:ilvl w:val="1"/>
          <w:numId w:val="11"/>
        </w:numPr>
        <w:rPr>
          <w:bCs/>
        </w:rPr>
      </w:pPr>
      <w:r w:rsidRPr="00BF42B0">
        <w:rPr>
          <w:bCs/>
        </w:rPr>
        <w:t>Nothing to report.</w:t>
      </w:r>
    </w:p>
    <w:p w14:paraId="6D376516" w14:textId="77777777" w:rsidR="00BF42B0" w:rsidRPr="0064760B" w:rsidRDefault="00BF42B0" w:rsidP="00BF42B0">
      <w:pPr>
        <w:pStyle w:val="ListParagraph"/>
        <w:ind w:left="1191"/>
        <w:rPr>
          <w:bCs/>
        </w:rPr>
      </w:pPr>
    </w:p>
    <w:p w14:paraId="359A1F5C" w14:textId="77777777" w:rsidR="006B4385" w:rsidRPr="006B4385" w:rsidRDefault="006B4385" w:rsidP="006B4385">
      <w:pPr>
        <w:pStyle w:val="ListParagraph"/>
        <w:numPr>
          <w:ilvl w:val="0"/>
          <w:numId w:val="11"/>
        </w:numPr>
        <w:rPr>
          <w:b/>
        </w:rPr>
      </w:pPr>
      <w:r w:rsidRPr="006B4385">
        <w:rPr>
          <w:b/>
        </w:rPr>
        <w:t>CIL – to consider projects suitable for CIL funding and agree actions to progress</w:t>
      </w:r>
    </w:p>
    <w:p w14:paraId="0FE32423" w14:textId="77777777" w:rsidR="006B4385" w:rsidRDefault="006B4385" w:rsidP="006B4385">
      <w:pPr>
        <w:pStyle w:val="ListParagraph"/>
        <w:numPr>
          <w:ilvl w:val="1"/>
          <w:numId w:val="11"/>
        </w:numPr>
        <w:rPr>
          <w:bCs/>
        </w:rPr>
      </w:pPr>
      <w:r w:rsidRPr="006B4385">
        <w:rPr>
          <w:bCs/>
        </w:rPr>
        <w:t>No new CIL funds had been received in the last six months</w:t>
      </w:r>
    </w:p>
    <w:p w14:paraId="243097CA" w14:textId="77777777" w:rsidR="006B4385" w:rsidRPr="006B4385" w:rsidRDefault="006B4385" w:rsidP="006B4385">
      <w:pPr>
        <w:pStyle w:val="ListParagraph"/>
        <w:ind w:left="1191"/>
        <w:rPr>
          <w:bCs/>
        </w:rPr>
      </w:pPr>
    </w:p>
    <w:p w14:paraId="3DA0562A" w14:textId="77777777" w:rsidR="00807AE2" w:rsidRPr="00807AE2" w:rsidRDefault="00807AE2" w:rsidP="00807AE2">
      <w:pPr>
        <w:pStyle w:val="ListParagraph"/>
        <w:numPr>
          <w:ilvl w:val="0"/>
          <w:numId w:val="11"/>
        </w:numPr>
        <w:rPr>
          <w:b/>
        </w:rPr>
      </w:pPr>
      <w:r w:rsidRPr="00807AE2">
        <w:rPr>
          <w:b/>
        </w:rPr>
        <w:t xml:space="preserve">Orders for Payment for </w:t>
      </w:r>
      <w:proofErr w:type="spellStart"/>
      <w:r w:rsidRPr="00807AE2">
        <w:rPr>
          <w:b/>
        </w:rPr>
        <w:t>authorisation</w:t>
      </w:r>
      <w:proofErr w:type="spellEnd"/>
    </w:p>
    <w:p w14:paraId="16B3B233" w14:textId="77777777" w:rsidR="00807AE2" w:rsidRDefault="00807AE2" w:rsidP="00807AE2">
      <w:pPr>
        <w:pStyle w:val="ListParagraph"/>
        <w:numPr>
          <w:ilvl w:val="1"/>
          <w:numId w:val="11"/>
        </w:numPr>
        <w:rPr>
          <w:bCs/>
        </w:rPr>
      </w:pPr>
      <w:r w:rsidRPr="00807AE2">
        <w:rPr>
          <w:bCs/>
        </w:rPr>
        <w:t>There were no orders for payment.</w:t>
      </w:r>
    </w:p>
    <w:p w14:paraId="44043AE3" w14:textId="77777777" w:rsidR="00807AE2" w:rsidRPr="00807AE2" w:rsidRDefault="00807AE2" w:rsidP="00807AE2">
      <w:pPr>
        <w:pStyle w:val="ListParagraph"/>
        <w:ind w:left="1191"/>
        <w:rPr>
          <w:bCs/>
        </w:rPr>
      </w:pPr>
    </w:p>
    <w:p w14:paraId="7A388BFA" w14:textId="77777777" w:rsidR="00D9346F" w:rsidRPr="00D9346F" w:rsidRDefault="00D9346F" w:rsidP="00D9346F">
      <w:pPr>
        <w:pStyle w:val="ListParagraph"/>
        <w:numPr>
          <w:ilvl w:val="0"/>
          <w:numId w:val="11"/>
        </w:numPr>
        <w:rPr>
          <w:b/>
        </w:rPr>
      </w:pPr>
      <w:r w:rsidRPr="00D9346F">
        <w:rPr>
          <w:b/>
        </w:rPr>
        <w:t>Risk assessment</w:t>
      </w:r>
    </w:p>
    <w:p w14:paraId="665F01C9" w14:textId="77777777" w:rsidR="00D9346F" w:rsidRPr="00D9346F" w:rsidRDefault="00D9346F" w:rsidP="00D9346F">
      <w:pPr>
        <w:pStyle w:val="ListParagraph"/>
        <w:numPr>
          <w:ilvl w:val="1"/>
          <w:numId w:val="11"/>
        </w:numPr>
        <w:rPr>
          <w:bCs/>
        </w:rPr>
      </w:pPr>
      <w:r w:rsidRPr="00D9346F">
        <w:rPr>
          <w:bCs/>
        </w:rPr>
        <w:lastRenderedPageBreak/>
        <w:t>In discussing the above issues and assets we have evaluated the following areas of risk assessment register in particular - Public use of Council Property CP1, CP2, CP4, CP8.  Team leaders will:</w:t>
      </w:r>
    </w:p>
    <w:p w14:paraId="65D4618C" w14:textId="77777777" w:rsidR="00D9346F" w:rsidRPr="00D9346F" w:rsidRDefault="00D9346F" w:rsidP="00D9346F">
      <w:pPr>
        <w:pStyle w:val="ListParagraph"/>
        <w:numPr>
          <w:ilvl w:val="1"/>
          <w:numId w:val="11"/>
        </w:numPr>
        <w:rPr>
          <w:bCs/>
        </w:rPr>
      </w:pPr>
      <w:r w:rsidRPr="00D9346F">
        <w:rPr>
          <w:bCs/>
        </w:rPr>
        <w:t>•</w:t>
      </w:r>
      <w:r w:rsidRPr="00D9346F">
        <w:rPr>
          <w:bCs/>
        </w:rPr>
        <w:tab/>
        <w:t>carry out risk assessment for jobs being carried out on all activities;</w:t>
      </w:r>
    </w:p>
    <w:p w14:paraId="1FAF166C" w14:textId="77777777" w:rsidR="00D9346F" w:rsidRPr="00D9346F" w:rsidRDefault="00D9346F" w:rsidP="00D9346F">
      <w:pPr>
        <w:pStyle w:val="ListParagraph"/>
        <w:numPr>
          <w:ilvl w:val="1"/>
          <w:numId w:val="11"/>
        </w:numPr>
        <w:rPr>
          <w:bCs/>
        </w:rPr>
      </w:pPr>
      <w:r w:rsidRPr="00D9346F">
        <w:rPr>
          <w:bCs/>
        </w:rPr>
        <w:t>•</w:t>
      </w:r>
      <w:r w:rsidRPr="00D9346F">
        <w:rPr>
          <w:bCs/>
        </w:rPr>
        <w:tab/>
        <w:t>make a note of all participants;</w:t>
      </w:r>
    </w:p>
    <w:p w14:paraId="1AFBE98E" w14:textId="77777777" w:rsidR="00D9346F" w:rsidRPr="00D9346F" w:rsidRDefault="00D9346F" w:rsidP="00D9346F">
      <w:pPr>
        <w:pStyle w:val="ListParagraph"/>
        <w:numPr>
          <w:ilvl w:val="1"/>
          <w:numId w:val="11"/>
        </w:numPr>
        <w:rPr>
          <w:bCs/>
        </w:rPr>
      </w:pPr>
      <w:r w:rsidRPr="00D9346F">
        <w:rPr>
          <w:bCs/>
        </w:rPr>
        <w:t>•</w:t>
      </w:r>
      <w:r w:rsidRPr="00D9346F">
        <w:rPr>
          <w:bCs/>
        </w:rPr>
        <w:tab/>
        <w:t>deliver appropriate training for lifting and handling &amp; equipment use;</w:t>
      </w:r>
    </w:p>
    <w:p w14:paraId="2291FEAB" w14:textId="77777777" w:rsidR="00D9346F" w:rsidRDefault="00D9346F" w:rsidP="00D9346F">
      <w:pPr>
        <w:pStyle w:val="ListParagraph"/>
        <w:numPr>
          <w:ilvl w:val="1"/>
          <w:numId w:val="11"/>
        </w:numPr>
        <w:rPr>
          <w:bCs/>
        </w:rPr>
      </w:pPr>
      <w:r w:rsidRPr="00D9346F">
        <w:rPr>
          <w:bCs/>
        </w:rPr>
        <w:t>distribute safety tabards, gloves and other equipment to carry out the tasks; and appoint a first aider</w:t>
      </w:r>
    </w:p>
    <w:p w14:paraId="1EC2498D" w14:textId="77777777" w:rsidR="0064760B" w:rsidRPr="0064760B" w:rsidRDefault="0064760B" w:rsidP="00EC540F">
      <w:pPr>
        <w:pStyle w:val="ListParagraph"/>
        <w:ind w:left="360"/>
        <w:rPr>
          <w:bCs/>
        </w:rPr>
      </w:pPr>
    </w:p>
    <w:p w14:paraId="1E8C5A60" w14:textId="77777777" w:rsidR="0064760B" w:rsidRPr="0064760B" w:rsidRDefault="0064760B" w:rsidP="0064760B">
      <w:pPr>
        <w:pStyle w:val="ListParagraph"/>
        <w:numPr>
          <w:ilvl w:val="0"/>
          <w:numId w:val="11"/>
        </w:numPr>
        <w:rPr>
          <w:bCs/>
        </w:rPr>
      </w:pPr>
      <w:r w:rsidRPr="0064760B">
        <w:rPr>
          <w:bCs/>
        </w:rPr>
        <w:t>Date of Next Meeting</w:t>
      </w:r>
    </w:p>
    <w:p w14:paraId="0973D88A" w14:textId="43FB3C10" w:rsidR="0064760B" w:rsidRPr="0064760B" w:rsidRDefault="00C74EA8" w:rsidP="00EC540F">
      <w:pPr>
        <w:pStyle w:val="ListParagraph"/>
        <w:numPr>
          <w:ilvl w:val="1"/>
          <w:numId w:val="11"/>
        </w:numPr>
        <w:rPr>
          <w:bCs/>
        </w:rPr>
      </w:pPr>
      <w:r>
        <w:rPr>
          <w:bCs/>
        </w:rPr>
        <w:t>25</w:t>
      </w:r>
      <w:r w:rsidRPr="00C74EA8">
        <w:rPr>
          <w:bCs/>
          <w:vertAlign w:val="superscript"/>
        </w:rPr>
        <w:t>th</w:t>
      </w:r>
      <w:r>
        <w:rPr>
          <w:bCs/>
        </w:rPr>
        <w:t xml:space="preserve"> August 2026</w:t>
      </w:r>
    </w:p>
    <w:p w14:paraId="3C46DA6F" w14:textId="77777777" w:rsidR="0064760B" w:rsidRPr="0064760B" w:rsidRDefault="0064760B" w:rsidP="00EC540F">
      <w:pPr>
        <w:pStyle w:val="ListParagraph"/>
        <w:ind w:left="360"/>
        <w:rPr>
          <w:bCs/>
        </w:rPr>
      </w:pPr>
    </w:p>
    <w:p w14:paraId="51000A11" w14:textId="25AE14EE" w:rsidR="0064760B" w:rsidRDefault="0064760B" w:rsidP="00EC540F">
      <w:pPr>
        <w:pStyle w:val="ListParagraph"/>
        <w:ind w:left="1191"/>
      </w:pPr>
      <w:r w:rsidRPr="0064760B">
        <w:rPr>
          <w:bCs/>
        </w:rPr>
        <w:t>The meeting closed at 9.</w:t>
      </w:r>
      <w:r w:rsidR="00EC540F">
        <w:rPr>
          <w:bCs/>
        </w:rPr>
        <w:t>25</w:t>
      </w:r>
    </w:p>
    <w:p w14:paraId="02401CE4" w14:textId="3C57C6B8" w:rsidR="00270F4F" w:rsidRDefault="00270F4F"/>
    <w:p w14:paraId="6A6BE2A8" w14:textId="62791AA0" w:rsidR="00270F4F" w:rsidRDefault="00C04199">
      <w:r>
        <w:br/>
        <w:t xml:space="preserve">Signed </w:t>
      </w:r>
      <w:r>
        <w:br/>
      </w:r>
      <w:r>
        <w:br/>
        <w:t>Chairman: ____________________       Date: ____________________</w:t>
      </w:r>
      <w:r>
        <w:br/>
      </w:r>
    </w:p>
    <w:sectPr w:rsidR="00270F4F" w:rsidSect="001E740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7A02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1227EC"/>
    <w:multiLevelType w:val="hybridMultilevel"/>
    <w:tmpl w:val="8956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5B6FFD"/>
    <w:multiLevelType w:val="multilevel"/>
    <w:tmpl w:val="EBFE1FE4"/>
    <w:lvl w:ilvl="0">
      <w:start w:val="9"/>
      <w:numFmt w:val="decimal"/>
      <w:lvlText w:val="%1"/>
      <w:lvlJc w:val="left"/>
      <w:pPr>
        <w:ind w:left="360" w:hanging="360"/>
      </w:pPr>
      <w:rPr>
        <w:rFonts w:hint="default"/>
        <w:b/>
        <w:bCs w:val="0"/>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5EE0F43"/>
    <w:multiLevelType w:val="multilevel"/>
    <w:tmpl w:val="A81494C6"/>
    <w:lvl w:ilvl="0">
      <w:start w:val="1"/>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11"/>
  </w:num>
  <w:num w:numId="11" w16cid:durableId="772480451">
    <w:abstractNumId w:val="14"/>
  </w:num>
  <w:num w:numId="12" w16cid:durableId="1858348113">
    <w:abstractNumId w:val="14"/>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4"/>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2"/>
  </w:num>
  <w:num w:numId="15" w16cid:durableId="1300066175">
    <w:abstractNumId w:val="10"/>
  </w:num>
  <w:num w:numId="16" w16cid:durableId="1883862231">
    <w:abstractNumId w:val="9"/>
  </w:num>
  <w:num w:numId="17" w16cid:durableId="2636133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824EB"/>
    <w:rsid w:val="00094B0A"/>
    <w:rsid w:val="000E1409"/>
    <w:rsid w:val="000E5613"/>
    <w:rsid w:val="000E70E0"/>
    <w:rsid w:val="000F68A5"/>
    <w:rsid w:val="00122A26"/>
    <w:rsid w:val="00130D6A"/>
    <w:rsid w:val="001349D1"/>
    <w:rsid w:val="0015074B"/>
    <w:rsid w:val="00153D7C"/>
    <w:rsid w:val="001654B7"/>
    <w:rsid w:val="0018590E"/>
    <w:rsid w:val="001B0424"/>
    <w:rsid w:val="001C16D1"/>
    <w:rsid w:val="001E7403"/>
    <w:rsid w:val="001F5C54"/>
    <w:rsid w:val="002159C2"/>
    <w:rsid w:val="00227957"/>
    <w:rsid w:val="00244F60"/>
    <w:rsid w:val="00245A45"/>
    <w:rsid w:val="0024690B"/>
    <w:rsid w:val="00270F4F"/>
    <w:rsid w:val="00273F02"/>
    <w:rsid w:val="00276414"/>
    <w:rsid w:val="0029639D"/>
    <w:rsid w:val="002A680A"/>
    <w:rsid w:val="002D0129"/>
    <w:rsid w:val="002F5B99"/>
    <w:rsid w:val="00326F90"/>
    <w:rsid w:val="00330CBB"/>
    <w:rsid w:val="003516F5"/>
    <w:rsid w:val="00357797"/>
    <w:rsid w:val="00375526"/>
    <w:rsid w:val="00375CB8"/>
    <w:rsid w:val="003817EE"/>
    <w:rsid w:val="003C798D"/>
    <w:rsid w:val="003D31C4"/>
    <w:rsid w:val="003F35C5"/>
    <w:rsid w:val="004353F7"/>
    <w:rsid w:val="00436EB9"/>
    <w:rsid w:val="00472921"/>
    <w:rsid w:val="004D05D6"/>
    <w:rsid w:val="005156A2"/>
    <w:rsid w:val="00544D28"/>
    <w:rsid w:val="005507DC"/>
    <w:rsid w:val="00584697"/>
    <w:rsid w:val="005B18E1"/>
    <w:rsid w:val="005F20F9"/>
    <w:rsid w:val="00607AD6"/>
    <w:rsid w:val="00633196"/>
    <w:rsid w:val="0064760B"/>
    <w:rsid w:val="006B4385"/>
    <w:rsid w:val="006B62B2"/>
    <w:rsid w:val="006E0463"/>
    <w:rsid w:val="006E0F37"/>
    <w:rsid w:val="006F2C1A"/>
    <w:rsid w:val="00706EDD"/>
    <w:rsid w:val="00761382"/>
    <w:rsid w:val="00781BAA"/>
    <w:rsid w:val="007851B7"/>
    <w:rsid w:val="007A3E5F"/>
    <w:rsid w:val="007B3869"/>
    <w:rsid w:val="00807AE2"/>
    <w:rsid w:val="00823A18"/>
    <w:rsid w:val="00834044"/>
    <w:rsid w:val="00861D3B"/>
    <w:rsid w:val="008848AE"/>
    <w:rsid w:val="008B7315"/>
    <w:rsid w:val="008D7A5C"/>
    <w:rsid w:val="008E1FBA"/>
    <w:rsid w:val="009234C6"/>
    <w:rsid w:val="009352B9"/>
    <w:rsid w:val="00953617"/>
    <w:rsid w:val="00961989"/>
    <w:rsid w:val="009700CB"/>
    <w:rsid w:val="009732D3"/>
    <w:rsid w:val="00981A45"/>
    <w:rsid w:val="009F669A"/>
    <w:rsid w:val="00A22FAD"/>
    <w:rsid w:val="00A41ADF"/>
    <w:rsid w:val="00AA1D8D"/>
    <w:rsid w:val="00AB03DE"/>
    <w:rsid w:val="00AE4F19"/>
    <w:rsid w:val="00AE79BB"/>
    <w:rsid w:val="00B067D9"/>
    <w:rsid w:val="00B20494"/>
    <w:rsid w:val="00B27E04"/>
    <w:rsid w:val="00B4249C"/>
    <w:rsid w:val="00B47730"/>
    <w:rsid w:val="00B6210A"/>
    <w:rsid w:val="00B92EEF"/>
    <w:rsid w:val="00BA3D99"/>
    <w:rsid w:val="00BB0A86"/>
    <w:rsid w:val="00BB463B"/>
    <w:rsid w:val="00BB7951"/>
    <w:rsid w:val="00BC0E08"/>
    <w:rsid w:val="00BD3379"/>
    <w:rsid w:val="00BF1CB7"/>
    <w:rsid w:val="00BF42B0"/>
    <w:rsid w:val="00C00594"/>
    <w:rsid w:val="00C03A83"/>
    <w:rsid w:val="00C04199"/>
    <w:rsid w:val="00C05668"/>
    <w:rsid w:val="00C05BE7"/>
    <w:rsid w:val="00C211F3"/>
    <w:rsid w:val="00C24141"/>
    <w:rsid w:val="00C24E13"/>
    <w:rsid w:val="00C42754"/>
    <w:rsid w:val="00C45AE2"/>
    <w:rsid w:val="00C67AE5"/>
    <w:rsid w:val="00C711CF"/>
    <w:rsid w:val="00C74EA8"/>
    <w:rsid w:val="00CA547A"/>
    <w:rsid w:val="00CB0664"/>
    <w:rsid w:val="00CC0A64"/>
    <w:rsid w:val="00CC7948"/>
    <w:rsid w:val="00CF3320"/>
    <w:rsid w:val="00D020F2"/>
    <w:rsid w:val="00D3659B"/>
    <w:rsid w:val="00D86212"/>
    <w:rsid w:val="00D92B1D"/>
    <w:rsid w:val="00D9346F"/>
    <w:rsid w:val="00DB179F"/>
    <w:rsid w:val="00DB4CE2"/>
    <w:rsid w:val="00DE7A90"/>
    <w:rsid w:val="00DF3B89"/>
    <w:rsid w:val="00E3349B"/>
    <w:rsid w:val="00E4490B"/>
    <w:rsid w:val="00E66CE6"/>
    <w:rsid w:val="00E81FCC"/>
    <w:rsid w:val="00E8397C"/>
    <w:rsid w:val="00E85201"/>
    <w:rsid w:val="00EA1CD8"/>
    <w:rsid w:val="00EA35A7"/>
    <w:rsid w:val="00EB1EAC"/>
    <w:rsid w:val="00EC540F"/>
    <w:rsid w:val="00ED6141"/>
    <w:rsid w:val="00ED7D3E"/>
    <w:rsid w:val="00F317AF"/>
    <w:rsid w:val="00F56375"/>
    <w:rsid w:val="00F8771B"/>
    <w:rsid w:val="00FA7B91"/>
    <w:rsid w:val="00FB5434"/>
    <w:rsid w:val="00FC693F"/>
    <w:rsid w:val="00FD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23</cp:revision>
  <dcterms:created xsi:type="dcterms:W3CDTF">2026-10-07T12:21:00Z</dcterms:created>
  <dcterms:modified xsi:type="dcterms:W3CDTF">2026-10-07T12:35:00Z</dcterms:modified>
  <cp:category/>
</cp:coreProperties>
</file>