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102A820E"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9732D3">
        <w:rPr>
          <w:rStyle w:val="Heading1Char"/>
        </w:rPr>
        <w:t>a</w:t>
      </w:r>
      <w:r w:rsidR="002E7059">
        <w:rPr>
          <w:rStyle w:val="Heading1Char"/>
        </w:rPr>
        <w:t>n Extraordinary</w:t>
      </w:r>
      <w:r w:rsidR="009732D3">
        <w:rPr>
          <w:rStyle w:val="Heading1Char"/>
        </w:rPr>
        <w:t xml:space="preserve"> Meeting of the</w:t>
      </w:r>
      <w:r w:rsidRPr="002A680A">
        <w:rPr>
          <w:rStyle w:val="Heading1Char"/>
        </w:rPr>
        <w:t xml:space="preserve"> </w:t>
      </w:r>
      <w:r w:rsidR="00D92B1D">
        <w:rPr>
          <w:rStyle w:val="Heading1Char"/>
        </w:rPr>
        <w:t>Highways &amp; Amenities Committee</w:t>
      </w:r>
    </w:p>
    <w:p w14:paraId="699417A1" w14:textId="77777777" w:rsidR="00270F4F" w:rsidRDefault="00C04199">
      <w:pPr>
        <w:pStyle w:val="Heading2"/>
      </w:pPr>
      <w:r>
        <w:t>Meeting Details</w:t>
      </w:r>
    </w:p>
    <w:p w14:paraId="5647915E" w14:textId="22CED031" w:rsidR="001654B7" w:rsidRPr="002D0636" w:rsidRDefault="00C04199">
      <w:pPr>
        <w:rPr>
          <w:rFonts w:cs="Arial"/>
          <w:bCs/>
        </w:rPr>
      </w:pPr>
      <w:r>
        <w:rPr>
          <w:b/>
        </w:rPr>
        <w:t xml:space="preserve">• Date and Time: </w:t>
      </w:r>
      <w:r>
        <w:t xml:space="preserve">Tuesday </w:t>
      </w:r>
      <w:r w:rsidR="00FD73BE">
        <w:t>14</w:t>
      </w:r>
      <w:r w:rsidR="00FD73BE" w:rsidRPr="00FD73BE">
        <w:rPr>
          <w:vertAlign w:val="superscript"/>
        </w:rPr>
        <w:t>th</w:t>
      </w:r>
      <w:r w:rsidR="00FD73BE">
        <w:t xml:space="preserve"> July</w:t>
      </w:r>
      <w:r>
        <w:t xml:space="preserve"> 2026 at 7.45pm</w:t>
      </w:r>
      <w:r>
        <w:br/>
      </w:r>
      <w:r>
        <w:rPr>
          <w:b/>
        </w:rPr>
        <w:t xml:space="preserve">• Venue: </w:t>
      </w:r>
      <w:r>
        <w:t>The Small Hall, Pagham Village Hall, Pagham Road, Pagham, PO21 4NJ</w:t>
      </w:r>
      <w:r>
        <w:br/>
      </w:r>
      <w:r>
        <w:rPr>
          <w:b/>
        </w:rPr>
        <w:t xml:space="preserve">• Present: </w:t>
      </w:r>
      <w:r w:rsidR="002D0636" w:rsidRPr="002D0636">
        <w:rPr>
          <w:bCs/>
        </w:rPr>
        <w:t>Cllr Mr P Atkins, Cllr Mrs J Behr (Chairman), Cllr Mr M Howard &amp; Cllr Mr D Huntley</w:t>
      </w:r>
    </w:p>
    <w:p w14:paraId="715B6609" w14:textId="333706F3" w:rsidR="00270F4F" w:rsidRDefault="00C04199">
      <w:r>
        <w:rPr>
          <w:b/>
        </w:rPr>
        <w:t xml:space="preserve">• In Attendance: </w:t>
      </w:r>
      <w:r>
        <w:t>Mrs N</w:t>
      </w:r>
      <w:r w:rsidR="00B4249C">
        <w:t xml:space="preserve"> </w:t>
      </w:r>
      <w:r>
        <w:t>Swann (Clerk &amp; RFO)</w:t>
      </w:r>
    </w:p>
    <w:p w14:paraId="1304712C" w14:textId="77777777" w:rsidR="002A680A" w:rsidRDefault="002A680A"/>
    <w:p w14:paraId="0E99217E" w14:textId="6101EE26" w:rsidR="003C798D" w:rsidRPr="00C24141" w:rsidRDefault="00C04199" w:rsidP="00326A07">
      <w:pPr>
        <w:pStyle w:val="ListParagraph"/>
        <w:numPr>
          <w:ilvl w:val="0"/>
          <w:numId w:val="11"/>
        </w:numPr>
      </w:pPr>
      <w:r w:rsidRPr="00781BAA">
        <w:rPr>
          <w:b/>
        </w:rPr>
        <w:t>Apologies from Members:</w:t>
      </w:r>
      <w:r w:rsidR="00B4249C" w:rsidRPr="00781BAA">
        <w:rPr>
          <w:b/>
        </w:rPr>
        <w:t xml:space="preserve"> </w:t>
      </w:r>
    </w:p>
    <w:p w14:paraId="0C7A641E" w14:textId="036B53F5" w:rsidR="00D935DB" w:rsidRDefault="00D935DB" w:rsidP="00D935DB">
      <w:pPr>
        <w:pStyle w:val="ListParagraph"/>
        <w:ind w:left="360"/>
      </w:pPr>
      <w:r w:rsidRPr="00D935DB">
        <w:t xml:space="preserve">Cllr </w:t>
      </w:r>
      <w:proofErr w:type="spellStart"/>
      <w:r w:rsidRPr="00D935DB">
        <w:t>Ms</w:t>
      </w:r>
      <w:proofErr w:type="spellEnd"/>
      <w:r w:rsidRPr="00D935DB">
        <w:t xml:space="preserve"> P Hilton, Cllr Mr P Cooper, Cllr Mr I Manion &amp; Cllr </w:t>
      </w:r>
      <w:proofErr w:type="spellStart"/>
      <w:r w:rsidRPr="00D935DB">
        <w:t>Ms</w:t>
      </w:r>
      <w:proofErr w:type="spellEnd"/>
      <w:r w:rsidRPr="00D935DB">
        <w:t xml:space="preserve"> R Palmer</w:t>
      </w:r>
    </w:p>
    <w:p w14:paraId="28DB9E8F" w14:textId="77777777" w:rsidR="00D935DB" w:rsidRDefault="00D935DB" w:rsidP="00D935DB">
      <w:pPr>
        <w:pStyle w:val="ListParagraph"/>
        <w:ind w:left="360"/>
      </w:pPr>
    </w:p>
    <w:p w14:paraId="4B7F8990" w14:textId="77777777" w:rsidR="00C24E13" w:rsidRPr="00C24E13" w:rsidRDefault="00C04199" w:rsidP="00C24E13">
      <w:pPr>
        <w:pStyle w:val="ListParagraph"/>
        <w:numPr>
          <w:ilvl w:val="0"/>
          <w:numId w:val="11"/>
        </w:numPr>
      </w:pPr>
      <w:r w:rsidRPr="003C798D">
        <w:rPr>
          <w:b/>
        </w:rPr>
        <w:t xml:space="preserve">Declarations of Interest and Dispensation Requests: </w:t>
      </w:r>
    </w:p>
    <w:p w14:paraId="1D2F56A5" w14:textId="186B3C3D" w:rsidR="00C24E13" w:rsidRDefault="00A41ADF" w:rsidP="00C24E13">
      <w:pPr>
        <w:pStyle w:val="ListParagraph"/>
        <w:numPr>
          <w:ilvl w:val="1"/>
          <w:numId w:val="11"/>
        </w:numPr>
      </w:pPr>
      <w:r>
        <w:t>None</w:t>
      </w:r>
    </w:p>
    <w:p w14:paraId="52CC47F0" w14:textId="77777777" w:rsidR="003C798D" w:rsidRDefault="003C798D" w:rsidP="003C798D">
      <w:pPr>
        <w:pStyle w:val="ListParagraph"/>
      </w:pPr>
    </w:p>
    <w:p w14:paraId="3C67A22F" w14:textId="77777777" w:rsidR="00361DCB" w:rsidRDefault="003C798D" w:rsidP="00361DCB">
      <w:pPr>
        <w:pStyle w:val="ListParagraph"/>
        <w:numPr>
          <w:ilvl w:val="0"/>
          <w:numId w:val="11"/>
        </w:numPr>
      </w:pPr>
      <w:r w:rsidRPr="003C798D">
        <w:rPr>
          <w:b/>
        </w:rPr>
        <w:t>P</w:t>
      </w:r>
      <w:r w:rsidR="00C04199" w:rsidRPr="003C798D">
        <w:rPr>
          <w:b/>
        </w:rPr>
        <w:t xml:space="preserve">ublic Session: </w:t>
      </w:r>
      <w:r w:rsidR="00C04199" w:rsidRPr="00ED6141">
        <w:rPr>
          <w:color w:val="auto"/>
        </w:rPr>
        <w:t>No</w:t>
      </w:r>
      <w:r w:rsidR="00C04199">
        <w:t xml:space="preserve"> members of the public were present.</w:t>
      </w:r>
    </w:p>
    <w:p w14:paraId="3B2BAA46" w14:textId="2FC53AA5" w:rsidR="00BB7951" w:rsidRPr="00361DCB" w:rsidRDefault="00361DCB" w:rsidP="00361DCB">
      <w:pPr>
        <w:pStyle w:val="ListParagraph"/>
        <w:numPr>
          <w:ilvl w:val="1"/>
          <w:numId w:val="11"/>
        </w:numPr>
        <w:rPr>
          <w:bCs/>
        </w:rPr>
      </w:pPr>
      <w:r w:rsidRPr="00361DCB">
        <w:rPr>
          <w:rFonts w:cs="Arial"/>
          <w:bCs/>
          <w:color w:val="000000"/>
        </w:rPr>
        <w:t>No members of the public were present or had submitted questions</w:t>
      </w:r>
    </w:p>
    <w:p w14:paraId="339E8428" w14:textId="77777777" w:rsidR="00361DCB" w:rsidRPr="00361DCB" w:rsidRDefault="00361DCB" w:rsidP="00361DCB">
      <w:pPr>
        <w:pStyle w:val="ListParagraph"/>
        <w:ind w:left="1191"/>
        <w:rPr>
          <w:bCs/>
        </w:rPr>
      </w:pPr>
    </w:p>
    <w:p w14:paraId="24AA3F2C" w14:textId="7634562B" w:rsidR="0064760B" w:rsidRPr="0064760B" w:rsidRDefault="0064760B" w:rsidP="0064760B">
      <w:pPr>
        <w:pStyle w:val="ListParagraph"/>
        <w:numPr>
          <w:ilvl w:val="0"/>
          <w:numId w:val="11"/>
        </w:numPr>
        <w:rPr>
          <w:b/>
        </w:rPr>
      </w:pPr>
      <w:r w:rsidRPr="0064760B">
        <w:rPr>
          <w:b/>
        </w:rPr>
        <w:t xml:space="preserve">To receive and approve the minutes of the Council meetings held </w:t>
      </w:r>
      <w:r w:rsidR="00D15BBB">
        <w:rPr>
          <w:b/>
        </w:rPr>
        <w:t>26</w:t>
      </w:r>
      <w:r w:rsidR="00D15BBB" w:rsidRPr="00D15BBB">
        <w:rPr>
          <w:b/>
          <w:vertAlign w:val="superscript"/>
        </w:rPr>
        <w:t>th</w:t>
      </w:r>
      <w:r w:rsidR="00D15BBB">
        <w:rPr>
          <w:b/>
        </w:rPr>
        <w:t xml:space="preserve"> May </w:t>
      </w:r>
      <w:r w:rsidRPr="0064760B">
        <w:rPr>
          <w:b/>
        </w:rPr>
        <w:t>2026 (previously issued)</w:t>
      </w:r>
    </w:p>
    <w:p w14:paraId="32464397" w14:textId="77777777" w:rsidR="0064760B" w:rsidRPr="0064760B" w:rsidRDefault="0064760B" w:rsidP="0064760B">
      <w:pPr>
        <w:pStyle w:val="ListParagraph"/>
        <w:numPr>
          <w:ilvl w:val="1"/>
          <w:numId w:val="11"/>
        </w:numPr>
        <w:rPr>
          <w:bCs/>
        </w:rPr>
      </w:pPr>
      <w:r w:rsidRPr="0064760B">
        <w:rPr>
          <w:bCs/>
        </w:rPr>
        <w:t>It was RESOLVED to approve the minutes.  The Chairman was asked to sign the minutes accordingly</w:t>
      </w:r>
    </w:p>
    <w:p w14:paraId="4C9BD212" w14:textId="77777777" w:rsidR="0064760B" w:rsidRPr="0064760B" w:rsidRDefault="0064760B" w:rsidP="00436EB9">
      <w:pPr>
        <w:pStyle w:val="ListParagraph"/>
        <w:ind w:left="360"/>
        <w:rPr>
          <w:bCs/>
        </w:rPr>
      </w:pPr>
    </w:p>
    <w:p w14:paraId="10D6CAB1" w14:textId="77777777" w:rsidR="0064760B" w:rsidRPr="00436EB9" w:rsidRDefault="0064760B" w:rsidP="0064760B">
      <w:pPr>
        <w:pStyle w:val="ListParagraph"/>
        <w:numPr>
          <w:ilvl w:val="0"/>
          <w:numId w:val="11"/>
        </w:numPr>
        <w:rPr>
          <w:b/>
        </w:rPr>
      </w:pPr>
      <w:r w:rsidRPr="00436EB9">
        <w:rPr>
          <w:b/>
        </w:rPr>
        <w:t>Matters arising from the Minutes</w:t>
      </w:r>
    </w:p>
    <w:p w14:paraId="1B2AAD16" w14:textId="77777777" w:rsidR="0064760B" w:rsidRPr="0064760B" w:rsidRDefault="0064760B" w:rsidP="00436EB9">
      <w:pPr>
        <w:pStyle w:val="ListParagraph"/>
        <w:numPr>
          <w:ilvl w:val="1"/>
          <w:numId w:val="11"/>
        </w:numPr>
        <w:rPr>
          <w:bCs/>
        </w:rPr>
      </w:pPr>
      <w:r w:rsidRPr="0064760B">
        <w:rPr>
          <w:bCs/>
        </w:rPr>
        <w:t>None.</w:t>
      </w:r>
    </w:p>
    <w:p w14:paraId="4F3EF517" w14:textId="77777777" w:rsidR="0064760B" w:rsidRPr="0064760B" w:rsidRDefault="0064760B" w:rsidP="00436EB9">
      <w:pPr>
        <w:pStyle w:val="ListParagraph"/>
        <w:ind w:left="360"/>
        <w:rPr>
          <w:bCs/>
        </w:rPr>
      </w:pPr>
    </w:p>
    <w:p w14:paraId="571A8976" w14:textId="77777777" w:rsidR="004D05D6" w:rsidRPr="004D05D6" w:rsidRDefault="004D05D6" w:rsidP="004D05D6">
      <w:pPr>
        <w:pStyle w:val="ListParagraph"/>
        <w:numPr>
          <w:ilvl w:val="0"/>
          <w:numId w:val="11"/>
        </w:numPr>
        <w:rPr>
          <w:b/>
        </w:rPr>
      </w:pPr>
      <w:r w:rsidRPr="004D05D6">
        <w:rPr>
          <w:b/>
        </w:rPr>
        <w:t>Schedule of Works Review</w:t>
      </w:r>
    </w:p>
    <w:p w14:paraId="6107E00F" w14:textId="77777777" w:rsidR="00295B65" w:rsidRPr="00295B65" w:rsidRDefault="00295B65" w:rsidP="00295B65">
      <w:pPr>
        <w:pStyle w:val="ListParagraph"/>
        <w:numPr>
          <w:ilvl w:val="0"/>
          <w:numId w:val="19"/>
        </w:numPr>
        <w:spacing w:after="0" w:line="240" w:lineRule="auto"/>
        <w:rPr>
          <w:rFonts w:cs="Arial"/>
        </w:rPr>
      </w:pPr>
      <w:r w:rsidRPr="00295B65">
        <w:rPr>
          <w:rFonts w:cs="Arial"/>
        </w:rPr>
        <w:t xml:space="preserve">Flags removed from lampposts in Pagham Road by </w:t>
      </w:r>
      <w:proofErr w:type="spellStart"/>
      <w:r w:rsidRPr="00295B65">
        <w:rPr>
          <w:rFonts w:cs="Arial"/>
        </w:rPr>
        <w:t>Enerveo</w:t>
      </w:r>
      <w:proofErr w:type="spellEnd"/>
    </w:p>
    <w:p w14:paraId="062B84E8" w14:textId="77777777" w:rsidR="00295B65" w:rsidRPr="00295B65" w:rsidRDefault="00295B65" w:rsidP="00295B65">
      <w:pPr>
        <w:pStyle w:val="ListParagraph"/>
        <w:numPr>
          <w:ilvl w:val="0"/>
          <w:numId w:val="19"/>
        </w:numPr>
        <w:spacing w:after="0" w:line="240" w:lineRule="auto"/>
        <w:rPr>
          <w:rFonts w:cs="Arial"/>
        </w:rPr>
      </w:pPr>
      <w:r w:rsidRPr="00295B65">
        <w:rPr>
          <w:rFonts w:cs="Arial"/>
        </w:rPr>
        <w:t>Bench repaired in the play area at the Village Hall</w:t>
      </w:r>
    </w:p>
    <w:p w14:paraId="4E966982" w14:textId="77777777" w:rsidR="00295B65" w:rsidRPr="00295B65" w:rsidRDefault="00295B65" w:rsidP="00295B65">
      <w:pPr>
        <w:pStyle w:val="ListParagraph"/>
        <w:numPr>
          <w:ilvl w:val="0"/>
          <w:numId w:val="19"/>
        </w:numPr>
        <w:spacing w:after="0" w:line="240" w:lineRule="auto"/>
        <w:rPr>
          <w:rFonts w:cs="Arial"/>
        </w:rPr>
      </w:pPr>
      <w:r w:rsidRPr="00295B65">
        <w:rPr>
          <w:rFonts w:cs="Arial"/>
        </w:rPr>
        <w:t>Fencing damage repaired, gate repaired at Village Hall</w:t>
      </w:r>
    </w:p>
    <w:p w14:paraId="7B5A8706" w14:textId="77777777" w:rsidR="00295B65" w:rsidRPr="00295B65" w:rsidRDefault="00295B65" w:rsidP="00295B65">
      <w:pPr>
        <w:pStyle w:val="ListParagraph"/>
        <w:numPr>
          <w:ilvl w:val="0"/>
          <w:numId w:val="19"/>
        </w:numPr>
        <w:spacing w:after="0" w:line="240" w:lineRule="auto"/>
        <w:rPr>
          <w:rFonts w:cs="Arial"/>
        </w:rPr>
      </w:pPr>
      <w:r w:rsidRPr="00295B65">
        <w:rPr>
          <w:rFonts w:cs="Arial"/>
        </w:rPr>
        <w:t>Contractor instructed to rectify matters raised as “medium risk” in the July play area inspections.</w:t>
      </w:r>
    </w:p>
    <w:p w14:paraId="2B1E279C" w14:textId="5AFAF979" w:rsidR="004D05D6" w:rsidRPr="00295B65" w:rsidRDefault="00295B65" w:rsidP="00295B65">
      <w:pPr>
        <w:pStyle w:val="ListParagraph"/>
        <w:numPr>
          <w:ilvl w:val="0"/>
          <w:numId w:val="19"/>
        </w:numPr>
        <w:rPr>
          <w:bCs/>
        </w:rPr>
      </w:pPr>
      <w:r w:rsidRPr="00295B65">
        <w:rPr>
          <w:rFonts w:cs="Arial"/>
        </w:rPr>
        <w:t>TRO request for speed restrictions on Lower Bognor Road had cleared the initial assessment stage and was progressing</w:t>
      </w:r>
    </w:p>
    <w:p w14:paraId="779E2345" w14:textId="2DEFE7AE" w:rsidR="00273F02" w:rsidRPr="004D05D6" w:rsidRDefault="00273F02" w:rsidP="00273F02">
      <w:pPr>
        <w:pStyle w:val="ListParagraph"/>
        <w:rPr>
          <w:bCs/>
        </w:rPr>
      </w:pPr>
    </w:p>
    <w:p w14:paraId="0FB991B6" w14:textId="77777777" w:rsidR="00DF3B89" w:rsidRDefault="0064760B" w:rsidP="001F5C54">
      <w:pPr>
        <w:pStyle w:val="ListParagraph"/>
        <w:numPr>
          <w:ilvl w:val="0"/>
          <w:numId w:val="11"/>
        </w:numPr>
        <w:rPr>
          <w:bCs/>
        </w:rPr>
      </w:pPr>
      <w:r w:rsidRPr="00DF3B89">
        <w:rPr>
          <w:b/>
        </w:rPr>
        <w:t>Clerk’s Report</w:t>
      </w:r>
      <w:r w:rsidRPr="00DF3B89">
        <w:rPr>
          <w:bCs/>
        </w:rPr>
        <w:t>:</w:t>
      </w:r>
    </w:p>
    <w:p w14:paraId="06B3A36C" w14:textId="77777777" w:rsidR="00C05668" w:rsidRDefault="00DF3B89" w:rsidP="00C05668">
      <w:pPr>
        <w:pStyle w:val="ListParagraph"/>
        <w:numPr>
          <w:ilvl w:val="1"/>
          <w:numId w:val="11"/>
        </w:numPr>
        <w:rPr>
          <w:bCs/>
        </w:rPr>
      </w:pPr>
      <w:r w:rsidRPr="00DF3B89">
        <w:rPr>
          <w:bCs/>
        </w:rPr>
        <w:t>The Clerk had nothing to report.</w:t>
      </w:r>
    </w:p>
    <w:p w14:paraId="3D35510F" w14:textId="77777777" w:rsidR="00C05668" w:rsidRDefault="00C05668" w:rsidP="00C05668">
      <w:pPr>
        <w:pStyle w:val="ListParagraph"/>
        <w:ind w:left="1191"/>
        <w:rPr>
          <w:bCs/>
        </w:rPr>
      </w:pPr>
    </w:p>
    <w:p w14:paraId="3B3E6326" w14:textId="183C158B" w:rsidR="00B6210A" w:rsidRPr="00B6210A" w:rsidRDefault="00C05668" w:rsidP="00B6210A">
      <w:pPr>
        <w:pStyle w:val="ListParagraph"/>
        <w:numPr>
          <w:ilvl w:val="0"/>
          <w:numId w:val="11"/>
        </w:numPr>
        <w:rPr>
          <w:bCs/>
        </w:rPr>
      </w:pPr>
      <w:r w:rsidRPr="00C05668">
        <w:rPr>
          <w:b/>
        </w:rPr>
        <w:t>Play A</w:t>
      </w:r>
      <w:r w:rsidR="00C74EA8">
        <w:rPr>
          <w:b/>
        </w:rPr>
        <w:t>r</w:t>
      </w:r>
      <w:r w:rsidRPr="00C05668">
        <w:rPr>
          <w:b/>
        </w:rPr>
        <w:t>eas</w:t>
      </w:r>
    </w:p>
    <w:p w14:paraId="5782DD51" w14:textId="77777777" w:rsidR="008E461E" w:rsidRPr="008E461E" w:rsidRDefault="008E461E" w:rsidP="008E461E">
      <w:pPr>
        <w:pStyle w:val="ListParagraph"/>
        <w:numPr>
          <w:ilvl w:val="1"/>
          <w:numId w:val="11"/>
        </w:numPr>
        <w:rPr>
          <w:bCs/>
        </w:rPr>
      </w:pPr>
      <w:r w:rsidRPr="008E461E">
        <w:rPr>
          <w:bCs/>
        </w:rPr>
        <w:t>Village Hall – To consider quotes for repairs to the fence between The Paddock and Village Hall play area.  Three prices had been obtained by the Chairman, and contractor C had been selected.</w:t>
      </w:r>
    </w:p>
    <w:p w14:paraId="5271577F" w14:textId="77777777" w:rsidR="008E461E" w:rsidRPr="008E461E" w:rsidRDefault="008E461E" w:rsidP="008E461E">
      <w:pPr>
        <w:pStyle w:val="ListParagraph"/>
        <w:ind w:left="1191"/>
        <w:rPr>
          <w:bCs/>
        </w:rPr>
      </w:pPr>
    </w:p>
    <w:p w14:paraId="6BFE734B" w14:textId="6EFEC4BE" w:rsidR="008E461E" w:rsidRDefault="008E461E" w:rsidP="008E461E">
      <w:pPr>
        <w:pStyle w:val="ListParagraph"/>
        <w:numPr>
          <w:ilvl w:val="1"/>
          <w:numId w:val="11"/>
        </w:numPr>
        <w:rPr>
          <w:bCs/>
        </w:rPr>
      </w:pPr>
      <w:r w:rsidRPr="008E461E">
        <w:rPr>
          <w:bCs/>
        </w:rPr>
        <w:t xml:space="preserve">To consider whether to facilitate an outdoor cinema event using The Paddock at the Village Hall (verbal report from the Chairman).  The Chairman explained that she would like to investigate the prospect of holding a cinema event in the Paddock in September or October.  Members agreed that Mrs Behr should seek more information in order that the proposal could be properly assessed at the next Committee meeting.   </w:t>
      </w:r>
    </w:p>
    <w:p w14:paraId="17AD94DB" w14:textId="77777777" w:rsidR="008E461E" w:rsidRPr="00BD5730" w:rsidRDefault="008E461E" w:rsidP="00BD5730">
      <w:pPr>
        <w:spacing w:after="0"/>
        <w:rPr>
          <w:bCs/>
        </w:rPr>
      </w:pPr>
    </w:p>
    <w:p w14:paraId="5EE21716" w14:textId="77777777" w:rsidR="002723AF" w:rsidRPr="002723AF" w:rsidRDefault="00E85201" w:rsidP="00AB05F9">
      <w:pPr>
        <w:pStyle w:val="ListParagraph"/>
        <w:numPr>
          <w:ilvl w:val="0"/>
          <w:numId w:val="11"/>
        </w:numPr>
        <w:rPr>
          <w:bCs/>
        </w:rPr>
      </w:pPr>
      <w:r w:rsidRPr="00B6210A">
        <w:rPr>
          <w:b/>
        </w:rPr>
        <w:t>Highways/Footpaths/Car Parks/Street Lightin</w:t>
      </w:r>
      <w:r w:rsidR="002723AF">
        <w:rPr>
          <w:b/>
        </w:rPr>
        <w:t>g:</w:t>
      </w:r>
    </w:p>
    <w:p w14:paraId="58793234" w14:textId="6FD5B6DC" w:rsidR="00AB05F9" w:rsidRPr="002723AF" w:rsidRDefault="00AB05F9" w:rsidP="002723AF">
      <w:pPr>
        <w:pStyle w:val="ListParagraph"/>
        <w:numPr>
          <w:ilvl w:val="1"/>
          <w:numId w:val="11"/>
        </w:numPr>
        <w:rPr>
          <w:bCs/>
        </w:rPr>
      </w:pPr>
      <w:r w:rsidRPr="00AB05F9">
        <w:rPr>
          <w:rFonts w:cs="Arial"/>
          <w:b/>
        </w:rPr>
        <w:t xml:space="preserve">To review the safety of the plastic decking placed at the access to Pagham beach and to consider whether any remedial works or additional signage is necessary in relation to the slip hazard created by loose debris </w:t>
      </w:r>
      <w:r w:rsidRPr="00AB05F9">
        <w:rPr>
          <w:rFonts w:cs="Arial"/>
          <w:bCs/>
          <w:i/>
          <w:iCs/>
        </w:rPr>
        <w:t xml:space="preserve">(verbal report by the </w:t>
      </w:r>
      <w:proofErr w:type="gramStart"/>
      <w:r w:rsidRPr="00AB05F9">
        <w:rPr>
          <w:rFonts w:cs="Arial"/>
          <w:bCs/>
          <w:i/>
          <w:iCs/>
        </w:rPr>
        <w:t>Clerk)</w:t>
      </w:r>
      <w:r w:rsidR="002723AF">
        <w:rPr>
          <w:rFonts w:cs="Arial"/>
          <w:bCs/>
          <w:i/>
          <w:iCs/>
        </w:rPr>
        <w:t xml:space="preserve">  </w:t>
      </w:r>
      <w:r w:rsidRPr="002723AF">
        <w:rPr>
          <w:rFonts w:cs="Arial"/>
          <w:bCs/>
          <w:color w:val="000000"/>
        </w:rPr>
        <w:t>The</w:t>
      </w:r>
      <w:proofErr w:type="gramEnd"/>
      <w:r w:rsidRPr="002723AF">
        <w:rPr>
          <w:rFonts w:cs="Arial"/>
          <w:bCs/>
          <w:color w:val="000000"/>
        </w:rPr>
        <w:t xml:space="preserve"> Clerk explained there was a small area of composite decking at the top of the footpath leading to the beach.  The area was in the Council’s ownership.  The decking had been placed in the shingle to allow water to drain back through the shingle in the event of a storm/extreme high tide thereby preventing water cascading down the footpath leading to flooding in the lower lying area on East Front Road.  The had been reports of pedestrians slipping on pebbles which partially covered the decking and concern about the safety of the area.  The Council considered the following options for the area:</w:t>
      </w:r>
    </w:p>
    <w:p w14:paraId="3C87DA45" w14:textId="21ABDB1E" w:rsidR="00AB05F9" w:rsidRDefault="00AB05F9" w:rsidP="002723AF">
      <w:pPr>
        <w:pStyle w:val="ListParagraph"/>
        <w:widowControl w:val="0"/>
        <w:numPr>
          <w:ilvl w:val="2"/>
          <w:numId w:val="21"/>
        </w:numPr>
        <w:overflowPunct w:val="0"/>
        <w:autoSpaceDE w:val="0"/>
        <w:autoSpaceDN w:val="0"/>
        <w:adjustRightInd w:val="0"/>
        <w:spacing w:after="0" w:line="287" w:lineRule="atLeast"/>
        <w:rPr>
          <w:rFonts w:cs="Arial"/>
          <w:bCs/>
          <w:color w:val="000000"/>
        </w:rPr>
      </w:pPr>
      <w:r>
        <w:rPr>
          <w:rFonts w:cs="Arial"/>
          <w:bCs/>
          <w:color w:val="000000"/>
        </w:rPr>
        <w:t>Removal of the decking – not ideal as it allowed for disabled access to the beach and reduced the risk of flooding.</w:t>
      </w:r>
    </w:p>
    <w:p w14:paraId="42CD59B0" w14:textId="77777777" w:rsidR="00AB05F9" w:rsidRDefault="00AB05F9" w:rsidP="002723AF">
      <w:pPr>
        <w:pStyle w:val="ListParagraph"/>
        <w:widowControl w:val="0"/>
        <w:numPr>
          <w:ilvl w:val="2"/>
          <w:numId w:val="21"/>
        </w:numPr>
        <w:overflowPunct w:val="0"/>
        <w:autoSpaceDE w:val="0"/>
        <w:autoSpaceDN w:val="0"/>
        <w:adjustRightInd w:val="0"/>
        <w:spacing w:after="0" w:line="287" w:lineRule="atLeast"/>
        <w:rPr>
          <w:rFonts w:cs="Arial"/>
          <w:bCs/>
          <w:color w:val="000000"/>
        </w:rPr>
      </w:pPr>
      <w:r>
        <w:rPr>
          <w:rFonts w:cs="Arial"/>
          <w:bCs/>
          <w:color w:val="000000"/>
        </w:rPr>
        <w:t>Concrete the area – will not allow for drainage through the shingle below the decking, likely to require planning permission.</w:t>
      </w:r>
    </w:p>
    <w:p w14:paraId="5AF69FDC" w14:textId="77777777" w:rsidR="00AB05F9" w:rsidRDefault="00AB05F9" w:rsidP="00957304">
      <w:pPr>
        <w:pStyle w:val="ListParagraph"/>
        <w:widowControl w:val="0"/>
        <w:numPr>
          <w:ilvl w:val="2"/>
          <w:numId w:val="21"/>
        </w:numPr>
        <w:overflowPunct w:val="0"/>
        <w:autoSpaceDE w:val="0"/>
        <w:autoSpaceDN w:val="0"/>
        <w:adjustRightInd w:val="0"/>
        <w:spacing w:after="0" w:line="287" w:lineRule="atLeast"/>
        <w:rPr>
          <w:rFonts w:cs="Arial"/>
          <w:bCs/>
          <w:color w:val="000000"/>
        </w:rPr>
      </w:pPr>
      <w:r>
        <w:rPr>
          <w:rFonts w:cs="Arial"/>
          <w:bCs/>
          <w:color w:val="000000"/>
        </w:rPr>
        <w:t xml:space="preserve">Paint the surface of the decking area with </w:t>
      </w:r>
      <w:proofErr w:type="spellStart"/>
      <w:r>
        <w:rPr>
          <w:rFonts w:cs="Arial"/>
          <w:bCs/>
          <w:color w:val="000000"/>
        </w:rPr>
        <w:t>anti slip</w:t>
      </w:r>
      <w:proofErr w:type="spellEnd"/>
      <w:r>
        <w:rPr>
          <w:rFonts w:cs="Arial"/>
          <w:bCs/>
          <w:color w:val="000000"/>
        </w:rPr>
        <w:t xml:space="preserve"> preparation – members did not feel this would work in practice.</w:t>
      </w:r>
    </w:p>
    <w:p w14:paraId="425F9C7B" w14:textId="77777777" w:rsidR="00AB05F9" w:rsidRPr="005F1999" w:rsidRDefault="00AB05F9" w:rsidP="00957304">
      <w:pPr>
        <w:pStyle w:val="ListParagraph"/>
        <w:widowControl w:val="0"/>
        <w:numPr>
          <w:ilvl w:val="2"/>
          <w:numId w:val="21"/>
        </w:numPr>
        <w:overflowPunct w:val="0"/>
        <w:autoSpaceDE w:val="0"/>
        <w:autoSpaceDN w:val="0"/>
        <w:adjustRightInd w:val="0"/>
        <w:spacing w:after="0" w:line="287" w:lineRule="atLeast"/>
        <w:rPr>
          <w:rFonts w:cs="Arial"/>
          <w:bCs/>
          <w:color w:val="000000"/>
        </w:rPr>
      </w:pPr>
      <w:r>
        <w:rPr>
          <w:rFonts w:cs="Arial"/>
          <w:bCs/>
          <w:color w:val="000000"/>
        </w:rPr>
        <w:t xml:space="preserve">Place signage advising of the risk of slipping at the top of the entry to the beach to warn of the danger.  This was considered the most appropriate </w:t>
      </w:r>
      <w:proofErr w:type="gramStart"/>
      <w:r>
        <w:rPr>
          <w:rFonts w:cs="Arial"/>
          <w:bCs/>
          <w:color w:val="000000"/>
        </w:rPr>
        <w:t>solution</w:t>
      </w:r>
      <w:proofErr w:type="gramEnd"/>
      <w:r>
        <w:rPr>
          <w:rFonts w:cs="Arial"/>
          <w:bCs/>
          <w:color w:val="000000"/>
        </w:rPr>
        <w:t xml:space="preserve"> and the Clerk was asked to arrange for the production and installation of signage.</w:t>
      </w:r>
    </w:p>
    <w:p w14:paraId="386F0047" w14:textId="77777777" w:rsidR="00E4490B" w:rsidRPr="00E4490B" w:rsidRDefault="00E4490B" w:rsidP="00E4490B">
      <w:pPr>
        <w:pStyle w:val="ListParagraph"/>
        <w:ind w:left="1191"/>
        <w:rPr>
          <w:bCs/>
        </w:rPr>
      </w:pPr>
    </w:p>
    <w:p w14:paraId="0238FC3B" w14:textId="77777777" w:rsidR="00C67AE5" w:rsidRPr="00C67AE5" w:rsidRDefault="00C67AE5" w:rsidP="00C67AE5">
      <w:pPr>
        <w:pStyle w:val="ListParagraph"/>
        <w:numPr>
          <w:ilvl w:val="0"/>
          <w:numId w:val="11"/>
        </w:numPr>
        <w:rPr>
          <w:b/>
        </w:rPr>
      </w:pPr>
      <w:r w:rsidRPr="00C67AE5">
        <w:rPr>
          <w:b/>
        </w:rPr>
        <w:t>Bus shelters/benches/notice boards/bins/signs</w:t>
      </w:r>
    </w:p>
    <w:p w14:paraId="5EAB6219" w14:textId="286D91A9" w:rsidR="00C67AE5" w:rsidRPr="0057780C" w:rsidRDefault="0057780C" w:rsidP="0057780C">
      <w:pPr>
        <w:pStyle w:val="ListParagraph"/>
        <w:numPr>
          <w:ilvl w:val="1"/>
          <w:numId w:val="11"/>
        </w:numPr>
        <w:rPr>
          <w:bCs/>
        </w:rPr>
      </w:pPr>
      <w:r w:rsidRPr="0057780C">
        <w:rPr>
          <w:bCs/>
        </w:rPr>
        <w:t xml:space="preserve">To review the Council’s adopted Bench Policy in relation to charging options for renewal of adoption of a bench on the expiry of the initial </w:t>
      </w:r>
      <w:proofErr w:type="gramStart"/>
      <w:r w:rsidRPr="0057780C">
        <w:rPr>
          <w:bCs/>
        </w:rPr>
        <w:t>10 year</w:t>
      </w:r>
      <w:proofErr w:type="gramEnd"/>
      <w:r w:rsidRPr="0057780C">
        <w:rPr>
          <w:bCs/>
        </w:rPr>
        <w:t xml:space="preserve"> term (report </w:t>
      </w:r>
      <w:proofErr w:type="gramStart"/>
      <w:r w:rsidRPr="0057780C">
        <w:rPr>
          <w:bCs/>
        </w:rPr>
        <w:t>circulated)</w:t>
      </w:r>
      <w:r>
        <w:rPr>
          <w:bCs/>
        </w:rPr>
        <w:t xml:space="preserve">  </w:t>
      </w:r>
      <w:r w:rsidRPr="0057780C">
        <w:rPr>
          <w:bCs/>
        </w:rPr>
        <w:t>It</w:t>
      </w:r>
      <w:proofErr w:type="gramEnd"/>
      <w:r w:rsidRPr="0057780C">
        <w:rPr>
          <w:bCs/>
        </w:rPr>
        <w:t xml:space="preserve"> was agreed to charge £100 maintenance for a further 10 years of adoption.</w:t>
      </w:r>
      <w:r w:rsidR="00EC20B7">
        <w:rPr>
          <w:bCs/>
        </w:rPr>
        <w:t xml:space="preserve"> </w:t>
      </w:r>
      <w:proofErr w:type="gramStart"/>
      <w:r w:rsidR="00C67AE5" w:rsidRPr="0057780C">
        <w:rPr>
          <w:bCs/>
        </w:rPr>
        <w:t>The</w:t>
      </w:r>
      <w:proofErr w:type="gramEnd"/>
      <w:r w:rsidR="00C67AE5" w:rsidRPr="0057780C">
        <w:rPr>
          <w:bCs/>
        </w:rPr>
        <w:t xml:space="preserve"> new bus shelter had already been the subject of graffiti.  There was also a lot of graffiti in the Nyetimber Lane bus shelter. It was agreed that the Clerk would arrange for </w:t>
      </w:r>
      <w:proofErr w:type="spellStart"/>
      <w:r w:rsidR="00C67AE5" w:rsidRPr="0057780C">
        <w:rPr>
          <w:bCs/>
        </w:rPr>
        <w:t>Townforce</w:t>
      </w:r>
      <w:proofErr w:type="spellEnd"/>
      <w:r w:rsidR="00C67AE5" w:rsidRPr="0057780C">
        <w:rPr>
          <w:bCs/>
        </w:rPr>
        <w:t xml:space="preserve"> to remove the graffiti.</w:t>
      </w:r>
    </w:p>
    <w:p w14:paraId="62FBBF06" w14:textId="77777777" w:rsidR="00C67AE5" w:rsidRDefault="00C67AE5" w:rsidP="00C67AE5">
      <w:pPr>
        <w:pStyle w:val="ListParagraph"/>
        <w:numPr>
          <w:ilvl w:val="1"/>
          <w:numId w:val="11"/>
        </w:numPr>
        <w:rPr>
          <w:bCs/>
        </w:rPr>
      </w:pPr>
      <w:r w:rsidRPr="00C67AE5">
        <w:rPr>
          <w:bCs/>
        </w:rPr>
        <w:t xml:space="preserve">Cllr Mrs Behr had attended a meeting of the Route 600 working group, which was looking to deliver additional or replacement bus shelters on the </w:t>
      </w:r>
      <w:proofErr w:type="gramStart"/>
      <w:r w:rsidRPr="00C67AE5">
        <w:rPr>
          <w:bCs/>
        </w:rPr>
        <w:t>600 route</w:t>
      </w:r>
      <w:proofErr w:type="gramEnd"/>
      <w:r w:rsidRPr="00C67AE5">
        <w:rPr>
          <w:bCs/>
        </w:rPr>
        <w:t xml:space="preserve"> using central government funding.  Mrs Behr was going to upload details of our requirements to the central spreadsheet.  She felt an additional shelter on Pagham Road opposite Sea Way would be useful </w:t>
      </w:r>
      <w:proofErr w:type="gramStart"/>
      <w:r w:rsidRPr="00C67AE5">
        <w:rPr>
          <w:bCs/>
        </w:rPr>
        <w:t>and also</w:t>
      </w:r>
      <w:proofErr w:type="gramEnd"/>
      <w:r w:rsidRPr="00C67AE5">
        <w:rPr>
          <w:bCs/>
        </w:rPr>
        <w:t xml:space="preserve"> would check which shelters could benefit from replacement.</w:t>
      </w:r>
    </w:p>
    <w:p w14:paraId="0EAB4352" w14:textId="77777777" w:rsidR="00C67AE5" w:rsidRDefault="00C67AE5" w:rsidP="00C67AE5">
      <w:pPr>
        <w:pStyle w:val="ListParagraph"/>
        <w:ind w:left="1191"/>
        <w:rPr>
          <w:bCs/>
        </w:rPr>
      </w:pPr>
    </w:p>
    <w:p w14:paraId="701F9F2A" w14:textId="77777777" w:rsidR="00BF42B0" w:rsidRPr="00BF42B0" w:rsidRDefault="00BF42B0" w:rsidP="00BF42B0">
      <w:pPr>
        <w:pStyle w:val="ListParagraph"/>
        <w:numPr>
          <w:ilvl w:val="0"/>
          <w:numId w:val="11"/>
        </w:numPr>
        <w:rPr>
          <w:b/>
        </w:rPr>
      </w:pPr>
      <w:r w:rsidRPr="00BF42B0">
        <w:rPr>
          <w:b/>
        </w:rPr>
        <w:lastRenderedPageBreak/>
        <w:t>Ditches &amp; Drainage</w:t>
      </w:r>
    </w:p>
    <w:p w14:paraId="1057338D" w14:textId="1E6CE1D6" w:rsidR="0064760B" w:rsidRDefault="00BF42B0" w:rsidP="00BF42B0">
      <w:pPr>
        <w:pStyle w:val="ListParagraph"/>
        <w:numPr>
          <w:ilvl w:val="1"/>
          <w:numId w:val="11"/>
        </w:numPr>
        <w:rPr>
          <w:bCs/>
        </w:rPr>
      </w:pPr>
      <w:r w:rsidRPr="00BF42B0">
        <w:rPr>
          <w:bCs/>
        </w:rPr>
        <w:t>Nothing to report.</w:t>
      </w:r>
    </w:p>
    <w:p w14:paraId="6D376516" w14:textId="77777777" w:rsidR="00BF42B0" w:rsidRPr="0064760B" w:rsidRDefault="00BF42B0" w:rsidP="00BF42B0">
      <w:pPr>
        <w:pStyle w:val="ListParagraph"/>
        <w:ind w:left="1191"/>
        <w:rPr>
          <w:bCs/>
        </w:rPr>
      </w:pPr>
    </w:p>
    <w:p w14:paraId="359A1F5C" w14:textId="77777777" w:rsidR="006B4385" w:rsidRPr="006B4385" w:rsidRDefault="006B4385" w:rsidP="006B4385">
      <w:pPr>
        <w:pStyle w:val="ListParagraph"/>
        <w:numPr>
          <w:ilvl w:val="0"/>
          <w:numId w:val="11"/>
        </w:numPr>
        <w:rPr>
          <w:b/>
        </w:rPr>
      </w:pPr>
      <w:r w:rsidRPr="006B4385">
        <w:rPr>
          <w:b/>
        </w:rPr>
        <w:t>CIL – to consider projects suitable for CIL funding and agree actions to progress</w:t>
      </w:r>
    </w:p>
    <w:p w14:paraId="0FE32423" w14:textId="77777777" w:rsidR="006B4385" w:rsidRDefault="006B4385" w:rsidP="006B4385">
      <w:pPr>
        <w:pStyle w:val="ListParagraph"/>
        <w:numPr>
          <w:ilvl w:val="1"/>
          <w:numId w:val="11"/>
        </w:numPr>
        <w:rPr>
          <w:bCs/>
        </w:rPr>
      </w:pPr>
      <w:r w:rsidRPr="006B4385">
        <w:rPr>
          <w:bCs/>
        </w:rPr>
        <w:t xml:space="preserve">No new CIL funds </w:t>
      </w:r>
      <w:proofErr w:type="gramStart"/>
      <w:r w:rsidRPr="006B4385">
        <w:rPr>
          <w:bCs/>
        </w:rPr>
        <w:t>had</w:t>
      </w:r>
      <w:proofErr w:type="gramEnd"/>
      <w:r w:rsidRPr="006B4385">
        <w:rPr>
          <w:bCs/>
        </w:rPr>
        <w:t xml:space="preserve"> been received in the last six months</w:t>
      </w:r>
    </w:p>
    <w:p w14:paraId="243097CA" w14:textId="77777777" w:rsidR="006B4385" w:rsidRPr="006B4385" w:rsidRDefault="006B4385" w:rsidP="006B4385">
      <w:pPr>
        <w:pStyle w:val="ListParagraph"/>
        <w:ind w:left="1191"/>
        <w:rPr>
          <w:bCs/>
        </w:rPr>
      </w:pPr>
    </w:p>
    <w:p w14:paraId="3DA0562A" w14:textId="77777777" w:rsidR="00807AE2" w:rsidRPr="00807AE2" w:rsidRDefault="00807AE2" w:rsidP="00807AE2">
      <w:pPr>
        <w:pStyle w:val="ListParagraph"/>
        <w:numPr>
          <w:ilvl w:val="0"/>
          <w:numId w:val="11"/>
        </w:numPr>
        <w:rPr>
          <w:b/>
        </w:rPr>
      </w:pPr>
      <w:r w:rsidRPr="00807AE2">
        <w:rPr>
          <w:b/>
        </w:rPr>
        <w:t xml:space="preserve">Orders for Payment for </w:t>
      </w:r>
      <w:proofErr w:type="spellStart"/>
      <w:r w:rsidRPr="00807AE2">
        <w:rPr>
          <w:b/>
        </w:rPr>
        <w:t>authorisation</w:t>
      </w:r>
      <w:proofErr w:type="spellEnd"/>
    </w:p>
    <w:p w14:paraId="79A86A5B" w14:textId="77777777" w:rsidR="00EC20B7" w:rsidRPr="00EC20B7" w:rsidRDefault="00EC20B7" w:rsidP="00EC20B7">
      <w:pPr>
        <w:pStyle w:val="ListParagraph"/>
        <w:numPr>
          <w:ilvl w:val="1"/>
          <w:numId w:val="11"/>
        </w:numPr>
        <w:rPr>
          <w:bCs/>
        </w:rPr>
      </w:pPr>
      <w:r w:rsidRPr="00EC20B7">
        <w:rPr>
          <w:bCs/>
        </w:rPr>
        <w:t>Orders for Payment were presented to the meeting.  It was RESOLVED to approve payments of £8107.65 (£615.13 of VAT).</w:t>
      </w:r>
    </w:p>
    <w:p w14:paraId="44043AE3" w14:textId="77777777" w:rsidR="00807AE2" w:rsidRPr="00807AE2" w:rsidRDefault="00807AE2" w:rsidP="00807AE2">
      <w:pPr>
        <w:pStyle w:val="ListParagraph"/>
        <w:ind w:left="1191"/>
        <w:rPr>
          <w:bCs/>
        </w:rPr>
      </w:pPr>
    </w:p>
    <w:p w14:paraId="7A388BFA" w14:textId="77777777" w:rsidR="00D9346F" w:rsidRPr="00D9346F" w:rsidRDefault="00D9346F" w:rsidP="00D9346F">
      <w:pPr>
        <w:pStyle w:val="ListParagraph"/>
        <w:numPr>
          <w:ilvl w:val="0"/>
          <w:numId w:val="11"/>
        </w:numPr>
        <w:rPr>
          <w:b/>
        </w:rPr>
      </w:pPr>
      <w:r w:rsidRPr="00D9346F">
        <w:rPr>
          <w:b/>
        </w:rPr>
        <w:t>Risk assessment</w:t>
      </w:r>
    </w:p>
    <w:p w14:paraId="665F01C9" w14:textId="77777777" w:rsidR="00D9346F" w:rsidRPr="00D9346F" w:rsidRDefault="00D9346F" w:rsidP="00D9346F">
      <w:pPr>
        <w:pStyle w:val="ListParagraph"/>
        <w:numPr>
          <w:ilvl w:val="1"/>
          <w:numId w:val="11"/>
        </w:numPr>
        <w:rPr>
          <w:bCs/>
        </w:rPr>
      </w:pPr>
      <w:r w:rsidRPr="00D9346F">
        <w:rPr>
          <w:bCs/>
        </w:rPr>
        <w:t>In discussing the above issues and assets we have evaluated the following areas of risk assessment register in particular - Public use of Council Property CP1, CP2, CP4, CP8.  Team leaders will:</w:t>
      </w:r>
    </w:p>
    <w:p w14:paraId="65D4618C" w14:textId="77777777" w:rsidR="00D9346F" w:rsidRPr="00D9346F" w:rsidRDefault="00D9346F" w:rsidP="00D9346F">
      <w:pPr>
        <w:pStyle w:val="ListParagraph"/>
        <w:numPr>
          <w:ilvl w:val="1"/>
          <w:numId w:val="11"/>
        </w:numPr>
        <w:rPr>
          <w:bCs/>
        </w:rPr>
      </w:pPr>
      <w:r w:rsidRPr="00D9346F">
        <w:rPr>
          <w:bCs/>
        </w:rPr>
        <w:t>•</w:t>
      </w:r>
      <w:r w:rsidRPr="00D9346F">
        <w:rPr>
          <w:bCs/>
        </w:rPr>
        <w:tab/>
        <w:t>carry out risk assessment for jobs being carried out on all activities;</w:t>
      </w:r>
    </w:p>
    <w:p w14:paraId="1FAF166C" w14:textId="77777777" w:rsidR="00D9346F" w:rsidRPr="00D9346F" w:rsidRDefault="00D9346F" w:rsidP="00D9346F">
      <w:pPr>
        <w:pStyle w:val="ListParagraph"/>
        <w:numPr>
          <w:ilvl w:val="1"/>
          <w:numId w:val="11"/>
        </w:numPr>
        <w:rPr>
          <w:bCs/>
        </w:rPr>
      </w:pPr>
      <w:r w:rsidRPr="00D9346F">
        <w:rPr>
          <w:bCs/>
        </w:rPr>
        <w:t>•</w:t>
      </w:r>
      <w:r w:rsidRPr="00D9346F">
        <w:rPr>
          <w:bCs/>
        </w:rPr>
        <w:tab/>
        <w:t>make a note of all participants;</w:t>
      </w:r>
    </w:p>
    <w:p w14:paraId="1AFBE98E" w14:textId="77777777" w:rsidR="00D9346F" w:rsidRPr="00D9346F" w:rsidRDefault="00D9346F" w:rsidP="00D9346F">
      <w:pPr>
        <w:pStyle w:val="ListParagraph"/>
        <w:numPr>
          <w:ilvl w:val="1"/>
          <w:numId w:val="11"/>
        </w:numPr>
        <w:rPr>
          <w:bCs/>
        </w:rPr>
      </w:pPr>
      <w:r w:rsidRPr="00D9346F">
        <w:rPr>
          <w:bCs/>
        </w:rPr>
        <w:t>•</w:t>
      </w:r>
      <w:r w:rsidRPr="00D9346F">
        <w:rPr>
          <w:bCs/>
        </w:rPr>
        <w:tab/>
        <w:t>deliver appropriate training for lifting and handling &amp; equipment use;</w:t>
      </w:r>
    </w:p>
    <w:p w14:paraId="2291FEAB" w14:textId="77777777" w:rsidR="00D9346F" w:rsidRDefault="00D9346F" w:rsidP="00D9346F">
      <w:pPr>
        <w:pStyle w:val="ListParagraph"/>
        <w:numPr>
          <w:ilvl w:val="1"/>
          <w:numId w:val="11"/>
        </w:numPr>
        <w:rPr>
          <w:bCs/>
        </w:rPr>
      </w:pPr>
      <w:r w:rsidRPr="00D9346F">
        <w:rPr>
          <w:bCs/>
        </w:rPr>
        <w:t>distribute safety tabards, gloves and other equipment to carry out the tasks; and appoint a first aider</w:t>
      </w:r>
    </w:p>
    <w:p w14:paraId="1EC2498D" w14:textId="77777777" w:rsidR="0064760B" w:rsidRPr="0064760B" w:rsidRDefault="0064760B" w:rsidP="00EC540F">
      <w:pPr>
        <w:pStyle w:val="ListParagraph"/>
        <w:ind w:left="360"/>
        <w:rPr>
          <w:bCs/>
        </w:rPr>
      </w:pPr>
    </w:p>
    <w:p w14:paraId="1E8C5A60" w14:textId="77777777" w:rsidR="0064760B" w:rsidRPr="0064760B" w:rsidRDefault="0064760B" w:rsidP="0064760B">
      <w:pPr>
        <w:pStyle w:val="ListParagraph"/>
        <w:numPr>
          <w:ilvl w:val="0"/>
          <w:numId w:val="11"/>
        </w:numPr>
        <w:rPr>
          <w:bCs/>
        </w:rPr>
      </w:pPr>
      <w:r w:rsidRPr="0064760B">
        <w:rPr>
          <w:bCs/>
        </w:rPr>
        <w:t>Date of Next Meeting</w:t>
      </w:r>
    </w:p>
    <w:p w14:paraId="0973D88A" w14:textId="43FB3C10" w:rsidR="0064760B" w:rsidRPr="0064760B" w:rsidRDefault="00C74EA8" w:rsidP="00EC540F">
      <w:pPr>
        <w:pStyle w:val="ListParagraph"/>
        <w:numPr>
          <w:ilvl w:val="1"/>
          <w:numId w:val="11"/>
        </w:numPr>
        <w:rPr>
          <w:bCs/>
        </w:rPr>
      </w:pPr>
      <w:r>
        <w:rPr>
          <w:bCs/>
        </w:rPr>
        <w:t>25</w:t>
      </w:r>
      <w:r w:rsidRPr="00C74EA8">
        <w:rPr>
          <w:bCs/>
          <w:vertAlign w:val="superscript"/>
        </w:rPr>
        <w:t>th</w:t>
      </w:r>
      <w:r>
        <w:rPr>
          <w:bCs/>
        </w:rPr>
        <w:t xml:space="preserve"> August 2026</w:t>
      </w:r>
    </w:p>
    <w:p w14:paraId="3C46DA6F" w14:textId="77777777" w:rsidR="0064760B" w:rsidRPr="0064760B" w:rsidRDefault="0064760B" w:rsidP="00EC540F">
      <w:pPr>
        <w:pStyle w:val="ListParagraph"/>
        <w:ind w:left="360"/>
        <w:rPr>
          <w:bCs/>
        </w:rPr>
      </w:pPr>
    </w:p>
    <w:p w14:paraId="51000A11" w14:textId="25AE14EE" w:rsidR="0064760B" w:rsidRDefault="0064760B" w:rsidP="00EC540F">
      <w:pPr>
        <w:pStyle w:val="ListParagraph"/>
        <w:ind w:left="1191"/>
      </w:pPr>
      <w:r w:rsidRPr="0064760B">
        <w:rPr>
          <w:bCs/>
        </w:rPr>
        <w:t xml:space="preserve">The meeting </w:t>
      </w:r>
      <w:proofErr w:type="gramStart"/>
      <w:r w:rsidRPr="0064760B">
        <w:rPr>
          <w:bCs/>
        </w:rPr>
        <w:t>closed</w:t>
      </w:r>
      <w:proofErr w:type="gramEnd"/>
      <w:r w:rsidRPr="0064760B">
        <w:rPr>
          <w:bCs/>
        </w:rPr>
        <w:t xml:space="preserve"> at 9.</w:t>
      </w:r>
      <w:r w:rsidR="00EC540F">
        <w:rPr>
          <w:bCs/>
        </w:rPr>
        <w:t>25</w:t>
      </w:r>
    </w:p>
    <w:p w14:paraId="02401CE4" w14:textId="3C57C6B8" w:rsidR="00270F4F" w:rsidRDefault="00270F4F"/>
    <w:p w14:paraId="6A6BE2A8" w14:textId="62791AA0" w:rsidR="00270F4F" w:rsidRDefault="00C04199">
      <w:r>
        <w:br/>
        <w:t xml:space="preserve">Signed </w:t>
      </w:r>
      <w:r>
        <w:br/>
      </w:r>
      <w:r>
        <w:br/>
        <w:t>Chairman: ____________________       Date: ____________________</w:t>
      </w:r>
      <w:r>
        <w:br/>
      </w:r>
    </w:p>
    <w:sectPr w:rsidR="00270F4F" w:rsidSect="001E7403">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7A02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D47DF7"/>
    <w:multiLevelType w:val="hybridMultilevel"/>
    <w:tmpl w:val="A498D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89195D"/>
    <w:multiLevelType w:val="hybridMultilevel"/>
    <w:tmpl w:val="94E49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1227EC"/>
    <w:multiLevelType w:val="hybridMultilevel"/>
    <w:tmpl w:val="8956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9B6FF3"/>
    <w:multiLevelType w:val="hybridMultilevel"/>
    <w:tmpl w:val="37307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25B6FFD"/>
    <w:multiLevelType w:val="multilevel"/>
    <w:tmpl w:val="EBFE1FE4"/>
    <w:lvl w:ilvl="0">
      <w:start w:val="9"/>
      <w:numFmt w:val="decimal"/>
      <w:lvlText w:val="%1"/>
      <w:lvlJc w:val="left"/>
      <w:pPr>
        <w:ind w:left="360" w:hanging="360"/>
      </w:pPr>
      <w:rPr>
        <w:rFonts w:hint="default"/>
        <w:b/>
        <w:bCs w:val="0"/>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5EE0F43"/>
    <w:multiLevelType w:val="multilevel"/>
    <w:tmpl w:val="94D42F3C"/>
    <w:lvl w:ilvl="0">
      <w:start w:val="18"/>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C691879"/>
    <w:multiLevelType w:val="hybridMultilevel"/>
    <w:tmpl w:val="296C5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14"/>
  </w:num>
  <w:num w:numId="11" w16cid:durableId="772480451">
    <w:abstractNumId w:val="17"/>
  </w:num>
  <w:num w:numId="12" w16cid:durableId="1858348113">
    <w:abstractNumId w:val="17"/>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7"/>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5"/>
  </w:num>
  <w:num w:numId="15" w16cid:durableId="1300066175">
    <w:abstractNumId w:val="12"/>
  </w:num>
  <w:num w:numId="16" w16cid:durableId="1883862231">
    <w:abstractNumId w:val="9"/>
  </w:num>
  <w:num w:numId="17" w16cid:durableId="263613306">
    <w:abstractNumId w:val="16"/>
  </w:num>
  <w:num w:numId="18" w16cid:durableId="625740426">
    <w:abstractNumId w:val="18"/>
  </w:num>
  <w:num w:numId="19" w16cid:durableId="1393385496">
    <w:abstractNumId w:val="13"/>
  </w:num>
  <w:num w:numId="20" w16cid:durableId="1387801524">
    <w:abstractNumId w:val="10"/>
  </w:num>
  <w:num w:numId="21" w16cid:durableId="11465533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6063C"/>
    <w:rsid w:val="000659E7"/>
    <w:rsid w:val="000824EB"/>
    <w:rsid w:val="00094B0A"/>
    <w:rsid w:val="000E1409"/>
    <w:rsid w:val="000E5613"/>
    <w:rsid w:val="000E70E0"/>
    <w:rsid w:val="000F68A5"/>
    <w:rsid w:val="00122A26"/>
    <w:rsid w:val="00130D6A"/>
    <w:rsid w:val="001349D1"/>
    <w:rsid w:val="0015074B"/>
    <w:rsid w:val="00153D7C"/>
    <w:rsid w:val="001654B7"/>
    <w:rsid w:val="0018590E"/>
    <w:rsid w:val="001B0424"/>
    <w:rsid w:val="001C16D1"/>
    <w:rsid w:val="001E7403"/>
    <w:rsid w:val="001F5C54"/>
    <w:rsid w:val="002159C2"/>
    <w:rsid w:val="00227957"/>
    <w:rsid w:val="00244F60"/>
    <w:rsid w:val="00245A45"/>
    <w:rsid w:val="0024690B"/>
    <w:rsid w:val="00270F4F"/>
    <w:rsid w:val="002723AF"/>
    <w:rsid w:val="00273F02"/>
    <w:rsid w:val="00276414"/>
    <w:rsid w:val="00295B65"/>
    <w:rsid w:val="0029639D"/>
    <w:rsid w:val="002A680A"/>
    <w:rsid w:val="002D0129"/>
    <w:rsid w:val="002D0636"/>
    <w:rsid w:val="002E7059"/>
    <w:rsid w:val="002F5B99"/>
    <w:rsid w:val="00326A07"/>
    <w:rsid w:val="00326F90"/>
    <w:rsid w:val="00330CBB"/>
    <w:rsid w:val="003516F5"/>
    <w:rsid w:val="00357797"/>
    <w:rsid w:val="00361DCB"/>
    <w:rsid w:val="00375526"/>
    <w:rsid w:val="00375CB8"/>
    <w:rsid w:val="003817EE"/>
    <w:rsid w:val="003C798D"/>
    <w:rsid w:val="003D31C4"/>
    <w:rsid w:val="003F35C5"/>
    <w:rsid w:val="004353F7"/>
    <w:rsid w:val="00436EB9"/>
    <w:rsid w:val="00472921"/>
    <w:rsid w:val="004D05D6"/>
    <w:rsid w:val="005156A2"/>
    <w:rsid w:val="00544D28"/>
    <w:rsid w:val="005507DC"/>
    <w:rsid w:val="0055250F"/>
    <w:rsid w:val="0057780C"/>
    <w:rsid w:val="00584697"/>
    <w:rsid w:val="005B18E1"/>
    <w:rsid w:val="005F20F9"/>
    <w:rsid w:val="00607AD6"/>
    <w:rsid w:val="00633196"/>
    <w:rsid w:val="0064760B"/>
    <w:rsid w:val="006B4385"/>
    <w:rsid w:val="006B62B2"/>
    <w:rsid w:val="006E0463"/>
    <w:rsid w:val="006E0F37"/>
    <w:rsid w:val="006F2C1A"/>
    <w:rsid w:val="00706EDD"/>
    <w:rsid w:val="00761382"/>
    <w:rsid w:val="00781BAA"/>
    <w:rsid w:val="007851B7"/>
    <w:rsid w:val="007A3E5F"/>
    <w:rsid w:val="007B3869"/>
    <w:rsid w:val="00807AE2"/>
    <w:rsid w:val="00823A18"/>
    <w:rsid w:val="00834044"/>
    <w:rsid w:val="00861D3B"/>
    <w:rsid w:val="008848AE"/>
    <w:rsid w:val="008B7315"/>
    <w:rsid w:val="008D7A5C"/>
    <w:rsid w:val="008E1FBA"/>
    <w:rsid w:val="008E461E"/>
    <w:rsid w:val="009234C6"/>
    <w:rsid w:val="009352B9"/>
    <w:rsid w:val="00953617"/>
    <w:rsid w:val="00957304"/>
    <w:rsid w:val="00960315"/>
    <w:rsid w:val="00961989"/>
    <w:rsid w:val="009700CB"/>
    <w:rsid w:val="009732D3"/>
    <w:rsid w:val="00981A45"/>
    <w:rsid w:val="009F669A"/>
    <w:rsid w:val="00A22FAD"/>
    <w:rsid w:val="00A41ADF"/>
    <w:rsid w:val="00AA1D8D"/>
    <w:rsid w:val="00AB03DE"/>
    <w:rsid w:val="00AB05F9"/>
    <w:rsid w:val="00AD4E33"/>
    <w:rsid w:val="00AE4F19"/>
    <w:rsid w:val="00AE79BB"/>
    <w:rsid w:val="00B067D9"/>
    <w:rsid w:val="00B20494"/>
    <w:rsid w:val="00B27E04"/>
    <w:rsid w:val="00B4249C"/>
    <w:rsid w:val="00B47730"/>
    <w:rsid w:val="00B6210A"/>
    <w:rsid w:val="00B92EEF"/>
    <w:rsid w:val="00BA3D99"/>
    <w:rsid w:val="00BB0A86"/>
    <w:rsid w:val="00BB463B"/>
    <w:rsid w:val="00BB7951"/>
    <w:rsid w:val="00BC0E08"/>
    <w:rsid w:val="00BD3379"/>
    <w:rsid w:val="00BD5730"/>
    <w:rsid w:val="00BF1CB7"/>
    <w:rsid w:val="00BF42B0"/>
    <w:rsid w:val="00C00594"/>
    <w:rsid w:val="00C03A83"/>
    <w:rsid w:val="00C04199"/>
    <w:rsid w:val="00C05668"/>
    <w:rsid w:val="00C05BE7"/>
    <w:rsid w:val="00C211F3"/>
    <w:rsid w:val="00C24141"/>
    <w:rsid w:val="00C24E13"/>
    <w:rsid w:val="00C42754"/>
    <w:rsid w:val="00C45AE2"/>
    <w:rsid w:val="00C67AE5"/>
    <w:rsid w:val="00C711CF"/>
    <w:rsid w:val="00C74EA8"/>
    <w:rsid w:val="00CA547A"/>
    <w:rsid w:val="00CB0664"/>
    <w:rsid w:val="00CC0A64"/>
    <w:rsid w:val="00CC7948"/>
    <w:rsid w:val="00CF3320"/>
    <w:rsid w:val="00D020F2"/>
    <w:rsid w:val="00D15BBB"/>
    <w:rsid w:val="00D3659B"/>
    <w:rsid w:val="00D86212"/>
    <w:rsid w:val="00D92B1D"/>
    <w:rsid w:val="00D9346F"/>
    <w:rsid w:val="00D935DB"/>
    <w:rsid w:val="00DB179F"/>
    <w:rsid w:val="00DB4CE2"/>
    <w:rsid w:val="00DE7A90"/>
    <w:rsid w:val="00DF3B89"/>
    <w:rsid w:val="00E3349B"/>
    <w:rsid w:val="00E4490B"/>
    <w:rsid w:val="00E66CE6"/>
    <w:rsid w:val="00E81FCC"/>
    <w:rsid w:val="00E8397C"/>
    <w:rsid w:val="00E85201"/>
    <w:rsid w:val="00EA1CD8"/>
    <w:rsid w:val="00EA35A7"/>
    <w:rsid w:val="00EB1EAC"/>
    <w:rsid w:val="00EC20B7"/>
    <w:rsid w:val="00EC540F"/>
    <w:rsid w:val="00ED6141"/>
    <w:rsid w:val="00ED7D3E"/>
    <w:rsid w:val="00F317AF"/>
    <w:rsid w:val="00F56375"/>
    <w:rsid w:val="00F8771B"/>
    <w:rsid w:val="00FA7B91"/>
    <w:rsid w:val="00FB5434"/>
    <w:rsid w:val="00FC693F"/>
    <w:rsid w:val="00FD2248"/>
    <w:rsid w:val="00FD7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19</cp:revision>
  <dcterms:created xsi:type="dcterms:W3CDTF">2026-10-07T12:36:00Z</dcterms:created>
  <dcterms:modified xsi:type="dcterms:W3CDTF">2026-10-07T12:57:00Z</dcterms:modified>
  <cp:category/>
</cp:coreProperties>
</file>