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Pr="00292D55" w:rsidRDefault="00000000" w:rsidP="00B821AB">
      <w:pPr>
        <w:pStyle w:val="Heading1"/>
        <w:jc w:val="center"/>
        <w:rPr>
          <w:sz w:val="36"/>
          <w:szCs w:val="36"/>
        </w:rPr>
      </w:pPr>
      <w:r w:rsidRPr="00292D55">
        <w:rPr>
          <w:sz w:val="36"/>
          <w:szCs w:val="36"/>
        </w:rPr>
        <w:t>PAGHAM PARISH COUNCIL</w:t>
      </w:r>
    </w:p>
    <w:p w14:paraId="6EEC7F90" w14:textId="7E7E42D2" w:rsidR="00CF48CB" w:rsidRDefault="00000000">
      <w:pPr>
        <w:jc w:val="center"/>
      </w:pPr>
      <w:r>
        <w:rPr>
          <w:i/>
          <w:sz w:val="20"/>
        </w:rPr>
        <w:t>Tel: 01243 266424  |  E-mail: clerk@paghamparishcouncil.gov.uk</w:t>
      </w:r>
      <w:r>
        <w:rPr>
          <w:i/>
          <w:sz w:val="20"/>
        </w:rPr>
        <w:br/>
      </w:r>
    </w:p>
    <w:p w14:paraId="01E6A490" w14:textId="77777777" w:rsidR="00CF48CB" w:rsidRDefault="00000000" w:rsidP="009B246D">
      <w:pPr>
        <w:pStyle w:val="Heading2"/>
        <w:jc w:val="center"/>
      </w:pPr>
      <w:r>
        <w:t>Meeting Information</w:t>
      </w:r>
    </w:p>
    <w:p w14:paraId="0843D57F" w14:textId="0A3B407F" w:rsidR="00CF48CB" w:rsidRPr="00292D55" w:rsidRDefault="00000000">
      <w:pPr>
        <w:pStyle w:val="ListBullet"/>
        <w:rPr>
          <w:color w:val="EE0000"/>
          <w:sz w:val="20"/>
          <w:szCs w:val="20"/>
        </w:rPr>
      </w:pPr>
      <w:r w:rsidRPr="00292D55">
        <w:rPr>
          <w:b/>
          <w:sz w:val="20"/>
          <w:szCs w:val="20"/>
        </w:rPr>
        <w:t xml:space="preserve">Date and Time: </w:t>
      </w:r>
      <w:r w:rsidRPr="00292D55">
        <w:rPr>
          <w:color w:val="EE0000"/>
          <w:sz w:val="20"/>
          <w:szCs w:val="20"/>
        </w:rPr>
        <w:t xml:space="preserve">Tuesday </w:t>
      </w:r>
      <w:r w:rsidR="00B77934" w:rsidRPr="00292D55">
        <w:rPr>
          <w:color w:val="EE0000"/>
          <w:sz w:val="20"/>
          <w:szCs w:val="20"/>
        </w:rPr>
        <w:t>27</w:t>
      </w:r>
      <w:r w:rsidR="00B77934" w:rsidRPr="00292D55">
        <w:rPr>
          <w:color w:val="EE0000"/>
          <w:sz w:val="20"/>
          <w:szCs w:val="20"/>
          <w:vertAlign w:val="superscript"/>
        </w:rPr>
        <w:t>th</w:t>
      </w:r>
      <w:r w:rsidR="00B77934" w:rsidRPr="00292D55">
        <w:rPr>
          <w:color w:val="EE0000"/>
          <w:sz w:val="20"/>
          <w:szCs w:val="20"/>
        </w:rPr>
        <w:t xml:space="preserve"> </w:t>
      </w:r>
      <w:r w:rsidR="008A6FC2">
        <w:rPr>
          <w:color w:val="EE0000"/>
          <w:sz w:val="20"/>
          <w:szCs w:val="20"/>
        </w:rPr>
        <w:t>October</w:t>
      </w:r>
      <w:r w:rsidRPr="00292D55">
        <w:rPr>
          <w:color w:val="EE0000"/>
          <w:sz w:val="20"/>
          <w:szCs w:val="20"/>
        </w:rPr>
        <w:t xml:space="preserve"> 2026 at 7.45pm</w:t>
      </w:r>
    </w:p>
    <w:p w14:paraId="2D6230EC" w14:textId="77777777" w:rsidR="00CF48CB" w:rsidRPr="00292D55" w:rsidRDefault="00000000">
      <w:pPr>
        <w:pStyle w:val="ListBullet"/>
        <w:rPr>
          <w:sz w:val="20"/>
          <w:szCs w:val="20"/>
        </w:rPr>
      </w:pPr>
      <w:r w:rsidRPr="00292D55">
        <w:rPr>
          <w:b/>
          <w:sz w:val="20"/>
          <w:szCs w:val="20"/>
        </w:rPr>
        <w:t xml:space="preserve">Venue: </w:t>
      </w:r>
      <w:r w:rsidRPr="00292D55">
        <w:rPr>
          <w:sz w:val="20"/>
          <w:szCs w:val="20"/>
        </w:rPr>
        <w:t>The Small Hall, Pagham Village Hall, Pagham, PO21 4NJ</w:t>
      </w:r>
    </w:p>
    <w:p w14:paraId="2AFB98A8" w14:textId="67DA1BBF" w:rsidR="00CF48CB" w:rsidRPr="00292D55" w:rsidRDefault="00000000">
      <w:pPr>
        <w:pStyle w:val="ListBullet"/>
        <w:rPr>
          <w:sz w:val="20"/>
          <w:szCs w:val="20"/>
        </w:rPr>
      </w:pPr>
      <w:r w:rsidRPr="00292D55">
        <w:rPr>
          <w:b/>
          <w:sz w:val="20"/>
          <w:szCs w:val="20"/>
        </w:rPr>
        <w:t xml:space="preserve">Councillors Summoned: </w:t>
      </w:r>
      <w:r w:rsidRPr="00292D55">
        <w:rPr>
          <w:sz w:val="20"/>
          <w:szCs w:val="20"/>
        </w:rPr>
        <w:t>Mr P Atkins, Mrs J Behr, Mr J Carr, Mr P Cooper, Mrs D Hall, Ms P Hilton, Mr M Howard, Mr D Huntley, Mr I Manion &amp; M</w:t>
      </w:r>
      <w:r w:rsidR="004E473E">
        <w:rPr>
          <w:sz w:val="20"/>
          <w:szCs w:val="20"/>
        </w:rPr>
        <w:t>is</w:t>
      </w:r>
      <w:r w:rsidRPr="00292D55">
        <w:rPr>
          <w:sz w:val="20"/>
          <w:szCs w:val="20"/>
        </w:rPr>
        <w:t>s R Palmer</w:t>
      </w:r>
      <w:r w:rsidR="004E473E">
        <w:rPr>
          <w:sz w:val="20"/>
          <w:szCs w:val="20"/>
        </w:rPr>
        <w:t xml:space="preserve"> (Chair)</w:t>
      </w:r>
    </w:p>
    <w:p w14:paraId="5BCD681B" w14:textId="207E191B" w:rsidR="004902BF" w:rsidRPr="00292D55" w:rsidRDefault="004902BF">
      <w:pPr>
        <w:pStyle w:val="ListBullet"/>
        <w:rPr>
          <w:color w:val="EE0000"/>
          <w:sz w:val="20"/>
          <w:szCs w:val="20"/>
        </w:rPr>
      </w:pPr>
      <w:r w:rsidRPr="00292D55">
        <w:rPr>
          <w:b/>
          <w:sz w:val="20"/>
          <w:szCs w:val="20"/>
        </w:rPr>
        <w:t>Notice Issued:</w:t>
      </w:r>
      <w:r w:rsidRPr="00292D55">
        <w:rPr>
          <w:sz w:val="20"/>
          <w:szCs w:val="20"/>
        </w:rPr>
        <w:t xml:space="preserve">  </w:t>
      </w:r>
      <w:r w:rsidR="00204806">
        <w:rPr>
          <w:color w:val="EE0000"/>
          <w:sz w:val="20"/>
          <w:szCs w:val="20"/>
        </w:rPr>
        <w:t>20</w:t>
      </w:r>
      <w:r w:rsidR="00204806" w:rsidRPr="00204806">
        <w:rPr>
          <w:color w:val="EE0000"/>
          <w:sz w:val="20"/>
          <w:szCs w:val="20"/>
          <w:vertAlign w:val="superscript"/>
        </w:rPr>
        <w:t>th</w:t>
      </w:r>
      <w:r w:rsidR="00204806">
        <w:rPr>
          <w:color w:val="EE0000"/>
          <w:sz w:val="20"/>
          <w:szCs w:val="20"/>
        </w:rPr>
        <w:t xml:space="preserve"> October</w:t>
      </w:r>
      <w:r w:rsidRPr="00292D55">
        <w:rPr>
          <w:color w:val="EE0000"/>
          <w:sz w:val="20"/>
          <w:szCs w:val="20"/>
        </w:rPr>
        <w:t xml:space="preserve"> 2026</w:t>
      </w:r>
    </w:p>
    <w:p w14:paraId="031E3795" w14:textId="6009F61F" w:rsidR="004902BF" w:rsidRPr="00292D55" w:rsidRDefault="00000000" w:rsidP="000D2F3B">
      <w:pPr>
        <w:spacing w:before="160"/>
        <w:jc w:val="center"/>
        <w:rPr>
          <w:sz w:val="20"/>
          <w:szCs w:val="20"/>
        </w:rPr>
      </w:pPr>
      <w:r w:rsidRPr="00292D55">
        <w:rPr>
          <w:sz w:val="20"/>
          <w:szCs w:val="20"/>
        </w:rPr>
        <w:t xml:space="preserve">Members are hereby summoned to attend a MEETING </w:t>
      </w:r>
      <w:r w:rsidR="00B821AB" w:rsidRPr="00292D55">
        <w:rPr>
          <w:sz w:val="20"/>
          <w:szCs w:val="20"/>
        </w:rPr>
        <w:t xml:space="preserve">of the FINANCE COMMITTEE </w:t>
      </w:r>
      <w:r w:rsidRPr="00292D55">
        <w:rPr>
          <w:sz w:val="20"/>
          <w:szCs w:val="20"/>
        </w:rPr>
        <w:t>of PAGHAM PARISH COUNCIL to transact the business detailed below.</w:t>
      </w:r>
    </w:p>
    <w:p w14:paraId="111C21D7" w14:textId="042E667B" w:rsidR="00CF48CB" w:rsidRPr="00292D55" w:rsidRDefault="00000000" w:rsidP="000D2F3B">
      <w:pPr>
        <w:spacing w:before="160"/>
        <w:jc w:val="center"/>
        <w:rPr>
          <w:sz w:val="20"/>
          <w:szCs w:val="20"/>
        </w:rPr>
      </w:pPr>
      <w:r w:rsidRPr="00292D55">
        <w:rPr>
          <w:sz w:val="20"/>
          <w:szCs w:val="20"/>
        </w:rPr>
        <w:t>Members of the Public and Press are welcome and encouraged to attend.</w:t>
      </w:r>
    </w:p>
    <w:p w14:paraId="7F4AE4CB" w14:textId="77777777" w:rsidR="00CF48CB" w:rsidRDefault="00000000" w:rsidP="00884A86">
      <w:pPr>
        <w:pStyle w:val="Heading1"/>
        <w:jc w:val="center"/>
      </w:pPr>
      <w:r>
        <w:t>Council Agenda</w:t>
      </w:r>
    </w:p>
    <w:p w14:paraId="57876EE8" w14:textId="77777777" w:rsidR="00691013" w:rsidRDefault="00691013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FC268A">
        <w:rPr>
          <w:rFonts w:cs="Arial"/>
          <w:b/>
          <w:color w:val="000000"/>
          <w:sz w:val="20"/>
          <w:szCs w:val="20"/>
        </w:rPr>
        <w:t>Apologies from Members.</w:t>
      </w:r>
    </w:p>
    <w:p w14:paraId="33D57E66" w14:textId="77777777" w:rsidR="00FC268A" w:rsidRPr="00FC268A" w:rsidRDefault="00FC268A" w:rsidP="00445B5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4E454DB" w14:textId="77777777" w:rsidR="00691013" w:rsidRPr="00FC268A" w:rsidRDefault="00691013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FC268A">
        <w:rPr>
          <w:rFonts w:cs="Arial"/>
          <w:b/>
          <w:sz w:val="20"/>
          <w:szCs w:val="20"/>
        </w:rPr>
        <w:t>To receive declarations of interest by Councillors on any of the agenda items below.</w:t>
      </w:r>
      <w:r w:rsidRPr="00FC268A">
        <w:rPr>
          <w:b/>
          <w:bCs/>
          <w:color w:val="000000"/>
          <w:sz w:val="20"/>
          <w:szCs w:val="20"/>
        </w:rPr>
        <w:t xml:space="preserve"> </w:t>
      </w:r>
    </w:p>
    <w:p w14:paraId="56982D13" w14:textId="77777777" w:rsidR="00691013" w:rsidRPr="00FC268A" w:rsidRDefault="00691013" w:rsidP="00445B5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70628BE" w14:textId="77777777" w:rsidR="00691013" w:rsidRPr="00FC268A" w:rsidRDefault="00691013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FC268A">
        <w:rPr>
          <w:rFonts w:cs="Arial"/>
          <w:b/>
          <w:color w:val="000000"/>
          <w:sz w:val="20"/>
          <w:szCs w:val="20"/>
        </w:rPr>
        <w:t xml:space="preserve">Public Session </w:t>
      </w:r>
      <w:r w:rsidRPr="00FC268A">
        <w:rPr>
          <w:rFonts w:cs="Arial"/>
          <w:i/>
          <w:color w:val="000000"/>
          <w:sz w:val="20"/>
          <w:szCs w:val="20"/>
        </w:rPr>
        <w:t>(this will be limited to 10 minutes)</w:t>
      </w:r>
    </w:p>
    <w:p w14:paraId="3255B7A6" w14:textId="77777777" w:rsidR="00691013" w:rsidRPr="00FC268A" w:rsidRDefault="00691013" w:rsidP="00445B5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1D731EBE" w14:textId="06C653A5" w:rsidR="00691013" w:rsidRPr="00FC268A" w:rsidRDefault="00691013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FC268A">
        <w:rPr>
          <w:rFonts w:cs="Arial"/>
          <w:b/>
          <w:color w:val="000000"/>
          <w:sz w:val="20"/>
          <w:szCs w:val="20"/>
        </w:rPr>
        <w:t xml:space="preserve">To receive and approve the minutes from the Finance Committee meeting held </w:t>
      </w:r>
      <w:r w:rsidR="00FC268A">
        <w:rPr>
          <w:rFonts w:cs="Arial"/>
          <w:b/>
          <w:color w:val="000000"/>
          <w:sz w:val="20"/>
          <w:szCs w:val="20"/>
        </w:rPr>
        <w:t>23</w:t>
      </w:r>
      <w:r w:rsidR="00FC268A" w:rsidRPr="00FC268A">
        <w:rPr>
          <w:rFonts w:cs="Arial"/>
          <w:b/>
          <w:color w:val="000000"/>
          <w:sz w:val="20"/>
          <w:szCs w:val="20"/>
          <w:vertAlign w:val="superscript"/>
        </w:rPr>
        <w:t>rd</w:t>
      </w:r>
      <w:r w:rsidR="00FC268A">
        <w:rPr>
          <w:rFonts w:cs="Arial"/>
          <w:b/>
          <w:color w:val="000000"/>
          <w:sz w:val="20"/>
          <w:szCs w:val="20"/>
        </w:rPr>
        <w:t xml:space="preserve"> June</w:t>
      </w:r>
      <w:r w:rsidRPr="00FC268A">
        <w:rPr>
          <w:rFonts w:cs="Arial"/>
          <w:b/>
          <w:color w:val="000000"/>
          <w:sz w:val="20"/>
          <w:szCs w:val="20"/>
        </w:rPr>
        <w:t xml:space="preserve"> 2026 (previously issued)</w:t>
      </w:r>
    </w:p>
    <w:p w14:paraId="646F24C8" w14:textId="77777777" w:rsidR="00691013" w:rsidRPr="00FC268A" w:rsidRDefault="00691013" w:rsidP="00445B5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16E2EA9F" w14:textId="77777777" w:rsidR="00691013" w:rsidRPr="00FC268A" w:rsidRDefault="00691013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FC268A">
        <w:rPr>
          <w:rFonts w:cs="Arial"/>
          <w:b/>
          <w:color w:val="000000"/>
          <w:sz w:val="20"/>
          <w:szCs w:val="20"/>
        </w:rPr>
        <w:t>Matters arising from the previous Minutes (this is for information sharing purposes only)</w:t>
      </w:r>
    </w:p>
    <w:p w14:paraId="1A4F80B3" w14:textId="77777777" w:rsidR="00691013" w:rsidRPr="00FC268A" w:rsidRDefault="00691013" w:rsidP="00445B5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33BB27CA" w14:textId="77777777" w:rsidR="005F104A" w:rsidRDefault="00691013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FC268A">
        <w:rPr>
          <w:rFonts w:cs="Arial"/>
          <w:b/>
          <w:color w:val="000000"/>
          <w:sz w:val="20"/>
          <w:szCs w:val="20"/>
        </w:rPr>
        <w:t xml:space="preserve">GDPR – </w:t>
      </w:r>
    </w:p>
    <w:p w14:paraId="67901DA4" w14:textId="2125E941" w:rsidR="00FE0B41" w:rsidRDefault="00B5769D" w:rsidP="00445B59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0"/>
          <w:szCs w:val="20"/>
        </w:rPr>
      </w:pPr>
      <w:r w:rsidRPr="005F104A">
        <w:rPr>
          <w:rFonts w:cs="Arial"/>
          <w:bCs/>
          <w:color w:val="000000"/>
          <w:sz w:val="20"/>
          <w:szCs w:val="20"/>
        </w:rPr>
        <w:t xml:space="preserve">to consider </w:t>
      </w:r>
      <w:r w:rsidR="0014053F">
        <w:rPr>
          <w:rFonts w:cs="Arial"/>
          <w:bCs/>
          <w:color w:val="000000"/>
          <w:sz w:val="20"/>
          <w:szCs w:val="20"/>
        </w:rPr>
        <w:t xml:space="preserve">recommendation of </w:t>
      </w:r>
      <w:r w:rsidRPr="005F104A">
        <w:rPr>
          <w:rFonts w:cs="Arial"/>
          <w:bCs/>
          <w:color w:val="000000"/>
          <w:sz w:val="20"/>
          <w:szCs w:val="20"/>
        </w:rPr>
        <w:t xml:space="preserve">adoption of a </w:t>
      </w:r>
      <w:r w:rsidR="00165BB2" w:rsidRPr="005F104A">
        <w:rPr>
          <w:rFonts w:cs="Arial"/>
          <w:bCs/>
          <w:color w:val="000000"/>
          <w:sz w:val="20"/>
          <w:szCs w:val="20"/>
        </w:rPr>
        <w:t xml:space="preserve">Data Protection Complaints Policy in line with new requirements.  </w:t>
      </w:r>
      <w:r w:rsidR="00313F5A" w:rsidRPr="005F104A">
        <w:rPr>
          <w:rFonts w:cs="Arial"/>
          <w:bCs/>
          <w:color w:val="000000"/>
          <w:sz w:val="20"/>
          <w:szCs w:val="20"/>
        </w:rPr>
        <w:t xml:space="preserve">(draft </w:t>
      </w:r>
      <w:r w:rsidR="004618E2" w:rsidRPr="005F104A">
        <w:rPr>
          <w:rFonts w:cs="Arial"/>
          <w:bCs/>
          <w:color w:val="000000"/>
          <w:sz w:val="20"/>
          <w:szCs w:val="20"/>
        </w:rPr>
        <w:t>Data Protection Complaints P</w:t>
      </w:r>
      <w:r w:rsidR="00313F5A" w:rsidRPr="005F104A">
        <w:rPr>
          <w:rFonts w:cs="Arial"/>
          <w:bCs/>
          <w:color w:val="000000"/>
          <w:sz w:val="20"/>
          <w:szCs w:val="20"/>
        </w:rPr>
        <w:t>olicy circulated</w:t>
      </w:r>
      <w:r w:rsidR="004618E2" w:rsidRPr="005F104A">
        <w:rPr>
          <w:rFonts w:cs="Arial"/>
          <w:bCs/>
          <w:color w:val="000000"/>
          <w:sz w:val="20"/>
          <w:szCs w:val="20"/>
        </w:rPr>
        <w:t>, plus an update to the current Complaints Policy to make reference to the new Policy</w:t>
      </w:r>
      <w:r w:rsidR="00313F5A" w:rsidRPr="005F104A">
        <w:rPr>
          <w:rFonts w:cs="Arial"/>
          <w:bCs/>
          <w:color w:val="000000"/>
          <w:sz w:val="20"/>
          <w:szCs w:val="20"/>
        </w:rPr>
        <w:t>)</w:t>
      </w:r>
    </w:p>
    <w:p w14:paraId="77090992" w14:textId="5A7192A7" w:rsidR="00691013" w:rsidRPr="00445B59" w:rsidRDefault="002F660C" w:rsidP="00445B59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0"/>
          <w:szCs w:val="20"/>
        </w:rPr>
      </w:pPr>
      <w:r w:rsidRPr="00445B59">
        <w:rPr>
          <w:rFonts w:cs="Arial"/>
          <w:bCs/>
          <w:color w:val="000000"/>
          <w:sz w:val="20"/>
          <w:szCs w:val="20"/>
        </w:rPr>
        <w:t xml:space="preserve">GDPR training course </w:t>
      </w:r>
      <w:r w:rsidR="00691013" w:rsidRPr="00445B59">
        <w:rPr>
          <w:rFonts w:cs="Arial"/>
          <w:bCs/>
          <w:color w:val="000000"/>
          <w:sz w:val="20"/>
          <w:szCs w:val="20"/>
        </w:rPr>
        <w:t>update on training courses available to members (verbal report from the Clerk)</w:t>
      </w:r>
    </w:p>
    <w:p w14:paraId="30C12F3C" w14:textId="77777777" w:rsidR="00691013" w:rsidRPr="00FC268A" w:rsidRDefault="00691013" w:rsidP="00445B5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E3DDABF" w14:textId="557AC06C" w:rsidR="00691013" w:rsidRDefault="00D61671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>Update on CIL received by the Council (verbal report from the Clerk</w:t>
      </w:r>
      <w:r w:rsidR="00445B59">
        <w:rPr>
          <w:rFonts w:cs="Arial"/>
          <w:b/>
          <w:color w:val="000000"/>
          <w:sz w:val="20"/>
          <w:szCs w:val="20"/>
        </w:rPr>
        <w:t>)</w:t>
      </w:r>
    </w:p>
    <w:p w14:paraId="232FB5DA" w14:textId="77777777" w:rsidR="00322C33" w:rsidRDefault="00322C33" w:rsidP="00445B5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5A31890D" w14:textId="77777777" w:rsidR="000C265B" w:rsidRDefault="003B7EE5" w:rsidP="000C265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>RialtasWeb – to consider migrating the accounts package from desktop to web based</w:t>
      </w:r>
      <w:r w:rsidR="00464D10">
        <w:rPr>
          <w:rFonts w:cs="Arial"/>
          <w:b/>
          <w:color w:val="000000"/>
          <w:sz w:val="20"/>
          <w:szCs w:val="20"/>
        </w:rPr>
        <w:t xml:space="preserve"> (report circulated)</w:t>
      </w:r>
    </w:p>
    <w:p w14:paraId="28F67A64" w14:textId="77777777" w:rsidR="000C265B" w:rsidRDefault="000C265B" w:rsidP="000C26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110394D" w14:textId="66E98DEC" w:rsidR="000C265B" w:rsidRPr="000C265B" w:rsidRDefault="000C265B" w:rsidP="000C265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0C265B">
        <w:rPr>
          <w:rFonts w:cs="Arial"/>
          <w:b/>
          <w:color w:val="000000"/>
          <w:sz w:val="20"/>
          <w:szCs w:val="20"/>
        </w:rPr>
        <w:t>Review of Internal Control Arrangements &amp; Risk Assessment Register</w:t>
      </w:r>
      <w:r>
        <w:rPr>
          <w:rFonts w:cs="Arial"/>
          <w:b/>
          <w:color w:val="000000"/>
          <w:sz w:val="20"/>
          <w:szCs w:val="20"/>
        </w:rPr>
        <w:t xml:space="preserve"> (report and supporting papers circulated)</w:t>
      </w:r>
    </w:p>
    <w:p w14:paraId="71558F55" w14:textId="77777777" w:rsidR="00E82ECC" w:rsidRDefault="00E82ECC" w:rsidP="00E82EC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448DC77C" w14:textId="433B1AD5" w:rsidR="00445B59" w:rsidRPr="00B5769D" w:rsidRDefault="0014053F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>Discretionary Grants</w:t>
      </w:r>
      <w:r w:rsidR="00E82ECC">
        <w:rPr>
          <w:rFonts w:cs="Arial"/>
          <w:b/>
          <w:color w:val="000000"/>
          <w:sz w:val="20"/>
          <w:szCs w:val="20"/>
        </w:rPr>
        <w:t xml:space="preserve"> 2026/27 – to consider making awards to applicants for discretionary grants for 2026/27</w:t>
      </w:r>
    </w:p>
    <w:p w14:paraId="25FDDC4E" w14:textId="77777777" w:rsidR="00691013" w:rsidRPr="00FC268A" w:rsidRDefault="00691013" w:rsidP="00445B5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9DE7D89" w14:textId="0CCE32E9" w:rsidR="00691013" w:rsidRPr="00FC268A" w:rsidRDefault="00691013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FC268A">
        <w:rPr>
          <w:rFonts w:cs="Arial"/>
          <w:b/>
          <w:color w:val="000000"/>
          <w:sz w:val="20"/>
          <w:szCs w:val="20"/>
        </w:rPr>
        <w:t>Orders for payment for authorisation (previously received)</w:t>
      </w:r>
      <w:r w:rsidRPr="00FC268A">
        <w:rPr>
          <w:rFonts w:cs="Arial"/>
          <w:b/>
          <w:color w:val="000000"/>
          <w:sz w:val="20"/>
          <w:szCs w:val="20"/>
        </w:rPr>
        <w:tab/>
      </w:r>
    </w:p>
    <w:p w14:paraId="6782EC53" w14:textId="534D722D" w:rsidR="00691013" w:rsidRPr="00FC268A" w:rsidRDefault="00691013" w:rsidP="0020480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24B11A39" w14:textId="77777777" w:rsidR="00691013" w:rsidRPr="00FC268A" w:rsidRDefault="00691013" w:rsidP="00445B5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63E6D794" w14:textId="3E2110F4" w:rsidR="000D2F3B" w:rsidRPr="00FC268A" w:rsidRDefault="00691013" w:rsidP="00445B59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0"/>
          <w:szCs w:val="20"/>
          <w:lang w:val="en-GB"/>
        </w:rPr>
      </w:pPr>
      <w:r w:rsidRPr="00FC268A">
        <w:rPr>
          <w:rFonts w:cs="Arial"/>
          <w:b/>
          <w:sz w:val="20"/>
          <w:szCs w:val="20"/>
        </w:rPr>
        <w:t>To note the date of the next meeting</w:t>
      </w:r>
    </w:p>
    <w:p w14:paraId="5E69A926" w14:textId="77777777" w:rsidR="00FC268A" w:rsidRDefault="00FC268A" w:rsidP="000D2F3B">
      <w:pPr>
        <w:spacing w:after="80" w:line="240" w:lineRule="auto"/>
        <w:ind w:left="360"/>
        <w:rPr>
          <w:bCs/>
          <w:lang w:val="en-GB"/>
        </w:rPr>
      </w:pPr>
    </w:p>
    <w:p w14:paraId="6E695724" w14:textId="77777777" w:rsidR="00FC268A" w:rsidRDefault="00FC268A" w:rsidP="000D2F3B">
      <w:pPr>
        <w:spacing w:after="80" w:line="240" w:lineRule="auto"/>
        <w:ind w:left="360"/>
        <w:rPr>
          <w:bCs/>
          <w:lang w:val="en-GB"/>
        </w:rPr>
      </w:pPr>
    </w:p>
    <w:p w14:paraId="7DF48E42" w14:textId="168B05C7" w:rsidR="004902BF" w:rsidRPr="00FC268A" w:rsidRDefault="004902BF" w:rsidP="000D2F3B">
      <w:pPr>
        <w:spacing w:after="80" w:line="240" w:lineRule="auto"/>
        <w:ind w:left="360"/>
        <w:rPr>
          <w:bCs/>
          <w:sz w:val="20"/>
          <w:szCs w:val="20"/>
          <w:lang w:val="en-GB"/>
        </w:rPr>
      </w:pPr>
      <w:r w:rsidRPr="00FC268A">
        <w:rPr>
          <w:bCs/>
          <w:sz w:val="20"/>
          <w:szCs w:val="20"/>
          <w:lang w:val="en-GB"/>
        </w:rPr>
        <w:t>Signed:</w:t>
      </w:r>
      <w:r w:rsidRPr="004902BF">
        <w:rPr>
          <w:bCs/>
          <w:lang w:val="en-GB"/>
        </w:rPr>
        <w:t xml:space="preserve"> </w:t>
      </w:r>
      <w:r w:rsidRPr="000D2F3B">
        <w:rPr>
          <w:rFonts w:ascii="Brush Script MT" w:hAnsi="Brush Script MT"/>
          <w:bCs/>
          <w:sz w:val="36"/>
          <w:szCs w:val="36"/>
          <w:lang w:val="en-GB"/>
        </w:rPr>
        <w:t>Nicola Swann</w:t>
      </w:r>
      <w:r w:rsidRPr="004902BF">
        <w:rPr>
          <w:bCs/>
          <w:lang w:val="en-GB"/>
        </w:rPr>
        <w:t xml:space="preserve"> </w:t>
      </w:r>
      <w:r w:rsidRPr="00FC268A">
        <w:rPr>
          <w:bCs/>
          <w:sz w:val="20"/>
          <w:szCs w:val="20"/>
          <w:lang w:val="en-GB"/>
        </w:rPr>
        <w:t>– Clerk to the Council</w:t>
      </w:r>
    </w:p>
    <w:sectPr w:rsidR="004902BF" w:rsidRPr="00FC268A" w:rsidSect="00EC0E93">
      <w:pgSz w:w="12240" w:h="15840"/>
      <w:pgMar w:top="426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1E6F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9" w15:restartNumberingAfterBreak="0">
    <w:nsid w:val="2EFC258F"/>
    <w:multiLevelType w:val="multilevel"/>
    <w:tmpl w:val="F8A0B31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2"/>
        <w:szCs w:val="22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i w:val="0"/>
        <w:sz w:val="22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BC5C1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4DB0F2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10"/>
  </w:num>
  <w:num w:numId="11" w16cid:durableId="1119101958">
    <w:abstractNumId w:val="11"/>
  </w:num>
  <w:num w:numId="12" w16cid:durableId="1454517469">
    <w:abstractNumId w:val="12"/>
  </w:num>
  <w:num w:numId="13" w16cid:durableId="1274098402">
    <w:abstractNumId w:val="13"/>
  </w:num>
  <w:num w:numId="14" w16cid:durableId="6281732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B17"/>
    <w:rsid w:val="000C265B"/>
    <w:rsid w:val="000D2F3B"/>
    <w:rsid w:val="001349D1"/>
    <w:rsid w:val="0014053F"/>
    <w:rsid w:val="0015074B"/>
    <w:rsid w:val="00165BB2"/>
    <w:rsid w:val="00204806"/>
    <w:rsid w:val="002159C2"/>
    <w:rsid w:val="00226435"/>
    <w:rsid w:val="00292D55"/>
    <w:rsid w:val="0029639D"/>
    <w:rsid w:val="002F660C"/>
    <w:rsid w:val="00313F5A"/>
    <w:rsid w:val="00322C33"/>
    <w:rsid w:val="00326F90"/>
    <w:rsid w:val="0038772B"/>
    <w:rsid w:val="003B7EE5"/>
    <w:rsid w:val="003F2AA9"/>
    <w:rsid w:val="00445B59"/>
    <w:rsid w:val="004618E2"/>
    <w:rsid w:val="00464D10"/>
    <w:rsid w:val="004902BF"/>
    <w:rsid w:val="00497997"/>
    <w:rsid w:val="004E473E"/>
    <w:rsid w:val="00554D3C"/>
    <w:rsid w:val="005F104A"/>
    <w:rsid w:val="00672C5F"/>
    <w:rsid w:val="00691013"/>
    <w:rsid w:val="007D3468"/>
    <w:rsid w:val="00884A86"/>
    <w:rsid w:val="008A6FC2"/>
    <w:rsid w:val="008D3D26"/>
    <w:rsid w:val="009B246D"/>
    <w:rsid w:val="00AA1D8D"/>
    <w:rsid w:val="00B06FE2"/>
    <w:rsid w:val="00B47730"/>
    <w:rsid w:val="00B5769D"/>
    <w:rsid w:val="00B77934"/>
    <w:rsid w:val="00B821AB"/>
    <w:rsid w:val="00CB0664"/>
    <w:rsid w:val="00CF48CB"/>
    <w:rsid w:val="00D61671"/>
    <w:rsid w:val="00DE1D13"/>
    <w:rsid w:val="00E22ED9"/>
    <w:rsid w:val="00E23574"/>
    <w:rsid w:val="00E82ECC"/>
    <w:rsid w:val="00EC0E93"/>
    <w:rsid w:val="00FC268A"/>
    <w:rsid w:val="00FC693F"/>
    <w:rsid w:val="00FE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0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25</cp:revision>
  <cp:lastPrinted>2026-10-20T11:17:00Z</cp:lastPrinted>
  <dcterms:created xsi:type="dcterms:W3CDTF">2026-10-20T09:17:00Z</dcterms:created>
  <dcterms:modified xsi:type="dcterms:W3CDTF">2026-10-20T11:52:00Z</dcterms:modified>
  <cp:category/>
</cp:coreProperties>
</file>